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Liverpool Pride 2026 Guide: What Visitors Need to Know About the ACC Liverpool Hub</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music fans and LGBTQ+ travellers are already circling July 24–25 , Liverpool’s Pride 2026 returns with a big new ACC Liverpool-centred programme that promises headline concerts, a city-wide march, and a bustling Community Expo that’s set to boost hotels, bars and businesses across the waterfront.</w:t>
      </w:r>
      <w:r/>
    </w:p>
    <w:p>
      <w:r/>
      <w:r>
        <w:t>Essential Takeaways</w:t>
      </w:r>
      <w:r/>
      <w:r/>
    </w:p>
    <w:p>
      <w:pPr>
        <w:pStyle w:val="ListBullet"/>
        <w:spacing w:line="240" w:lineRule="auto"/>
        <w:ind w:left="720"/>
      </w:pPr>
      <w:r/>
      <w:r>
        <w:rPr>
          <w:b/>
        </w:rPr>
        <w:t>Dates and hub:</w:t>
      </w:r>
      <w:r>
        <w:t xml:space="preserve"> Liverpool’s Pride takes place 24–25 July 2026, with the Official Opening Party at M&amp;S Bank Arena inside the ACC Liverpool campus. </w:t>
      </w:r>
      <w:r/>
    </w:p>
    <w:p>
      <w:pPr>
        <w:pStyle w:val="ListBullet"/>
        <w:spacing w:line="240" w:lineRule="auto"/>
        <w:ind w:left="720"/>
      </w:pPr>
      <w:r/>
      <w:r>
        <w:rPr>
          <w:b/>
        </w:rPr>
        <w:t>Big names and local talent:</w:t>
      </w:r>
      <w:r>
        <w:t xml:space="preserve"> Internationally known acts headline alongside grassroots performers, giving a lively mix of stadium energy and community stages. </w:t>
      </w:r>
      <w:r/>
    </w:p>
    <w:p>
      <w:pPr>
        <w:pStyle w:val="ListBullet"/>
        <w:spacing w:line="240" w:lineRule="auto"/>
        <w:ind w:left="720"/>
      </w:pPr>
      <w:r/>
      <w:r>
        <w:rPr>
          <w:b/>
        </w:rPr>
        <w:t>March and route:</w:t>
      </w:r>
      <w:r>
        <w:t xml:space="preserve"> The Pride March winds through the heart of the city, finishing at the Liverpool Experience Campus for daytime festivities. </w:t>
      </w:r>
      <w:r/>
    </w:p>
    <w:p>
      <w:pPr>
        <w:pStyle w:val="ListBullet"/>
        <w:spacing w:line="240" w:lineRule="auto"/>
        <w:ind w:left="720"/>
      </w:pPr>
      <w:r/>
      <w:r>
        <w:rPr>
          <w:b/>
        </w:rPr>
        <w:t>Community Expo:</w:t>
      </w:r>
      <w:r>
        <w:t xml:space="preserve"> LEX Liverpool will host charities, traders and creative businesses under one roof , great for networking and shopping local. </w:t>
      </w:r>
      <w:r/>
    </w:p>
    <w:p>
      <w:pPr>
        <w:pStyle w:val="ListBullet"/>
        <w:spacing w:line="240" w:lineRule="auto"/>
        <w:ind w:left="720"/>
      </w:pPr>
      <w:r/>
      <w:r>
        <w:rPr>
          <w:b/>
        </w:rPr>
        <w:t>Travel and access:</w:t>
      </w:r>
      <w:r>
        <w:t xml:space="preserve"> Dedicated transport links will connect the Pride Quarter with the Experience Campus, encouraging visitors to explore Liverpool’s bars, museums and waterfront.</w:t>
      </w:r>
      <w:r/>
      <w:r/>
    </w:p>
    <w:p>
      <w:pPr>
        <w:pStyle w:val="Heading2"/>
      </w:pPr>
      <w:r>
        <w:t>Why the ACC Liverpool focus matters for visitors and businesses</w:t>
      </w:r>
      <w:r/>
    </w:p>
    <w:p>
      <w:r/>
      <w:r>
        <w:t>ACC Liverpool is more than a venue; it’s the logistical heart of a weekend designed to draw thousands. The M&amp;S Bank Arena’s concert-stage scale gives headline acts room to shine, while the adjacent conference and exhibition spaces make it simple to host a Community Expo and fringe programming all in one campus. For visitors, that translates to compact, easy-to-navigate festival planning , short walks, predictable timetables and more chance to catch multiple events in a day. For businesses, it means sustained footfall across hotels, restaurants and shops on the waterfront.</w:t>
      </w:r>
      <w:r/>
    </w:p>
    <w:p>
      <w:pPr>
        <w:pStyle w:val="Heading2"/>
      </w:pPr>
      <w:r>
        <w:t>What to expect from the opening party and music line-up</w:t>
      </w:r>
      <w:r/>
    </w:p>
    <w:p>
      <w:r/>
      <w:r>
        <w:t>The opening night at M&amp;S Bank Arena reads like a mainstream-pop meets queer-club playlist, with international names sharing billing with local favourites. That mix is deliberate: it pulls national audiences while keeping the celebration rooted in Liverpool’s own talent scene. Expect a big, polished production , lights, sound and the kind of crowd energy that makes the city buzz long after the headliners finish. If you want the best view, book arena tickets early; for a more grassroots vibe, keep an eye on daytime and community-stage schedules.</w:t>
      </w:r>
      <w:r/>
    </w:p>
    <w:p>
      <w:pPr>
        <w:pStyle w:val="Heading2"/>
      </w:pPr>
      <w:r>
        <w:t>The march route and city-wide festival format explained</w:t>
      </w:r>
      <w:r/>
    </w:p>
    <w:p>
      <w:r/>
      <w:r>
        <w:t>Organisers have plotted a march route that threads through Liverpool’s central areas and finishes at the Liverpool Experience Campus, deliberately funneling participants into a day-long hub of activity. This city-wide approach spreads economic benefits beyond a single site, nudging visitors into the Pride Quarter, waterfront attractions and nightlife districts. Practical tip: arrive early for the march if you want a good vantage point, and wear comfortable shoes , the route is designed to be visible, celebratory and accessible.</w:t>
      </w:r>
      <w:r/>
    </w:p>
    <w:p>
      <w:pPr>
        <w:pStyle w:val="Heading2"/>
      </w:pPr>
      <w:r>
        <w:t>Community Expo at LEX: more than stalls, it’s networking</w:t>
      </w:r>
      <w:r/>
    </w:p>
    <w:p>
      <w:r/>
      <w:r>
        <w:t>LEX Liverpool’s Community Expo is pitched as an active showcase rather than a passive market. Charities, creative businesses and independent traders will mix with commercial brands, creating space for fundraising, recruitment and collaboration as well as retail. For visitors, it’s a chance to discover local makers and support LGBTQ+ initiatives; for organisations, vendor registration is still open and the Expo is a strong platform to connect with thousands of attendees. Think of it as a pop-up civic hub where shopping and social purpose meet.</w:t>
      </w:r>
      <w:r/>
    </w:p>
    <w:p>
      <w:pPr>
        <w:pStyle w:val="Heading2"/>
      </w:pPr>
      <w:r>
        <w:t>Planning your trip: travel, accessibility and where to stay</w:t>
      </w:r>
      <w:r/>
    </w:p>
    <w:p>
      <w:r/>
      <w:r>
        <w:t>Liverpool’s compact waterfront is one of the weekend’s practical advantages. Organisers have arranged dedicated transport links between the Experience Campus and the Pride Quarter to ease movement across venues, which helps spread crowds and reduces local congestion. Hotels around the waterfront will fill fast, so book early if you want to stay within easy walking distance of ACC Liverpool. Also check accessibility info for venues , the programme places emphasis on being welcoming and practical for attendees with diverse needs.</w:t>
      </w:r>
      <w:r/>
    </w:p>
    <w:p>
      <w:pPr>
        <w:pStyle w:val="Heading2"/>
      </w:pPr>
      <w:r>
        <w:t>Why this matters for UK tourism and MICE events</w:t>
      </w:r>
      <w:r/>
    </w:p>
    <w:p>
      <w:r/>
      <w:r>
        <w:t>Liverpool’s Pride 2026 shows how inclusive cultural festivals can double as destination marketing. When a major convention campus like ACC Liverpool hosts a high-profile cultural weekend, it signals versatility to event planners and tourists alike. Industry watchers will note the boost to hotel occupancy, restaurant bookings and retail sales, and travel editors see a compelling narrative: a historic maritime city that combines music legacy, accessible venues and a warm welcome. It’s the sort of weekend that can convert first-time visitors into repeat tourists.</w:t>
      </w:r>
      <w:r/>
    </w:p>
    <w:p>
      <w:r/>
      <w:r>
        <w:t>It's a small planning step that can make your Pride weekend smoother , and a big moment for Liverpool’s places and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1">
        <w:r>
          <w:rPr>
            <w:color w:val="0000EE"/>
            <w:u w:val="single"/>
          </w:rPr>
          <w:t>[2]</w:t>
        </w:r>
      </w:hyperlink>
      <w:r>
        <w:t xml:space="preserve">- Paragraph 3: </w:t>
      </w:r>
      <w:hyperlink r:id="rId12">
        <w:r>
          <w:rPr>
            <w:color w:val="0000EE"/>
            <w:u w:val="single"/>
          </w:rPr>
          <w:t>[3]</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1">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https://www.travelandtourworld.com/news/article/otfs71rm2eda/</w:t>
        </w:r>
      </w:hyperlink>
      <w:r>
        <w:t xml:space="preserve"> - Please view link - unable to able to access data</w:t>
      </w:r>
      <w:r/>
    </w:p>
    <w:p>
      <w:pPr>
        <w:pStyle w:val="ListNumber"/>
        <w:spacing w:line="240" w:lineRule="auto"/>
        <w:ind w:left="720"/>
      </w:pPr>
      <w:r/>
      <w:hyperlink r:id="rId11">
        <w:r>
          <w:rPr>
            <w:color w:val="0000EE"/>
            <w:u w:val="single"/>
          </w:rPr>
          <w:t>https://www.mandsbankarena.com/whats-on/liverpools-pride-opening-party/</w:t>
        </w:r>
      </w:hyperlink>
      <w:r>
        <w:t xml:space="preserve"> - Liverpool's Pride 2026 kicks off with the Official Opening Party at the M&amp;S Bank Arena on 24 July 2026. The event features performances by Sugababes, Beth Ditto, Tia Kofi, and local artists like Tyler DaClaire, Pam Sandwich, and Debbie Darling. The opening ceremony showcases local LGBTQ+ talent, setting the tone for a weekend of unity and inclusion. Proceeds support Sahir House's work for the LGBTQ+ community and contribute to Liverpool's Pride Saturday programme, a vibrant, community-led celebration across the city.</w:t>
      </w:r>
      <w:r/>
    </w:p>
    <w:p>
      <w:pPr>
        <w:pStyle w:val="ListNumber"/>
        <w:spacing w:line="240" w:lineRule="auto"/>
        <w:ind w:left="720"/>
      </w:pPr>
      <w:r/>
      <w:hyperlink r:id="rId12">
        <w:r>
          <w:rPr>
            <w:color w:val="0000EE"/>
            <w:u w:val="single"/>
          </w:rPr>
          <w:t>https://www.visitliverpool.com/blog/post/liverpools-pride-reveals-2026-march-route-through-the-heart-of-the-city/</w:t>
        </w:r>
      </w:hyperlink>
      <w:r>
        <w:t xml:space="preserve"> - Liverpool's Pride 2026 has unveiled its march route, inviting thousands to join in a powerful show of visibility and solidarity. Scheduled for 25 July 2026, the parade will start at Houghton Street, near St John's Beacon, and proceed through Church Street and Paradise Street, culminating on Lord Street. The route is designed to enhance visibility while improving accessibility by eliminating the need for road closures used in previous years. The march will be a walking-only parade, focusing on people, community, and collective voice.</w:t>
      </w:r>
      <w:r/>
    </w:p>
    <w:p>
      <w:pPr>
        <w:pStyle w:val="ListNumber"/>
        <w:spacing w:line="240" w:lineRule="auto"/>
        <w:ind w:left="720"/>
      </w:pPr>
      <w:r/>
      <w:hyperlink r:id="rId10">
        <w:r>
          <w:rPr>
            <w:color w:val="0000EE"/>
            <w:u w:val="single"/>
          </w:rPr>
          <w:t>https://www.visitliverpool.com/blog/post/liverpools-pride-2026-announces-huge-opening-party/</w:t>
        </w:r>
      </w:hyperlink>
      <w:r>
        <w:t xml:space="preserve"> - Liverpool's Pride 2026 announces a major Opening Party at the M&amp;S Bank Arena on 24 July 2026. The event features Sugababes, Beth Ditto, Tia Kofi, and local performers like Tyler DeClaire, Pam Sandwich, and Debbie Darling. The Opening Ceremony, curated by Debbie Darling, brings together numerous LGBTQ+ performers from Liverpool. Proceeds support Sahir House's work for the LGBTQ+ community and contribute to Liverpool's Pride Saturday programme, a vibrant, community-led celebration across the city. Tickets are available from £35.00 - £45.00.</w:t>
      </w:r>
      <w:r/>
    </w:p>
    <w:p>
      <w:pPr>
        <w:pStyle w:val="ListNumber"/>
        <w:spacing w:line="240" w:lineRule="auto"/>
        <w:ind w:left="720"/>
      </w:pPr>
      <w:r/>
      <w:hyperlink r:id="rId14">
        <w:r>
          <w:rPr>
            <w:color w:val="0000EE"/>
            <w:u w:val="single"/>
          </w:rPr>
          <w:t>https://www.liverpool-one.com/whats-on/pride/</w:t>
        </w:r>
      </w:hyperlink>
      <w:r>
        <w:t xml:space="preserve"> - Liverpool ONE celebrates Pride 2026 with events from 24 to 25 July. The main March with Pride event on 25 July invites thousands to join a celebratory march through Liverpool city centre. The Community Expo in the LEX brings together charities, community groups, traders, and brands. City-wide celebrations include cultural performances, showcases, and community-led LGBTQ+ events. The official Liverpool Pride Opening Party on 24 July at the M&amp;S Bank Arena features headliners Sugababes, Beth Ditto, Bimini, Horse Meat Disco, Tia Kofi, and more.</w:t>
      </w:r>
      <w:r/>
    </w:p>
    <w:p>
      <w:pPr>
        <w:pStyle w:val="ListNumber"/>
        <w:spacing w:line="240" w:lineRule="auto"/>
        <w:ind w:left="720"/>
      </w:pPr>
      <w:r/>
      <w:hyperlink r:id="rId13">
        <w:r>
          <w:rPr>
            <w:color w:val="0000EE"/>
            <w:u w:val="single"/>
          </w:rPr>
          <w:t>https://cultureliverpool.co.uk/2026/liverpool-pride-reveals-2026-route/</w:t>
        </w:r>
      </w:hyperlink>
      <w:r>
        <w:t xml:space="preserve"> - Liverpool's Pride 2026 has unveiled its march route, inviting thousands to join in a powerful show of visibility and solidarity. Scheduled for 25 July 2026, the parade will start at Houghton Street, near St John's Beacon, and proceed through Church Street and Paradise Street, culminating on Lord Street. The route is designed to enhance visibility while improving accessibility by eliminating the need for road closures used in previous years. The march will be a walking-only parade, focusing on people, community, and collective voice.</w:t>
      </w:r>
      <w:r/>
    </w:p>
    <w:p>
      <w:pPr>
        <w:pStyle w:val="ListNumber"/>
        <w:spacing w:line="240" w:lineRule="auto"/>
        <w:ind w:left="720"/>
      </w:pPr>
      <w:r/>
      <w:hyperlink r:id="rId15">
        <w:r>
          <w:rPr>
            <w:color w:val="0000EE"/>
            <w:u w:val="single"/>
          </w:rPr>
          <w:t>https://explore-liverpool.com/liverpool-pride-2026-opening-ceremony-details-revealed/</w:t>
        </w:r>
      </w:hyperlink>
      <w:r>
        <w:t xml:space="preserve"> - Liverpool's Pride 2026 has revealed the full details of its highly anticipated Opening Ceremony, set to launch the city's Pride weekend at the M&amp;S Bank Arena. The ceremony, themed 'Liverpool Through the Ages', honours trailblazers, celebrates current voices, and spotlights the next generation shaping the city's LGBTQ+ community. Curated by local creatives Debbie Darling and Jester Boy, the ceremony features performances from Rare Studio, local artists, and a tribute to community legend Lady Sian. The event culminates in a powerful finale celebrating Pride, unity, and visibility.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ravelandtourworld.com/news/article/otfs71rm2eda/" TargetMode="External"/><Relationship Id="rId10" Type="http://schemas.openxmlformats.org/officeDocument/2006/relationships/hyperlink" Target="https://www.visitliverpool.com/blog/post/liverpools-pride-2026-announces-huge-opening-party/" TargetMode="External"/><Relationship Id="rId11" Type="http://schemas.openxmlformats.org/officeDocument/2006/relationships/hyperlink" Target="https://www.mandsbankarena.com/whats-on/liverpools-pride-opening-party/" TargetMode="External"/><Relationship Id="rId12" Type="http://schemas.openxmlformats.org/officeDocument/2006/relationships/hyperlink" Target="https://www.visitliverpool.com/blog/post/liverpools-pride-reveals-2026-march-route-through-the-heart-of-the-city/" TargetMode="External"/><Relationship Id="rId13" Type="http://schemas.openxmlformats.org/officeDocument/2006/relationships/hyperlink" Target="https://cultureliverpool.co.uk/2026/liverpool-pride-reveals-2026-route/" TargetMode="External"/><Relationship Id="rId14" Type="http://schemas.openxmlformats.org/officeDocument/2006/relationships/hyperlink" Target="https://www.liverpool-one.com/whats-on/pride/" TargetMode="External"/><Relationship Id="rId15" Type="http://schemas.openxmlformats.org/officeDocument/2006/relationships/hyperlink" Target="https://explore-liverpool.com/liverpool-pride-2026-opening-ceremony-details-reveal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