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DDG’s “Love Island” Remarks and What They Mean for Fans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a recent livestream after YouTuber DDG said watching Love Island alone “might be bisexual,” sparking debate about masculinity, streaming culture and how we read leisure as identity. Here’s what happened, why it landed, and what fans and critics are saying across outlets.</w:t>
      </w:r>
      <w:r/>
    </w:p>
    <w:p>
      <w:r/>
      <w:r>
        <w:t>Essential Takeaways</w:t>
      </w:r>
      <w:r/>
      <w:r/>
    </w:p>
    <w:p>
      <w:pPr>
        <w:pStyle w:val="ListBullet"/>
        <w:spacing w:line="240" w:lineRule="auto"/>
        <w:ind w:left="720"/>
      </w:pPr>
      <w:r/>
      <w:r>
        <w:rPr>
          <w:b/>
        </w:rPr>
        <w:t>The comment:</w:t>
      </w:r>
      <w:r>
        <w:t xml:space="preserve"> DDG said he won’t watch Love Island solo because “you might be bisexual,” linking viewing habits to sexuality.</w:t>
      </w:r>
      <w:r/>
    </w:p>
    <w:p>
      <w:pPr>
        <w:pStyle w:val="ListBullet"/>
        <w:spacing w:line="240" w:lineRule="auto"/>
        <w:ind w:left="720"/>
      </w:pPr>
      <w:r/>
      <w:r>
        <w:rPr>
          <w:b/>
        </w:rPr>
        <w:t>Platform reach:</w:t>
      </w:r>
      <w:r>
        <w:t xml:space="preserve"> The creator has a large livestream audience on Twitch and Kick, so the remarks reached millions quickly.</w:t>
      </w:r>
      <w:r/>
    </w:p>
    <w:p>
      <w:pPr>
        <w:pStyle w:val="ListBullet"/>
        <w:spacing w:line="240" w:lineRule="auto"/>
        <w:ind w:left="720"/>
      </w:pPr>
      <w:r/>
      <w:r>
        <w:rPr>
          <w:b/>
        </w:rPr>
        <w:t>Context:</w:t>
      </w:r>
      <w:r>
        <w:t xml:space="preserve"> DDG recently ended a public relationship with Halle Bailey amid legal filings and counter-filings that drew broad coverage.</w:t>
      </w:r>
      <w:r/>
    </w:p>
    <w:p>
      <w:pPr>
        <w:pStyle w:val="ListBullet"/>
        <w:spacing w:line="240" w:lineRule="auto"/>
        <w:ind w:left="720"/>
      </w:pPr>
      <w:r/>
      <w:r>
        <w:rPr>
          <w:b/>
        </w:rPr>
        <w:t>Tone and reaction:</w:t>
      </w:r>
      <w:r>
        <w:t xml:space="preserve"> Critics called the remarks reductive; several outlets and social commentators highlighted the homophobic undertones.</w:t>
      </w:r>
      <w:r/>
    </w:p>
    <w:p>
      <w:pPr>
        <w:pStyle w:val="ListBullet"/>
        <w:spacing w:line="240" w:lineRule="auto"/>
        <w:ind w:left="720"/>
      </w:pPr>
      <w:r/>
      <w:r>
        <w:rPr>
          <w:b/>
        </w:rPr>
        <w:t>Advice for viewers:</w:t>
      </w:r>
      <w:r>
        <w:t xml:space="preserve"> Take celebrity hot-takes with context , consider source, platform, and history before drawing conclusions.</w:t>
      </w:r>
      <w:r/>
      <w:r/>
    </w:p>
    <w:p>
      <w:pPr>
        <w:pStyle w:val="Heading2"/>
      </w:pPr>
      <w:r>
        <w:t>What DDG said, and why it spread so fast</w:t>
      </w:r>
      <w:r/>
    </w:p>
    <w:p>
      <w:r/>
      <w:r>
        <w:t>DDG made the remarks during a livestream, saying he doesn’t watch Love Island alone because “it’s gay” to do so and that solo watching “might be bisexual.” His description of the show as “soft porn” and his casual linking of private viewing habits with sexual identity turned a throwaway line into headlines. TMZ and The PinkNews picked up the clip almost immediately, and it raced across social media because DDG’s channels draw big, engaged audiences. It’s a reminder that livestreams feel informal, but phrases delivered that way still carry weight.</w:t>
      </w:r>
      <w:r/>
    </w:p>
    <w:p>
      <w:pPr>
        <w:pStyle w:val="Heading2"/>
      </w:pPr>
      <w:r>
        <w:t>Where the comments sit against his recent personal news</w:t>
      </w:r>
      <w:r/>
    </w:p>
    <w:p>
      <w:r/>
      <w:r>
        <w:t>The remarks came after a very public breakup with actor and singer Halle Bailey, a story followed closely by the Los Angeles Times and entertainment outlets. Their split involved temporary restraining orders and counter-allegations that were reported in 2025, and although both parties later dropped their filings, the couple’s history framed how fans read DDG’s livestream. When a public figure comments about relationships or sexuality, audiences don’t hear words in a vacuum , recent headlines shape interpretation and outrage.</w:t>
      </w:r>
      <w:r/>
    </w:p>
    <w:p>
      <w:pPr>
        <w:pStyle w:val="Heading2"/>
      </w:pPr>
      <w:r>
        <w:t>Why critics say the line is reductive and harmful</w:t>
      </w:r>
      <w:r/>
    </w:p>
    <w:p>
      <w:r/>
      <w:r>
        <w:t>Several outlets including Them and RealityTea critiqued the suggestion that solo enjoyment of a mainstream reality show can determine sexual orientation. Critics point out that leisure choices are messy and emotional , people watch shows for comfort, gossip, background noise or communal ritual. Casting solitary viewing as a queer “marker” flattens complex identities and leans on stereotypes. It also plays into a long history of policing masculinity, where certain entertainment is coded as “acceptable” only if witnessed by others.</w:t>
      </w:r>
      <w:r/>
    </w:p>
    <w:p>
      <w:pPr>
        <w:pStyle w:val="Heading2"/>
      </w:pPr>
      <w:r>
        <w:t>The broader conversation about masculinity, media and streaming habits</w:t>
      </w:r>
      <w:r/>
    </w:p>
    <w:p>
      <w:r/>
      <w:r>
        <w:t>This moment taps into a bigger trend: streaming has blurred private and public leisure. People now discuss TV on socials, in group chats, and on livestreams, and the pressure to perform a certain taste is real. Columnists and culture writers have noted how men are still often boxed into narrow ideas about what counts as “manly” viewing. Meanwhile, Love Island itself is a pop-cultural event , campy, voyeuristic and obviously designed to provoke reactions , so it’s hardly surprising it attracts both ardent fans and snarky takes.</w:t>
      </w:r>
      <w:r/>
    </w:p>
    <w:p>
      <w:pPr>
        <w:pStyle w:val="Heading2"/>
      </w:pPr>
      <w:r>
        <w:t>How fans and creators might respond , practical tips</w:t>
      </w:r>
      <w:r/>
    </w:p>
    <w:p>
      <w:r/>
      <w:r>
        <w:t>If you’re a fan, here’s what works: ignore performative takes that shame harmless pleasures; instead, follow creators whose commentary matches your values; and if a public figure’s words matter to you, call them out on the platform where they spoke. For brands or creators, remember context matters , livestream banter can escalate, so consider a pause before amplifying jokes that touch on identity. For everyone else, enjoy the show with friends, alone, or in good company , your sofa habits don’t define you.</w:t>
      </w:r>
      <w:r/>
    </w:p>
    <w:p>
      <w:r/>
      <w:r>
        <w:t>It's a small cultural moment that says a lot about how we read masculinity, privacy and entertainment.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1">
        <w:r>
          <w:rPr>
            <w:color w:val="0000EE"/>
            <w:u w:val="single"/>
          </w:rPr>
          <w:t>[5]</w:t>
        </w:r>
      </w:hyperlink>
      <w:r>
        <w:t xml:space="preserve">, </w:t>
      </w:r>
      <w:hyperlink r:id="rId14">
        <w:r>
          <w:rPr>
            <w:color w:val="0000EE"/>
            <w:u w:val="single"/>
          </w:rPr>
          <w:t>[4]</w:t>
        </w:r>
      </w:hyperlink>
      <w:r>
        <w:t xml:space="preserve">- Paragraph 4: </w:t>
      </w:r>
      <w:hyperlink r:id="rId11">
        <w:r>
          <w:rPr>
            <w:color w:val="0000EE"/>
            <w:u w:val="single"/>
          </w:rPr>
          <w:t>[5]</w:t>
        </w:r>
      </w:hyperlink>
      <w:r>
        <w:t xml:space="preserve">, </w:t>
      </w:r>
      <w:hyperlink r:id="rId14">
        <w:r>
          <w:rPr>
            <w:color w:val="0000EE"/>
            <w:u w:val="single"/>
          </w:rPr>
          <w:t>[4]</w:t>
        </w:r>
      </w:hyperlink>
      <w:r>
        <w:t xml:space="preserve">- Paragraph 5: </w:t>
      </w:r>
      <w:hyperlink r:id="rId15">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https://www.out.com/gay-tv-shows/love-island-gay-ddg</w:t>
        </w:r>
      </w:hyperlink>
      <w:r>
        <w:t xml:space="preserve"> - Please view link - unable to able to access data</w:t>
      </w:r>
      <w:r/>
    </w:p>
    <w:p>
      <w:pPr>
        <w:pStyle w:val="ListNumber"/>
        <w:spacing w:line="240" w:lineRule="auto"/>
        <w:ind w:left="720"/>
      </w:pPr>
      <w:r/>
      <w:hyperlink r:id="rId10">
        <w:r>
          <w:rPr>
            <w:color w:val="0000EE"/>
            <w:u w:val="single"/>
          </w:rPr>
          <w:t>https://www.tmz.com/2026/07/06/ddg-thinks-watching-love-island-by-yourself-is-gay/</w:t>
        </w:r>
      </w:hyperlink>
      <w:r>
        <w:t xml:space="preserve"> - In a recent livestream, rapper DDG stated that he hasn't been watching 'Love Island' because he doesn't have anyone to watch it with. He further commented that it's 'gay' for men to watch the show alone, suggesting that if a man watches 'Love Island' solo, he might be bisexual. DDG also likened watching the show to viewing 'soft p-o-r-n', describing it as 'a little bisexual'.</w:t>
      </w:r>
      <w:r/>
    </w:p>
    <w:p>
      <w:pPr>
        <w:pStyle w:val="ListNumber"/>
        <w:spacing w:line="240" w:lineRule="auto"/>
        <w:ind w:left="720"/>
      </w:pPr>
      <w:r/>
      <w:hyperlink r:id="rId15">
        <w:r>
          <w:rPr>
            <w:color w:val="0000EE"/>
            <w:u w:val="single"/>
          </w:rPr>
          <w:t>https://www.thepinknews.com/2026/07/07/halle-bailey-ddg-love-island-gay/</w:t>
        </w:r>
      </w:hyperlink>
      <w:r>
        <w:t xml:space="preserve"> - Rapper DDG has sparked controversy by stating that it's 'gay' for men to watch 'Love Island' alone. During a livestream, DDG, who is currently single, explained he hasn't been watching the show because he doesn't have anyone to watch it with. He further commented that if a man watches 'Love Island' solo, he might be bisexual, and described the show as 'a little bisexual'.</w:t>
      </w:r>
      <w:r/>
    </w:p>
    <w:p>
      <w:pPr>
        <w:pStyle w:val="ListNumber"/>
        <w:spacing w:line="240" w:lineRule="auto"/>
        <w:ind w:left="720"/>
      </w:pPr>
      <w:r/>
      <w:hyperlink r:id="rId14">
        <w:r>
          <w:rPr>
            <w:color w:val="0000EE"/>
            <w:u w:val="single"/>
          </w:rPr>
          <w:t>https://www.realitytea.com/2026/07/07/ddg-love-island-gay-bisexual-comments/</w:t>
        </w:r>
      </w:hyperlink>
      <w:r>
        <w:t xml:space="preserve"> - Rapper DDG has made controversial remarks about watching 'Love Island' alone. During a livestream, DDG stated he hasn't been watching the show because he doesn't have anyone to watch it with. He further commented that it's 'gay' for men to watch 'Love Island' solo, suggesting that if a man watches the show alone, he might be bisexual. DDG also likened watching the show to viewing 'soft p-o-r-n', describing it as 'a little bisexual'.</w:t>
      </w:r>
      <w:r/>
    </w:p>
    <w:p>
      <w:pPr>
        <w:pStyle w:val="ListNumber"/>
        <w:spacing w:line="240" w:lineRule="auto"/>
        <w:ind w:left="720"/>
      </w:pPr>
      <w:r/>
      <w:hyperlink r:id="rId11">
        <w:r>
          <w:rPr>
            <w:color w:val="0000EE"/>
            <w:u w:val="single"/>
          </w:rPr>
          <w:t>https://www.them.us/entertainment/tv-and-movies/ddg-love-island-solo-controversy</w:t>
        </w:r>
      </w:hyperlink>
      <w:r>
        <w:t xml:space="preserve"> - During a recent livestream, YouTuber and artist DDG expressed that he hasn't been watching 'Love Island' because he doesn't have anyone to watch it with. He further commented that it's 'gay' for men to watch the show alone, suggesting that if a man watches 'Love Island' solo, he might be bisexual. DDG also likened watching the show to viewing 'soft p-o-r-n', describing it as 'a little bisexual'.</w:t>
      </w:r>
      <w:r/>
    </w:p>
    <w:p>
      <w:pPr>
        <w:pStyle w:val="ListNumber"/>
        <w:spacing w:line="240" w:lineRule="auto"/>
        <w:ind w:left="720"/>
      </w:pPr>
      <w:r/>
      <w:hyperlink r:id="rId12">
        <w:r>
          <w:rPr>
            <w:color w:val="0000EE"/>
            <w:u w:val="single"/>
          </w:rPr>
          <w:t>https://www.latimes.com/entertainment-arts/story/2025-06-06/halle-bailey-ddg-restraining-order-support</w:t>
        </w:r>
      </w:hyperlink>
      <w:r>
        <w:t xml:space="preserve"> - Rapper DDG has failed in his attempt to obtain a domestic violence restraining order against Halle Bailey, the mother of his child. DDG made serious allegations about Bailey in a court filing, but the restraining order was denied for now. The couple has been involved in a contentious legal battle, with both parties seeking restraining orders against each other.</w:t>
      </w:r>
      <w:r/>
    </w:p>
    <w:p>
      <w:pPr>
        <w:pStyle w:val="ListNumber"/>
        <w:spacing w:line="240" w:lineRule="auto"/>
        <w:ind w:left="720"/>
      </w:pPr>
      <w:r/>
      <w:hyperlink r:id="rId13">
        <w:r>
          <w:rPr>
            <w:color w:val="0000EE"/>
            <w:u w:val="single"/>
          </w:rPr>
          <w:t>https://www.latimes.com/entertainment-arts/story/2025-05-14/halle-bailey-ddg-temporary-restraining-order-son-halo</w:t>
        </w:r>
      </w:hyperlink>
      <w:r>
        <w:t xml:space="preserve"> - Halle Bailey has been granted a temporary restraining order against rapper DDG, alleging physical and verbal abuse. The restraining order mandates DDG to stay away from Bailey and their son, Halo, until a court hearing on June 6. Bailey has accused DDG of being abusive throughout their two-year relationship and has expressed concern for her safety and that of their child.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gay-tv-shows/love-island-gay-ddg" TargetMode="External"/><Relationship Id="rId10" Type="http://schemas.openxmlformats.org/officeDocument/2006/relationships/hyperlink" Target="https://www.tmz.com/2026/07/06/ddg-thinks-watching-love-island-by-yourself-is-gay/" TargetMode="External"/><Relationship Id="rId11" Type="http://schemas.openxmlformats.org/officeDocument/2006/relationships/hyperlink" Target="https://www.them.us/entertainment/tv-and-movies/ddg-love-island-solo-controversy" TargetMode="External"/><Relationship Id="rId12" Type="http://schemas.openxmlformats.org/officeDocument/2006/relationships/hyperlink" Target="https://www.latimes.com/entertainment-arts/story/2025-06-06/halle-bailey-ddg-restraining-order-support" TargetMode="External"/><Relationship Id="rId13" Type="http://schemas.openxmlformats.org/officeDocument/2006/relationships/hyperlink" Target="https://www.latimes.com/entertainment-arts/story/2025-05-14/halle-bailey-ddg-temporary-restraining-order-son-halo" TargetMode="External"/><Relationship Id="rId14" Type="http://schemas.openxmlformats.org/officeDocument/2006/relationships/hyperlink" Target="https://www.realitytea.com/2026/07/07/ddg-love-island-gay-bisexual-comments/" TargetMode="External"/><Relationship Id="rId15" Type="http://schemas.openxmlformats.org/officeDocument/2006/relationships/hyperlink" Target="https://www.thepinknews.com/2026/07/07/halle-bailey-ddg-love-island-g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