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Celebrities You Didn’t Know Were LGBTQ+ — A Friendly Guide to Visible Stars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Spotlight a few surprises: readers are revisiting familiar faces and discovering many celebrities who identify as gay, bisexual, queer or sexually fluid, and why it matters for visibility, representation and role models in entertainment. From film and TV to sport and music, these names remind us labels can be personal and fluid.</w:t>
      </w:r>
      <w:r/>
    </w:p>
    <w:p>
      <w:r/>
      <w:r>
        <w:t>Essential Takeaways</w:t>
      </w:r>
      <w:r/>
      <w:r/>
    </w:p>
    <w:p>
      <w:pPr>
        <w:pStyle w:val="ListBullet"/>
        <w:spacing w:line="240" w:lineRule="auto"/>
        <w:ind w:left="720"/>
      </w:pPr>
      <w:r/>
      <w:r>
        <w:rPr>
          <w:b/>
        </w:rPr>
        <w:t>Big names, quiet moments:</w:t>
      </w:r>
      <w:r>
        <w:t xml:space="preserve"> Several well-known actors and musicians revealed their sexuality in interviews or via social media rather than splashy events, which felt more private and authentic.</w:t>
      </w:r>
      <w:r/>
    </w:p>
    <w:p>
      <w:pPr>
        <w:pStyle w:val="ListBullet"/>
        <w:spacing w:line="240" w:lineRule="auto"/>
        <w:ind w:left="720"/>
      </w:pPr>
      <w:r/>
      <w:r>
        <w:rPr>
          <w:b/>
        </w:rPr>
        <w:t>Varied language:</w:t>
      </w:r>
      <w:r>
        <w:t xml:space="preserve"> Stars use different terms , bisexual, gay, queer, sexually fluid , reflecting how sexual identity has become more nuanced and personal.</w:t>
      </w:r>
      <w:r/>
    </w:p>
    <w:p>
      <w:pPr>
        <w:pStyle w:val="ListBullet"/>
        <w:spacing w:line="240" w:lineRule="auto"/>
        <w:ind w:left="720"/>
      </w:pPr>
      <w:r/>
      <w:r>
        <w:rPr>
          <w:b/>
        </w:rPr>
        <w:t>Visibility matters:</w:t>
      </w:r>
      <w:r>
        <w:t xml:space="preserve"> Public figures coming out, even subtly, can help younger fans feel seen and less alone.</w:t>
      </w:r>
      <w:r/>
    </w:p>
    <w:p>
      <w:pPr>
        <w:pStyle w:val="ListBullet"/>
        <w:spacing w:line="240" w:lineRule="auto"/>
        <w:ind w:left="720"/>
      </w:pPr>
      <w:r/>
      <w:r>
        <w:rPr>
          <w:b/>
        </w:rPr>
        <w:t>Career implications differ:</w:t>
      </w:r>
      <w:r>
        <w:t xml:space="preserve"> Some report positive outcomes after coming out; others say it complicated professional opportunities.</w:t>
      </w:r>
      <w:r/>
    </w:p>
    <w:p>
      <w:pPr>
        <w:pStyle w:val="ListBullet"/>
        <w:spacing w:line="240" w:lineRule="auto"/>
        <w:ind w:left="720"/>
      </w:pPr>
      <w:r/>
      <w:r>
        <w:rPr>
          <w:b/>
        </w:rPr>
        <w:t>Practical note:</w:t>
      </w:r>
      <w:r>
        <w:t xml:space="preserve"> If you’re curious about a celeb’s identity, look for their own words first , they often explain their journey best.</w:t>
      </w:r>
      <w:r/>
      <w:r/>
    </w:p>
    <w:p>
      <w:pPr>
        <w:pStyle w:val="Heading2"/>
      </w:pPr>
      <w:r>
        <w:t>Why quiet coming-outs are becoming a normal part of celebrity life</w:t>
      </w:r>
      <w:r/>
    </w:p>
    <w:p>
      <w:r/>
      <w:r>
        <w:t>Many celebrities now reveal their sexuality in straightforward ways: a candid interview, a social post, or an offhand remark at an awards show. That quieter approach lets them control the conversation and makes the moment feel more like a natural life milestone than a media stunt. Entertainment outlets and fans still react loudly, but the celebrity often wins the chance to set tone and timing. If you care about representation, listening to how stars describe themselves is the best guide.</w:t>
      </w:r>
      <w:r/>
    </w:p>
    <w:p>
      <w:pPr>
        <w:pStyle w:val="Heading2"/>
      </w:pPr>
      <w:r>
        <w:t>When public disclosure changes perspectives , and sometimes careers</w:t>
      </w:r>
      <w:r/>
    </w:p>
    <w:p>
      <w:r/>
      <w:r>
        <w:t>For some stars, openness has been freeing; for others it’s had mixed effects on job opportunities. Actors who spoke about being gay or bisexual have sometimes become more visible as advocates, while others say industry bias persists. The difference often comes down to market, role type and timing. If you’re weighing an actor’s public coming-out, consider how the industry context shaped their experience , it’s rarely just a personal decision.</w:t>
      </w:r>
      <w:r/>
    </w:p>
    <w:p>
      <w:pPr>
        <w:pStyle w:val="Heading2"/>
      </w:pPr>
      <w:r>
        <w:t>Labels, fluidity and why words matter less than honesty</w:t>
      </w:r>
      <w:r/>
    </w:p>
    <w:p>
      <w:r/>
      <w:r>
        <w:t>Not everyone wants a fixed label, and many stars use words like “sexually fluid” or “queer” to reflect changeable feelings. That evolution mirrors wider cultural shifts: identity can be stable for some and flexible for others. For fans, that means the headline isn’t the point , it’s the honesty. If a celebrity says they “fall in love with girls and guys” or prefers no label, take that as their truth and a cue that gender and attraction are complex.</w:t>
      </w:r>
      <w:r/>
    </w:p>
    <w:p>
      <w:pPr>
        <w:pStyle w:val="Heading2"/>
      </w:pPr>
      <w:r>
        <w:t>Visibility that helps young fans , why representation is more than a trend</w:t>
      </w:r>
      <w:r/>
    </w:p>
    <w:p>
      <w:r/>
      <w:r>
        <w:t>When public figures talk openly about attraction to multiple genders or same-sex relationships, it gives a practical language for young people who might be confused or isolated. Representation in mainstream films and series, plus interviews where celebrities explain their journeys, creates real-world mirrors. It’s also a reminder that role models come from unexpected places , your favourite actor or singer might quietly be doing the heavy lifting for acceptance.</w:t>
      </w:r>
      <w:r/>
    </w:p>
    <w:p>
      <w:pPr>
        <w:pStyle w:val="Heading2"/>
      </w:pPr>
      <w:r>
        <w:t>How to approach celebrity coming-outs with respect and curiosity</w:t>
      </w:r>
      <w:r/>
    </w:p>
    <w:p>
      <w:r/>
      <w:r>
        <w:t>If you want to support a star’s journey, follow their own words, amplify respectful coverage and avoid speculation. Social media makes it tempting to dig for gossip, but it’s kinder and more accurate to cite interviews or statements they made themselves. For those still learning their own identity, seeing celebrities use different terms can be encouraging , everyone moves at their own pace.</w:t>
      </w:r>
      <w:r/>
    </w:p>
    <w:p>
      <w:r/>
      <w:r>
        <w:t>It's a small change that can make headline-level conversations more humane and helpful.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Paragraph 3: </w:t>
      </w:r>
      <w:hyperlink r:id="rId13">
        <w:r>
          <w:rPr>
            <w:color w:val="0000EE"/>
            <w:u w:val="single"/>
          </w:rPr>
          <w:t>[6]</w:t>
        </w:r>
      </w:hyperlink>
      <w:r>
        <w:t xml:space="preserve">- Paragraph 4: </w:t>
      </w:r>
      <w:hyperlink r:id="rId9">
        <w:r>
          <w:rPr>
            <w:color w:val="0000EE"/>
            <w:u w:val="single"/>
          </w:rPr>
          <w:t>[1]</w:t>
        </w:r>
      </w:hyperlink>
      <w:r>
        <w:t xml:space="preserve">- Paragraph 5: </w:t>
      </w:r>
      <w:hyperlink r:id="rId9">
        <w:r>
          <w:rPr>
            <w:color w:val="0000EE"/>
            <w:u w:val="single"/>
          </w:rPr>
          <w:t>[1]</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https://www.thepinknews.com/2026/07/07/37-celebrities-you-didn-t-know-are-gay-bisexual-or-lesbian/</w:t>
        </w:r>
      </w:hyperlink>
      <w:r>
        <w:t xml:space="preserve"> - Please view link - unable to able to access data</w:t>
      </w:r>
      <w:r/>
    </w:p>
    <w:p>
      <w:pPr>
        <w:pStyle w:val="ListNumber"/>
        <w:spacing w:line="240" w:lineRule="auto"/>
        <w:ind w:left="720"/>
      </w:pPr>
      <w:r/>
      <w:hyperlink r:id="rId10">
        <w:r>
          <w:rPr>
            <w:color w:val="0000EE"/>
            <w:u w:val="single"/>
          </w:rPr>
          <w:t>https://www.teenvogue.com/story/aubrey-plaza-comes-out-bisexual</w:t>
        </w:r>
      </w:hyperlink>
      <w:r>
        <w:t xml:space="preserve"> - In a July 2016 interview with The Advocate, Aubrey Plaza, known for her role in 'Parks and Recreation', publicly came out as bisexual. She expressed her attraction to both men and women, stating, 'I fall in love with girls and guys. I can't help it.' Plaza also discussed her androgynous appeal and her connection to the LGBTQ+ community, highlighting her openness about her sexuality.</w:t>
      </w:r>
      <w:r/>
    </w:p>
    <w:p>
      <w:pPr>
        <w:pStyle w:val="ListNumber"/>
        <w:spacing w:line="240" w:lineRule="auto"/>
        <w:ind w:left="720"/>
      </w:pPr>
      <w:r/>
      <w:hyperlink r:id="rId11">
        <w:r>
          <w:rPr>
            <w:color w:val="0000EE"/>
            <w:u w:val="single"/>
          </w:rPr>
          <w:t>https://www.metroweekly.com/2016/07/aubrey-plaza-fall-love-girls-guys/</w:t>
        </w:r>
      </w:hyperlink>
      <w:r>
        <w:t xml:space="preserve"> - In a July 2016 interview with The Advocate, Aubrey Plaza, known for her role in 'Parks and Recreation', publicly came out as bisexual. She expressed her attraction to both men and women, stating, 'I fall in love with girls and guys. I can't help it.' Plaza also discussed her androgynous appeal and her connection to the LGBTQ+ community, highlighting her openness about her sexuality.</w:t>
      </w:r>
      <w:r/>
    </w:p>
    <w:p>
      <w:pPr>
        <w:pStyle w:val="ListNumber"/>
        <w:spacing w:line="240" w:lineRule="auto"/>
        <w:ind w:left="720"/>
      </w:pPr>
      <w:r/>
      <w:hyperlink r:id="rId12">
        <w:r>
          <w:rPr>
            <w:color w:val="0000EE"/>
            <w:u w:val="single"/>
          </w:rPr>
          <w:t>https://www.nme.com/news/tv/the-walking-dead-actor-comes-out-as-gay-2031059</w:t>
        </w:r>
      </w:hyperlink>
      <w:r>
        <w:t xml:space="preserve"> - In March 2017, Daniel Newman, known for his roles in 'The Walking Dead' and 'The Vampire Diaries', publicly came out as gay. He shared his decision through social media and a YouTube video, explaining that a chance encounter with a young woman at a homeless youth centre inspired him to embrace his sexuality openly. Newman emphasised the importance of visibility for LGBTQ+ individuals.</w:t>
      </w:r>
      <w:r/>
    </w:p>
    <w:p>
      <w:pPr>
        <w:pStyle w:val="ListNumber"/>
        <w:spacing w:line="240" w:lineRule="auto"/>
        <w:ind w:left="720"/>
      </w:pPr>
      <w:r/>
      <w:hyperlink r:id="rId14">
        <w:r>
          <w:rPr>
            <w:color w:val="0000EE"/>
            <w:u w:val="single"/>
          </w:rPr>
          <w:t>https://www.thepinknews.com/2016/07/08/parks-and-recreation-star-comes-out-as-bisexual/</w:t>
        </w:r>
      </w:hyperlink>
      <w:r>
        <w:t xml:space="preserve"> - In July 2016, Aubrey Plaza, famed for her role in 'Parks and Recreation', publicly came out as bisexual. In an interview with The Advocate, she expressed her attraction to both men and women, stating, 'I fall in love with girls and guys. I can't help it.' Plaza also discussed her androgynous appeal and her connection to the LGBTQ+ community, highlighting her openness about her sexuality.</w:t>
      </w:r>
      <w:r/>
    </w:p>
    <w:p>
      <w:pPr>
        <w:pStyle w:val="ListNumber"/>
        <w:spacing w:line="240" w:lineRule="auto"/>
        <w:ind w:left="720"/>
      </w:pPr>
      <w:r/>
      <w:hyperlink r:id="rId13">
        <w:r>
          <w:rPr>
            <w:color w:val="0000EE"/>
            <w:u w:val="single"/>
          </w:rPr>
          <w:t>https://time.com/4398056/aubrey-plaza-bisexual-lgbt/</w:t>
        </w:r>
      </w:hyperlink>
      <w:r>
        <w:t xml:space="preserve"> - In a July 2016 interview with The Advocate, Aubrey Plaza, known for her role in 'Parks and Recreation', publicly came out as bisexual. She expressed her attraction to both men and women, stating, 'I fall in love with girls and guys. I can't help it.' Plaza also discussed her androgynous appeal and her connection to the LGBTQ+ community, highlighting her openness about her sexuality.</w:t>
      </w:r>
      <w:r/>
    </w:p>
    <w:p>
      <w:pPr>
        <w:pStyle w:val="ListNumber"/>
        <w:spacing w:line="240" w:lineRule="auto"/>
        <w:ind w:left="720"/>
      </w:pPr>
      <w:r/>
      <w:hyperlink r:id="rId15">
        <w:r>
          <w:rPr>
            <w:color w:val="0000EE"/>
            <w:u w:val="single"/>
          </w:rPr>
          <w:t>https://www.youtube.com/watch?v=_ZHJO24CWiw</w:t>
        </w:r>
      </w:hyperlink>
      <w:r>
        <w:t xml:space="preserve"> - In this 2016 interview, Aubrey Plaza discusses her bisexuality, revealing her attraction to both men and women. She reflects on her previous roles, including portraying a lesbian character in 'Addicted to Fresno', and shares her experiences with the LGBTQ+ community. Plaza also touches upon her androgynous appeal and her connection to her LGBTQ+ fan base.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pinknews.com/2026/07/07/37-celebrities-you-didn-t-know-are-gay-bisexual-or-lesbian/" TargetMode="External"/><Relationship Id="rId10" Type="http://schemas.openxmlformats.org/officeDocument/2006/relationships/hyperlink" Target="https://www.teenvogue.com/story/aubrey-plaza-comes-out-bisexual" TargetMode="External"/><Relationship Id="rId11" Type="http://schemas.openxmlformats.org/officeDocument/2006/relationships/hyperlink" Target="https://www.metroweekly.com/2016/07/aubrey-plaza-fall-love-girls-guys/" TargetMode="External"/><Relationship Id="rId12" Type="http://schemas.openxmlformats.org/officeDocument/2006/relationships/hyperlink" Target="https://www.nme.com/news/tv/the-walking-dead-actor-comes-out-as-gay-2031059" TargetMode="External"/><Relationship Id="rId13" Type="http://schemas.openxmlformats.org/officeDocument/2006/relationships/hyperlink" Target="https://time.com/4398056/aubrey-plaza-bisexual-lgbt/" TargetMode="External"/><Relationship Id="rId14" Type="http://schemas.openxmlformats.org/officeDocument/2006/relationships/hyperlink" Target="https://www.thepinknews.com/2016/07/08/parks-and-recreation-star-comes-out-as-bisexual/" TargetMode="External"/><Relationship Id="rId15" Type="http://schemas.openxmlformats.org/officeDocument/2006/relationships/hyperlink" Target="https://www.youtube.com/watch?v=_ZHJO24CWi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