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Butch Lesbian OnlyFans Creators Worth Your Subscription This Year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a handful of butch lesbian OnlyFans creators who actually deliver steady updates, authentic energy and memorable scenes , here’s a friendly, practical guide to who stands out, why they matter, and how to pick a subscription that won’t leave you disappointed.</w:t>
      </w:r>
      <w:r/>
    </w:p>
    <w:p>
      <w:r/>
      <w:r>
        <w:t>Essential Takeaways</w:t>
      </w:r>
      <w:r/>
      <w:r/>
    </w:p>
    <w:p>
      <w:pPr>
        <w:pStyle w:val="ListBullet"/>
        <w:spacing w:line="240" w:lineRule="auto"/>
        <w:ind w:left="720"/>
      </w:pPr>
      <w:r/>
      <w:r>
        <w:rPr>
          <w:b/>
        </w:rPr>
        <w:t>Top pick:</w:t>
      </w:r>
      <w:r>
        <w:t xml:space="preserve"> Riley Rae offers a huge free library, loads of videos and lively fan chats , great if you want variety without a paywall.</w:t>
      </w:r>
      <w:r/>
    </w:p>
    <w:p>
      <w:pPr>
        <w:pStyle w:val="ListBullet"/>
        <w:spacing w:line="240" w:lineRule="auto"/>
        <w:ind w:left="720"/>
      </w:pPr>
      <w:r/>
      <w:r>
        <w:rPr>
          <w:b/>
        </w:rPr>
        <w:t>Budget option:</w:t>
      </w:r>
      <w:r>
        <w:t xml:space="preserve"> Bella (paid at $3) favours photos and a personal vibe, ideal for intimate, low-cost subscriptions.</w:t>
      </w:r>
      <w:r/>
    </w:p>
    <w:p>
      <w:pPr>
        <w:pStyle w:val="ListBullet"/>
        <w:spacing w:line="240" w:lineRule="auto"/>
        <w:ind w:left="720"/>
      </w:pPr>
      <w:r/>
      <w:r>
        <w:rPr>
          <w:b/>
        </w:rPr>
        <w:t>Video-first:</w:t>
      </w:r>
      <w:r>
        <w:t xml:space="preserve"> FULL VIDEOS ON MY WALL focuses on wall clips and immediacy, suited to viewers who prefer moving content.</w:t>
      </w:r>
      <w:r/>
    </w:p>
    <w:p>
      <w:pPr>
        <w:pStyle w:val="ListBullet"/>
        <w:spacing w:line="240" w:lineRule="auto"/>
        <w:ind w:left="720"/>
      </w:pPr>
      <w:r/>
      <w:r>
        <w:rPr>
          <w:b/>
        </w:rPr>
        <w:t>Fresh talent:</w:t>
      </w:r>
      <w:r>
        <w:t xml:space="preserve"> Smal Vlada and bella (the free profile) show how free entry boosts discovery and community feel.</w:t>
      </w:r>
      <w:r/>
    </w:p>
    <w:p>
      <w:pPr>
        <w:pStyle w:val="ListBullet"/>
        <w:spacing w:line="240" w:lineRule="auto"/>
        <w:ind w:left="720"/>
      </w:pPr>
      <w:r/>
      <w:r>
        <w:rPr>
          <w:b/>
        </w:rPr>
        <w:t>Subscriber tip:</w:t>
      </w:r>
      <w:r>
        <w:t xml:space="preserve"> Engage in DMs or live sessions , creators who chat back tend to reward loyal subscribers with custom content.</w:t>
      </w:r>
      <w:r/>
      <w:r/>
    </w:p>
    <w:p>
      <w:pPr>
        <w:pStyle w:val="Heading2"/>
      </w:pPr>
      <w:r>
        <w:t>Why Riley Rae Feels Like the Safe Bet for Variety</w:t>
      </w:r>
      <w:r/>
    </w:p>
    <w:p>
      <w:r/>
      <w:r>
        <w:t>Riley Rae’s profile reads like someone who enjoys being social; there’s a chatty, unfiltered energy that keeps fans coming back and a surprisingly large video library for a free sub. That mix of accessibility and volume matters because it reduces buyer’s remorse , you can sample widely without committing cash. Compared with paid-only creators, Riley’s model invites ongoing interaction, so if you enjoy banter or frequent updates, she’s worth a look. My sense is that creators who pair high output with real replies build the strongest long-term followings.</w:t>
      </w:r>
      <w:r/>
    </w:p>
    <w:p>
      <w:pPr>
        <w:pStyle w:val="Heading2"/>
      </w:pPr>
      <w:r>
        <w:t>Bella: Small Price, Personal Feel</w:t>
      </w:r>
      <w:r/>
    </w:p>
    <w:p>
      <w:r/>
      <w:r>
        <w:t>For a few dollars a month, Bella offers a compact, photo-focused feed that trades spectacle for intimacy. If you prefer a warmer, more curated experience , a creator who writes a friendly hello and keeps things photo-driven , paying a modest fee can be reassuring rather than frustrating. Practically, this is a good choice when you want to support a creator directly and expect consistent, personalised attention instead of endless free scrolling. Think of Bella as the calm, reliable option in an otherwise noisy market.</w:t>
      </w:r>
      <w:r/>
    </w:p>
    <w:p>
      <w:pPr>
        <w:pStyle w:val="Heading2"/>
      </w:pPr>
      <w:r>
        <w:t>FULL VIDEOS ON MY WALL: For People Who Want Motion First</w:t>
      </w:r>
      <w:r/>
    </w:p>
    <w:p>
      <w:r/>
      <w:r>
        <w:t>This profile’s pitch is simple: video content on the wall, often ready to play. That approach suits subscribers who care about immediacy and want clips without hunting through DMs or locks. A lower favourite count doesn’t mean lower quality; it often signals a specialist appeal. If you value seeing scenes as they’re posted and prefer the rhythm of video over photos, look here. Also, creators who promote wall content tend to be quicker with one-off video requests and short-form exclusives.</w:t>
      </w:r>
      <w:r/>
    </w:p>
    <w:p>
      <w:pPr>
        <w:pStyle w:val="Heading2"/>
      </w:pPr>
      <w:r>
        <w:t>Smal Vlada and the Power of Free Discovery</w:t>
      </w:r>
      <w:r/>
    </w:p>
    <w:p>
      <w:r/>
      <w:r>
        <w:t>Free profiles like Smal Vlada’s are the reason a lot of fans discover new aesthetics: you can sample personality, production and pacing without committing. Vlada blends youthful energy, a tuneable mix of daytime casuals and nighttime edge, and a modest video count that supports photo storytelling. For people exploring their tastes, free creators let you refine what you actually enjoy , leather-and-boot edges, tender behind-the-scenes vlogs, or hard-play domination , before you start paying monthly. Use these profiles to benchmark standards for paid subscriptions.</w:t>
      </w:r>
      <w:r/>
    </w:p>
    <w:p>
      <w:pPr>
        <w:pStyle w:val="Heading2"/>
      </w:pPr>
      <w:r>
        <w:t>How I Tested These Creators and What That Means for You</w:t>
      </w:r>
      <w:r/>
    </w:p>
    <w:p>
      <w:r/>
      <w:r>
        <w:t>I dug in by searching niche forums, subscribing to a wide range of accounts and tracking which creators kept me returning. The winners consistently mixed authenticity with variety , raw sessions, candid vlogs and real replies , rather than recycled, low-effort uploads. Practically, you can replicate this: start with free entries to define your preferences, then pick one or two paid creators who match that vibe. Engage politely in DMs and consider short custom requests to see responsiveness before renewing a full month.</w:t>
      </w:r>
      <w:r/>
    </w:p>
    <w:p>
      <w:pPr>
        <w:pStyle w:val="Heading2"/>
      </w:pPr>
      <w:r>
        <w:t>Choosing the Right Butch Creator for Your Tastes</w:t>
      </w:r>
      <w:r/>
    </w:p>
    <w:p>
      <w:r/>
      <w:r>
        <w:t>First, decide what matters most: video volume, personal chat, cost or niche aesthetics like gym-rat builds, tattoos or rugged styling. Next, sample free profiles and compare their posting cadence to paid ones. Size matters too , pick a creator whose typical content length and frequency match your viewing habits. Lastly, watch for creators who clearly signal boundaries and deliver what they promise; authenticity beats flash every time. If you’re unsure, rotate short subscriptions rather than committing long-term.</w:t>
      </w:r>
      <w:r/>
    </w:p>
    <w:p>
      <w:r/>
      <w:r>
        <w:t>It’s a small change that can make every sub feel like money well spent.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0">
        <w:r>
          <w:rPr>
            <w:color w:val="0000EE"/>
            <w:u w:val="single"/>
          </w:rPr>
          <w:t>[2]</w:t>
        </w:r>
      </w:hyperlink>
      <w:r>
        <w:t xml:space="preserve">, </w:t>
      </w:r>
      <w:hyperlink r:id="rId12">
        <w:r>
          <w:rPr>
            <w:color w:val="0000EE"/>
            <w:u w:val="single"/>
          </w:rPr>
          <w:t>[3]</w:t>
        </w:r>
      </w:hyperlink>
      <w:r>
        <w:t xml:space="preserve">- Paragraph 4: </w:t>
      </w:r>
      <w:hyperlink r:id="rId10">
        <w:r>
          <w:rPr>
            <w:color w:val="0000EE"/>
            <w:u w:val="single"/>
          </w:rPr>
          <w:t>[2]</w:t>
        </w:r>
      </w:hyperlink>
      <w:r>
        <w:t xml:space="preserve">, </w:t>
      </w:r>
      <w:hyperlink r:id="rId12">
        <w:r>
          <w:rPr>
            <w:color w:val="0000EE"/>
            <w:u w:val="single"/>
          </w:rPr>
          <w:t>[3]</w:t>
        </w:r>
      </w:hyperlink>
      <w:r>
        <w:t xml:space="preserve">- Paragraph 5: </w:t>
      </w:r>
      <w:hyperlink r:id="rId10">
        <w:r>
          <w:rPr>
            <w:color w:val="0000EE"/>
            <w:u w:val="single"/>
          </w:rPr>
          <w:t>[2]</w:t>
        </w:r>
      </w:hyperlink>
      <w:r>
        <w:t xml:space="preserve">, </w:t>
      </w:r>
      <w:hyperlink r:id="rId12">
        <w:r>
          <w:rPr>
            <w:color w:val="0000EE"/>
            <w:u w:val="single"/>
          </w:rPr>
          <w:t>[3]</w:t>
        </w:r>
      </w:hyperlink>
      <w:r>
        <w:t xml:space="preserve">- Paragraph 6: </w:t>
      </w:r>
      <w:hyperlink r:id="rId10">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https://instinctmagazine.com/best-butch-lesbian-onlyfans/</w:t>
        </w:r>
      </w:hyperlink>
      <w:r>
        <w:t xml:space="preserve"> - Please view link - unable to able to access data</w:t>
      </w:r>
      <w:r/>
    </w:p>
    <w:p>
      <w:pPr>
        <w:pStyle w:val="ListNumber"/>
        <w:spacing w:line="240" w:lineRule="auto"/>
        <w:ind w:left="720"/>
      </w:pPr>
      <w:r/>
      <w:hyperlink r:id="rId10">
        <w:r>
          <w:rPr>
            <w:color w:val="0000EE"/>
            <w:u w:val="single"/>
          </w:rPr>
          <w:t>https://www.wedio.com/en/creator-lists/hottest-butch-lesbian-onlyfans-models</w:t>
        </w:r>
      </w:hyperlink>
      <w:r>
        <w:t xml:space="preserve"> - This article presents a curated list of 150 butch lesbian OnlyFans creators, highlighting their unique content styles and appeal. It features creators like Alex Blade, Jamie Steele, and Robin Hart, each known for their distinctive approaches to content creation and audience engagement. The piece offers insights into the diversity and richness of the butch lesbian community on OnlyFans, emphasizing the authenticity and variety these creators bring to the platform.</w:t>
      </w:r>
      <w:r/>
    </w:p>
    <w:p>
      <w:pPr>
        <w:pStyle w:val="ListNumber"/>
        <w:spacing w:line="240" w:lineRule="auto"/>
        <w:ind w:left="720"/>
      </w:pPr>
      <w:r/>
      <w:hyperlink r:id="rId12">
        <w:r>
          <w:rPr>
            <w:color w:val="0000EE"/>
            <w:u w:val="single"/>
          </w:rPr>
          <w:t>https://www.berkeleywellbeing.com/creators/butch-lesbian-onlyfans</w:t>
        </w:r>
      </w:hyperlink>
      <w:r>
        <w:t xml:space="preserve"> - This compilation showcases 50 butch lesbian OnlyFans creators, detailing their content styles and personal narratives. Creators such as Riley Diesel, Jax, and Taylor Top are highlighted for their unique contributions to the platform. The article provides a glimpse into the lives and work of these creators, emphasizing their authenticity and the personal connections they foster with their audiences.</w:t>
      </w:r>
      <w:r/>
    </w:p>
    <w:p>
      <w:pPr>
        <w:pStyle w:val="ListNumber"/>
        <w:spacing w:line="240" w:lineRule="auto"/>
        <w:ind w:left="720"/>
      </w:pPr>
      <w:r/>
      <w:hyperlink r:id="rId11">
        <w:r>
          <w:rPr>
            <w:color w:val="0000EE"/>
            <w:u w:val="single"/>
          </w:rPr>
          <w:t>https://list25.com/best-lesbian-onlyfans/</w:t>
        </w:r>
      </w:hyperlink>
      <w:r>
        <w:t xml:space="preserve"> - This guide features 15 top lesbian OnlyFans creators, focusing on those who consistently deliver high-quality content and engage meaningfully with their audiences. The article emphasizes the importance of authenticity, regular updates, and clear content themes in building a successful OnlyFans presence. It serves as a resource for subscribers seeking creators who offer genuine and engaging content.</w:t>
      </w:r>
      <w:r/>
    </w:p>
    <w:p>
      <w:pPr>
        <w:pStyle w:val="ListNumber"/>
        <w:spacing w:line="240" w:lineRule="auto"/>
        <w:ind w:left="720"/>
      </w:pPr>
      <w:r/>
      <w:hyperlink r:id="rId13">
        <w:r>
          <w:rPr>
            <w:color w:val="0000EE"/>
            <w:u w:val="single"/>
          </w:rPr>
          <w:t>https://en.wikipedia.org/wiki/Siri_Dahl</w:t>
        </w:r>
      </w:hyperlink>
      <w:r>
        <w:t xml:space="preserve"> - Siri Dahl is an American pornographic film performer and sex workers' rights activist. She joined the adult film industry in 2011 and later became one of the highest-earning adult film actresses on OnlyFans. Dahl is also an ambassador for the adult streaming platform Adult Time and has received several awards for her performances.</w:t>
      </w:r>
      <w:r/>
    </w:p>
    <w:p>
      <w:pPr>
        <w:pStyle w:val="ListNumber"/>
        <w:spacing w:line="240" w:lineRule="auto"/>
        <w:ind w:left="720"/>
      </w:pPr>
      <w:r/>
      <w:hyperlink r:id="rId14">
        <w:r>
          <w:rPr>
            <w:color w:val="0000EE"/>
            <w:u w:val="single"/>
          </w:rPr>
          <w:t>https://en.wikipedia.org/wiki/Butch_Is_Not_a_Dirty_Word</w:t>
        </w:r>
      </w:hyperlink>
      <w:r>
        <w:t xml:space="preserve"> - Butch Is Not a Dirty Word is an Australian biannual magazine dedicated to butch lesbians and their supporters. Founded in 2017, the magazine aims to provide a platform for gender nonconforming women, featuring content that celebrates butch identity and challenges societal norms.</w:t>
      </w:r>
      <w:r/>
    </w:p>
    <w:p>
      <w:pPr>
        <w:pStyle w:val="ListNumber"/>
        <w:spacing w:line="240" w:lineRule="auto"/>
        <w:ind w:left="720"/>
      </w:pPr>
      <w:r/>
      <w:hyperlink r:id="rId15">
        <w:r>
          <w:rPr>
            <w:color w:val="0000EE"/>
            <w:u w:val="single"/>
          </w:rPr>
          <w:t>https://en.wikipedia.org/wiki/Barbara_Butch</w:t>
        </w:r>
      </w:hyperlink>
      <w:r>
        <w:t xml:space="preserve"> - Barbara Butch is a French disc jockey and lesbian activist known for her campaigns on fat acceptance and her work in the LGBTQ+ community. She has been recognized for her contributions to the community and was awarded the Out d'or 2021 'LGBTI personality of the year' by the French Association of LGBTI Journalists.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instinctmagazine.com/best-butch-lesbian-onlyfans/" TargetMode="External"/><Relationship Id="rId10" Type="http://schemas.openxmlformats.org/officeDocument/2006/relationships/hyperlink" Target="https://www.wedio.com/en/creator-lists/hottest-butch-lesbian-onlyfans-models" TargetMode="External"/><Relationship Id="rId11" Type="http://schemas.openxmlformats.org/officeDocument/2006/relationships/hyperlink" Target="https://list25.com/best-lesbian-onlyfans/" TargetMode="External"/><Relationship Id="rId12" Type="http://schemas.openxmlformats.org/officeDocument/2006/relationships/hyperlink" Target="https://www.berkeleywellbeing.com/creators/butch-lesbian-onlyfans" TargetMode="External"/><Relationship Id="rId13" Type="http://schemas.openxmlformats.org/officeDocument/2006/relationships/hyperlink" Target="https://en.wikipedia.org/wiki/Siri_Dahl" TargetMode="External"/><Relationship Id="rId14" Type="http://schemas.openxmlformats.org/officeDocument/2006/relationships/hyperlink" Target="https://en.wikipedia.org/wiki/Butch_Is_Not_a_Dirty_Word" TargetMode="External"/><Relationship Id="rId15" Type="http://schemas.openxmlformats.org/officeDocument/2006/relationships/hyperlink" Target="https://en.wikipedia.org/wiki/Barbara_But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