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Burlington Pride Parade Plans: Volunteers Rally to Save September Celebration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spectators are already buzzing: a volunteer coalition has stepped in to revive Burlington’s Pride Parade and festival this September, keeping the city’s biggest LGBTQ+ celebration on the calendar and giving the community a fresh, locally led chapter to rally behind.</w:t>
      </w:r>
      <w:r/>
    </w:p>
    <w:p>
      <w:r/>
      <w:r>
        <w:t>Essential Takeaways</w:t>
      </w:r>
      <w:r/>
      <w:r/>
    </w:p>
    <w:p>
      <w:pPr>
        <w:pStyle w:val="ListBullet"/>
        <w:spacing w:line="240" w:lineRule="auto"/>
        <w:ind w:left="720"/>
      </w:pPr>
      <w:r/>
      <w:r>
        <w:rPr>
          <w:b/>
        </w:rPr>
        <w:t>Event confirmed:</w:t>
      </w:r>
      <w:r>
        <w:t xml:space="preserve"> The parade and festival are set for Sunday, 13 September, organised by a coalition of local volunteers and community groups.</w:t>
      </w:r>
      <w:r/>
    </w:p>
    <w:p>
      <w:pPr>
        <w:pStyle w:val="ListBullet"/>
        <w:spacing w:line="240" w:lineRule="auto"/>
        <w:ind w:left="720"/>
      </w:pPr>
      <w:r/>
      <w:r>
        <w:rPr>
          <w:b/>
        </w:rPr>
        <w:t>Volunteer-run:</w:t>
      </w:r>
      <w:r>
        <w:t xml:space="preserve"> A core team of about five to six volunteers is meeting weekly and coordinating daily to put the weekend together.</w:t>
      </w:r>
      <w:r/>
    </w:p>
    <w:p>
      <w:pPr>
        <w:pStyle w:val="ListBullet"/>
        <w:spacing w:line="240" w:lineRule="auto"/>
        <w:ind w:left="720"/>
      </w:pPr>
      <w:r/>
      <w:r>
        <w:rPr>
          <w:b/>
        </w:rPr>
        <w:t>Legacy groups returning:</w:t>
      </w:r>
      <w:r>
        <w:t xml:space="preserve"> Longtime participants like the Sambatucada drum ensemble plan to lead the procession, bringing familiar rhythm and joy.</w:t>
      </w:r>
      <w:r/>
    </w:p>
    <w:p>
      <w:pPr>
        <w:pStyle w:val="ListBullet"/>
        <w:spacing w:line="240" w:lineRule="auto"/>
        <w:ind w:left="720"/>
      </w:pPr>
      <w:r/>
      <w:r>
        <w:rPr>
          <w:b/>
        </w:rPr>
        <w:t>Support transitionally:</w:t>
      </w:r>
      <w:r>
        <w:t xml:space="preserve"> The Pride Center of Vermont is sharing planning resources and institutional knowledge while pausing its event leadership.</w:t>
      </w:r>
      <w:r/>
    </w:p>
    <w:p>
      <w:pPr>
        <w:pStyle w:val="ListBullet"/>
        <w:spacing w:line="240" w:lineRule="auto"/>
        <w:ind w:left="720"/>
      </w:pPr>
      <w:r/>
      <w:r>
        <w:rPr>
          <w:b/>
        </w:rPr>
        <w:t>Get involved:</w:t>
      </w:r>
      <w:r>
        <w:t xml:space="preserve"> Organisers will post volunteer roles, schedule details and festival programming on Pride Vermont’s social channels and website soon.</w:t>
      </w:r>
      <w:r/>
      <w:r/>
    </w:p>
    <w:p>
      <w:pPr>
        <w:pStyle w:val="Heading2"/>
      </w:pPr>
      <w:r>
        <w:t>Why volunteers stepped in , and why it matters now</w:t>
      </w:r>
      <w:r/>
    </w:p>
    <w:p>
      <w:r/>
      <w:r>
        <w:t>For months people wondered whether Burlington’s parade would vanish after the Pride Center of Vermont paused operations last autumn. According to local reporting, a handful of community members simply didn’t want the tradition to die, so they formed a volunteer coalition to make sure Pride returns this September. The scene is one of grassroots urgency , early meetings, quick decisions and a steady dose of civic affection , and that matters because visibility and community gatherings still carry emotional weight for many.</w:t>
      </w:r>
      <w:r/>
    </w:p>
    <w:p>
      <w:pPr>
        <w:pStyle w:val="Heading2"/>
      </w:pPr>
      <w:r>
        <w:t>Who’s on the new planning team and how they’re organising</w:t>
      </w:r>
      <w:r/>
    </w:p>
    <w:p>
      <w:r/>
      <w:r>
        <w:t>The committee is small, roughly five or six core volunteers, blending longtime organisers with newcomers who raised their hands when the parade’s future looked shaky. They’re meeting weekly and communicating daily, which is how you get an event up and running in eight weeks. The Pride Center is not disappearing from the picture entirely; it’s sharing institutional knowledge to smooth the handover, while the volunteer coalition handles the day-to-day planning.</w:t>
      </w:r>
      <w:r/>
    </w:p>
    <w:p>
      <w:pPr>
        <w:pStyle w:val="Heading2"/>
      </w:pPr>
      <w:r>
        <w:t>What to expect on parade day , familiar faces, fresh energy</w:t>
      </w:r>
      <w:r/>
    </w:p>
    <w:p>
      <w:r/>
      <w:r>
        <w:t>Expect a mix of the familiar and the new. Burlington-based Sambatucada, a Brazilian drum ensemble that’s led the parade for decades, has pledged to return, supplying that loud, joyful cadence people associate with Pride. Community groups like Outright Vermont have welcomed the shift as a chance to reimagine the parade while holding onto core values of visibility and queer joy. So anticipate well-loved traditions alongside new programming and energy.</w:t>
      </w:r>
      <w:r/>
    </w:p>
    <w:p>
      <w:pPr>
        <w:pStyle w:val="Heading2"/>
      </w:pPr>
      <w:r>
        <w:t>How the transition fits broader changes at the Pride Center</w:t>
      </w:r>
      <w:r/>
    </w:p>
    <w:p>
      <w:r/>
      <w:r>
        <w:t>The Pride Center’s operational pause last October left a gap but also created an opportunity for community-led stewardship. Reports show the organisation is refocusing on rebuilding year-round programming, and the parade handover is part of that recalibration. For residents, it’s a reminder that institutions can evolve, and that community events often rely on a wider web of activists, volunteers and partner groups.</w:t>
      </w:r>
      <w:r/>
    </w:p>
    <w:p>
      <w:pPr>
        <w:pStyle w:val="Heading2"/>
      </w:pPr>
      <w:r>
        <w:t>Practical tips if you want to help or attend</w:t>
      </w:r>
      <w:r/>
    </w:p>
    <w:p>
      <w:r/>
      <w:r>
        <w:t>If you’d like to volunteer, keep an eye on Pride Vermont’s social media and website for sign-ups and role descriptions , organisers say more details are coming in the next couple of weeks. If you’re planning to attend, mark 13 September in your diary, arrive early for road closures and bring cash for local vendors. And if you’re a small group or band thinking of marching, contact the committee soon; parade slots fill fast when organisers are working to finalise the route and marshal teams.</w:t>
      </w:r>
      <w:r/>
    </w:p>
    <w:p>
      <w:r/>
      <w:r>
        <w:t>It's a small change that can make every celebration feel more locally owned and full of joy.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10">
        <w:r>
          <w:rPr>
            <w:color w:val="0000EE"/>
            <w:u w:val="single"/>
          </w:rPr>
          <w:t>[2]</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https://www.mynbc5.com/article/new-volunteer-coalition-to-lead-burlington-pride-parade/71857200</w:t>
        </w:r>
      </w:hyperlink>
      <w:r>
        <w:t xml:space="preserve"> - Please view link - unable to able to access data</w:t>
      </w:r>
      <w:r/>
    </w:p>
    <w:p>
      <w:pPr>
        <w:pStyle w:val="ListNumber"/>
        <w:spacing w:line="240" w:lineRule="auto"/>
        <w:ind w:left="720"/>
      </w:pPr>
      <w:r/>
      <w:hyperlink r:id="rId10">
        <w:r>
          <w:rPr>
            <w:color w:val="0000EE"/>
            <w:u w:val="single"/>
          </w:rPr>
          <w:t>https://www.pridecentervt.org/2025/10/09/pride-center-of-vermont-operational-pause-10-10/</w:t>
        </w:r>
      </w:hyperlink>
      <w:r>
        <w:t xml:space="preserve"> - On October 9, 2025, the Pride Center of Vermont announced an operational pause effective October 10, 2025, due to critical funding shortfalls. The organization cited challenges such as funding losses and shifting priorities at the state and federal levels, which have made it increasingly difficult for community-based nonprofits to continue their work. The Pride Center has been serving the LGBTQ+ community in Vermont for 26 years and is exploring opportunities to continue supporting program participants during this period. The board emphasized the need to raise approximately $350,000 to return to full services.</w:t>
      </w:r>
      <w:r/>
    </w:p>
    <w:p>
      <w:pPr>
        <w:pStyle w:val="ListNumber"/>
        <w:spacing w:line="240" w:lineRule="auto"/>
        <w:ind w:left="720"/>
      </w:pPr>
      <w:r/>
      <w:hyperlink r:id="rId13">
        <w:r>
          <w:rPr>
            <w:color w:val="0000EE"/>
            <w:u w:val="single"/>
          </w:rPr>
          <w:t>https://www.vermontpublic.org/local-news/2025-10-09/pride-center-of-vermont-to-pause-operations-indefinitely</w:t>
        </w:r>
      </w:hyperlink>
      <w:r>
        <w:t xml:space="preserve"> - Vermont Public reported on October 9, 2025, that the Pride Center of Vermont will pause its operations indefinitely starting October 10, 2025. The board attributed the pause to funding losses and shifting priorities at the state and federal levels, stating that these changes have made it increasingly difficult for community-based nonprofits to continue their work. The organization has been serving the LGBTQ+ community in Vermont for 26 years and is seeking to raise approximately $350,000 to return to full services.</w:t>
      </w:r>
      <w:r/>
    </w:p>
    <w:p>
      <w:pPr>
        <w:pStyle w:val="ListNumber"/>
        <w:spacing w:line="240" w:lineRule="auto"/>
        <w:ind w:left="720"/>
      </w:pPr>
      <w:r/>
      <w:hyperlink r:id="rId15">
        <w:r>
          <w:rPr>
            <w:color w:val="0000EE"/>
            <w:u w:val="single"/>
          </w:rPr>
          <w:t>https://www.wamc.org/news/2025-10-13/pride-center-of-vermont-abruptly-stops-operations</w:t>
        </w:r>
      </w:hyperlink>
      <w:r>
        <w:t xml:space="preserve"> - WAMC reported on October 13, 2025, that the Pride Center of Vermont has paused operations indefinitely due to funding challenges. The organization has been serving the LGBTQ+ community in Vermont for 26 years and is seeking to raise approximately $350,000 to return to full services. The board cited funding losses and shifting priorities at the state and federal levels as contributing factors to the decision.</w:t>
      </w:r>
      <w:r/>
    </w:p>
    <w:p>
      <w:pPr>
        <w:pStyle w:val="ListNumber"/>
        <w:spacing w:line="240" w:lineRule="auto"/>
        <w:ind w:left="720"/>
      </w:pPr>
      <w:r/>
      <w:hyperlink r:id="rId11">
        <w:r>
          <w:rPr>
            <w:color w:val="0000EE"/>
            <w:u w:val="single"/>
          </w:rPr>
          <w:t>https://www.wcax.com/2025/10/09/pride-center-vermont-pauses-operations-lays-off-staff/</w:t>
        </w:r>
      </w:hyperlink>
      <w:r>
        <w:t xml:space="preserve"> - WCAX reported on October 9, 2025, that the Pride Center of Vermont has paused operations effective October 10, 2025, due to critical funding shortfalls. The organization cited funding losses and shifting priorities at the state and federal levels as contributing factors. The center has been serving the LGBTQ+ community in Vermont for 26 years and is seeking to raise approximately $350,000 to return to full services.</w:t>
      </w:r>
      <w:r/>
    </w:p>
    <w:p>
      <w:pPr>
        <w:pStyle w:val="ListNumber"/>
        <w:spacing w:line="240" w:lineRule="auto"/>
        <w:ind w:left="720"/>
      </w:pPr>
      <w:r/>
      <w:hyperlink r:id="rId14">
        <w:r>
          <w:rPr>
            <w:color w:val="0000EE"/>
            <w:u w:val="single"/>
          </w:rPr>
          <w:t>https://www.pridecentervt.org/pride-draft/</w:t>
        </w:r>
      </w:hyperlink>
      <w:r>
        <w:t xml:space="preserve"> - The Pride Center of Vermont announced the 2023 Pride Vermont Parade &amp; Festival, scheduled for September 10, 2023, at Waterfront Park in Burlington. The event aims to celebrate LGBTQIA+ joy, love, and solidarity. The announcement includes information about parade and vendor registration, inviting participants to be part of the 40th Annual Pride Vermont Parade in Burlington. The event is part of the center's ongoing efforts to support and celebrate the LGBTQ+ community in Vermont.</w:t>
      </w:r>
      <w:r/>
    </w:p>
    <w:p>
      <w:pPr>
        <w:pStyle w:val="ListNumber"/>
        <w:spacing w:line="240" w:lineRule="auto"/>
        <w:ind w:left="720"/>
      </w:pPr>
      <w:r/>
      <w:hyperlink r:id="rId12">
        <w:r>
          <w:rPr>
            <w:color w:val="0000EE"/>
            <w:u w:val="single"/>
          </w:rPr>
          <w:t>https://outrightvt.org/burlington-pride-2023</w:t>
        </w:r>
      </w:hyperlink>
      <w:r>
        <w:t xml:space="preserve"> - Outright Vermont announced their participation in the 2023 Burlington Pride Parade, scheduled for September 10, 2023. They invited community members to march with them in the parade and visit their two tents at the Pride festival. The organization highlighted the presence of a youth tent and a family tent, emphasizing their commitment to supporting LGBTQ+ youth and families. The event underscores Outright Vermont's ongoing efforts to engage and support the LGBTQ+ community in Vermont.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ynbc5.com/article/new-volunteer-coalition-to-lead-burlington-pride-parade/71857200" TargetMode="External"/><Relationship Id="rId10" Type="http://schemas.openxmlformats.org/officeDocument/2006/relationships/hyperlink" Target="https://www.pridecentervt.org/2025/10/09/pride-center-of-vermont-operational-pause-10-10/" TargetMode="External"/><Relationship Id="rId11" Type="http://schemas.openxmlformats.org/officeDocument/2006/relationships/hyperlink" Target="https://www.wcax.com/2025/10/09/pride-center-vermont-pauses-operations-lays-off-staff/" TargetMode="External"/><Relationship Id="rId12" Type="http://schemas.openxmlformats.org/officeDocument/2006/relationships/hyperlink" Target="https://outrightvt.org/burlington-pride-2023" TargetMode="External"/><Relationship Id="rId13" Type="http://schemas.openxmlformats.org/officeDocument/2006/relationships/hyperlink" Target="https://www.vermontpublic.org/local-news/2025-10-09/pride-center-of-vermont-to-pause-operations-indefinitely" TargetMode="External"/><Relationship Id="rId14" Type="http://schemas.openxmlformats.org/officeDocument/2006/relationships/hyperlink" Target="https://www.pridecentervt.org/pride-draft/" TargetMode="External"/><Relationship Id="rId15" Type="http://schemas.openxmlformats.org/officeDocument/2006/relationships/hyperlink" Target="https://www.wamc.org/news/2025-10-13/pride-center-of-vermont-abruptly-stops-oper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