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Broadway and Off‑Broadway Shows to See This Summer in New York City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Buzz through the season: New Yorkers and visitors are flocking to a stacked summer theatre slate, from cult camp at Studio 54 to intimate off‑Broadway gems , here’s what to see, why it matters, and how to make the most of each night out.</w:t>
      </w:r>
      <w:r/>
    </w:p>
    <w:p>
      <w:r/>
      <w:r>
        <w:t>Essential Takeaways</w:t>
      </w:r>
      <w:r/>
      <w:r/>
    </w:p>
    <w:p>
      <w:pPr>
        <w:pStyle w:val="ListBullet"/>
        <w:spacing w:line="240" w:lineRule="auto"/>
        <w:ind w:left="720"/>
      </w:pPr>
      <w:r/>
      <w:r>
        <w:rPr>
          <w:b/>
        </w:rPr>
        <w:t>Broad mix:</w:t>
      </w:r>
      <w:r>
        <w:t xml:space="preserve"> Big spectacles (Hamilton, Titanique) sit alongside intimate works (Two Strangers, Every Brilliant Thing), so there’s something for every mood.</w:t>
      </w:r>
      <w:r/>
    </w:p>
    <w:p>
      <w:pPr>
        <w:pStyle w:val="ListBullet"/>
        <w:spacing w:line="240" w:lineRule="auto"/>
        <w:ind w:left="720"/>
      </w:pPr>
      <w:r/>
      <w:r>
        <w:rPr>
          <w:b/>
        </w:rPr>
        <w:t>Festival energy:</w:t>
      </w:r>
      <w:r>
        <w:t xml:space="preserve"> Pride and summer crowds make evenings louder, prouder, and flagrantly joyful , expect sing‑alongs and costume flair.</w:t>
      </w:r>
      <w:r/>
    </w:p>
    <w:p>
      <w:pPr>
        <w:pStyle w:val="ListBullet"/>
        <w:spacing w:line="240" w:lineRule="auto"/>
        <w:ind w:left="720"/>
      </w:pPr>
      <w:r/>
      <w:r>
        <w:rPr>
          <w:b/>
        </w:rPr>
        <w:t>Practical wins:</w:t>
      </w:r>
      <w:r>
        <w:t xml:space="preserve"> Rush and lottery tickets via TodayTix and show sites can score cheap seats; book Proof and other limited‑run revivals early.</w:t>
      </w:r>
      <w:r/>
    </w:p>
    <w:p>
      <w:pPr>
        <w:pStyle w:val="ListBullet"/>
        <w:spacing w:line="240" w:lineRule="auto"/>
        <w:ind w:left="720"/>
      </w:pPr>
      <w:r/>
      <w:r>
        <w:rPr>
          <w:b/>
        </w:rPr>
        <w:t>Sensory notes:</w:t>
      </w:r>
      <w:r>
        <w:t xml:space="preserve"> Studio 54’s Rocky Horror feels decadent and sweaty in the best way; Hadestown is atmospheric and bone‑deep in emotion.</w:t>
      </w:r>
      <w:r/>
    </w:p>
    <w:p>
      <w:pPr>
        <w:pStyle w:val="ListBullet"/>
        <w:spacing w:line="240" w:lineRule="auto"/>
        <w:ind w:left="720"/>
      </w:pPr>
      <w:r/>
      <w:r>
        <w:rPr>
          <w:b/>
        </w:rPr>
        <w:t>Neighbourhood tips:</w:t>
      </w:r>
      <w:r>
        <w:t xml:space="preserve"> Stay in Hell’s Kitchen for theatre access, or the Village if you want Pride nightlife nearby.</w:t>
      </w:r>
      <w:r/>
      <w:r/>
    </w:p>
    <w:p>
      <w:pPr>
        <w:pStyle w:val="Heading2"/>
      </w:pPr>
      <w:r>
        <w:t>Why Rocky Horror at Studio 54 is a summer ritual worth sweating through</w:t>
      </w:r>
      <w:r/>
    </w:p>
    <w:p>
      <w:r/>
      <w:r>
        <w:t>If you like loud, communal theatre where audience participation is a feature, not a bug, Rocky Horror in the iconic disco cavern of Studio 54 delivers that sticky, ecstatic theatre night you remember for years. The production leans into camp, with star casting that raises the stakes and the volume. According to coverage of the show’s Broadway run, it’s part concert, part costume party , bring a thirst for spectacle and a willingness to join the chorus. If you want to avoid the crush, aim for a matinee or grab early arrivals for better space, and maybe wear something you don’t mind sweat‑staining.</w:t>
      </w:r>
      <w:r/>
    </w:p>
    <w:p>
      <w:pPr>
        <w:pStyle w:val="Heading2"/>
      </w:pPr>
      <w:r>
        <w:t>Titanique: Céline, chaos and a cult phenomenon finally on Broadway</w:t>
      </w:r>
      <w:r/>
    </w:p>
    <w:p>
      <w:r/>
      <w:r>
        <w:t>Titanique’s leap from cosy off‑Broadway hit to full Broadway shimmy is the season’s biggest grin. It’s campy jukebox fun that rewrites Titanic through a Céline Dion filter, and audiences have been building cult energy for years. The show’s brisk, intermission‑free running time makes it a perfect pre‑Pride pick‑me‑up, and the vocal fireworks are the kind of thing that make you cheer out loud. Do be aware: the production can be vocally demanding for cast members, so last‑minute cast news and health updates sometimes circulate , check the box office for day‑of notices before you head out.</w:t>
      </w:r>
      <w:r/>
    </w:p>
    <w:p>
      <w:pPr>
        <w:pStyle w:val="Heading2"/>
      </w:pPr>
      <w:r>
        <w:t>Hamilton and Hadestown: two very different cultural pilgrimage nights</w:t>
      </w:r>
      <w:r/>
    </w:p>
    <w:p>
      <w:r/>
      <w:r>
        <w:t>Hamilton remains the perennial cultural magnet, with its hip‑hop heartbeat and telling of ambition, immigration and legacy , it’s the kind of show that rewards first‑timers and repeat visitors alike. Contrast that with Hadestown, which is huskier, moodier and almost operatic; its folk‑blues score settles in your chest and stays there. Both shows resonate strongly with queer audiences for different reasons: Hamilton for its urgency and diverse casting, Hadestown for its aching love stories and mythic intimacy. If you’re choosing between the two, decide whether you want kinetic rap storytelling or a slow, emotional wash.</w:t>
      </w:r>
      <w:r/>
    </w:p>
    <w:p>
      <w:pPr>
        <w:pStyle w:val="Heading2"/>
      </w:pPr>
      <w:r>
        <w:t>Small casts, big hearts: why Operation Mincemeat and Two Strangers matter this season</w:t>
      </w:r>
      <w:r/>
    </w:p>
    <w:p>
      <w:r/>
      <w:r>
        <w:t>Not everything this summer is pyrotechnics and celebrity names , small, inventive shows are stealing hearts. Operation Mincemeat’s four‑person British company turns a true WWII caper into a Pythonesque, thoroughly theatrical romp; critics have lavished praise on its West End run, and Tony buzz followed. Two Strangers (Carry a Cake Across New York) is the gentle counterpoint, an intimate, British‑tinged musical about connection and the brave awkwardness of letting someone in. If you want quieter evenings that still pack an emotional punch, these are the ones to snag.</w:t>
      </w:r>
      <w:r/>
    </w:p>
    <w:p>
      <w:pPr>
        <w:pStyle w:val="Heading2"/>
      </w:pPr>
      <w:r>
        <w:t>Comedies, revivals and star turns: Oh, Mary!, Proof and the seasonal must‑see list</w:t>
      </w:r>
      <w:r/>
    </w:p>
    <w:p>
      <w:r/>
      <w:r>
        <w:t>Summer’s revival and star vehicle circuit is bustling. Oh, Mary! brings absurdist comedy and gender‑bending delights, while Proof’s revival , featuring a major screen star in a demanding dramatic turn , is short‑run and hotly tipped, so plan ahead. Plays like these benefit from booking early and checking closing dates; Proof, for instance, has a limited run that closes mid‑July. For pre‑ or post‑show plans, Hell’s Kitchen offers pre‑theatre dining and quick bars, while a late‑night pilgrimage to the Stonewall Inn hits the sentimental spot.</w:t>
      </w:r>
      <w:r/>
    </w:p>
    <w:p>
      <w:pPr>
        <w:pStyle w:val="Heading2"/>
      </w:pPr>
      <w:r>
        <w:t>Practical tips for seeing shows on a summer weekend in NYC</w:t>
      </w:r>
      <w:r/>
    </w:p>
    <w:p>
      <w:r/>
      <w:r>
        <w:t>Rush and digital lotteries through TodayTix or the shows’ own websites are your best friend if you’re flexible and budget conscious. For absolute must‑sees and limited runs, buy in advance and consider weekday or matinee performances to avoid Pride weekend crowds. Stay in Hell’s Kitchen for short walks to most theatres, or in the Village if you want to be near Pride events. And bring a light layer , theatres can flip from arid air‑con to sticky backstage heat, depending on the house and the crowd.</w:t>
      </w:r>
      <w:r/>
    </w:p>
    <w:p>
      <w:r/>
      <w:r>
        <w:t>It’s a small change that can make every night at the theatre feel like the right kind of summer ritual.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[7]</w:t>
        </w:r>
      </w:hyperlink>
      <w:r>
        <w:t xml:space="preserve">- Paragraph 5: </w:t>
      </w:r>
      <w:hyperlink r:id="rId9">
        <w:r>
          <w:rPr>
            <w:color w:val="0000EE"/>
            <w:u w:val="single"/>
          </w:rPr>
          <w:t>[1]</w:t>
        </w:r>
      </w:hyperlink>
      <w:r>
        <w:t xml:space="preserve">, </w:t>
      </w:r>
      <w:hyperlink r:id="rId15">
        <w:r>
          <w:rPr>
            <w:color w:val="0000EE"/>
            <w:u w:val="single"/>
          </w:rPr>
          <w:t>[4]</w:t>
        </w:r>
      </w:hyperlink>
      <w:r>
        <w:t xml:space="preserve">- Paragraph 6: </w:t>
      </w:r>
      <w:hyperlink r:id="rId9">
        <w:r>
          <w:rPr>
            <w:color w:val="0000EE"/>
            <w:u w:val="single"/>
          </w:rPr>
          <w:t>[1]</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https://metrosource.com/summer-guide-to-broadway-off-broadway?utm_source=rss&amp;utm_medium=rss&amp;utm_campaign=summer-guide-to-broadway-off-broadway</w:t>
        </w:r>
      </w:hyperlink>
      <w:r>
        <w:t xml:space="preserve"> - Please view link - unable to able to access data</w:t>
      </w:r>
      <w:r/>
    </w:p>
    <w:p>
      <w:pPr>
        <w:pStyle w:val="ListNumber"/>
        <w:spacing w:line="240" w:lineRule="auto"/>
        <w:ind w:left="720"/>
      </w:pPr>
      <w:r/>
      <w:hyperlink r:id="rId10">
        <w:r>
          <w:rPr>
            <w:color w:val="0000EE"/>
            <w:u w:val="single"/>
          </w:rPr>
          <w:t>https://www.timeout.com/newyork/theater/the-rocky-horror-show</w:t>
        </w:r>
      </w:hyperlink>
      <w:r>
        <w:t xml:space="preserve"> - Richard O'Brien's 'The Rocky Horror Show' is a rock musical that blends satire, rock &amp; roll, and a queer sensibility. Originally debuting on Broadway in 1975, it has since become a cult classic. The current revival, directed by Sam Pinkleton, features Luke Evans as Dr. Frank-N-Furter, with performances at Studio 54 in Midtown West, New York. The show runs from July 1, 2026, to December 31, 2026, offering audiences a chance to experience this iconic production in a legendary venue.</w:t>
      </w:r>
      <w:r/>
    </w:p>
    <w:p>
      <w:pPr>
        <w:pStyle w:val="ListNumber"/>
        <w:spacing w:line="240" w:lineRule="auto"/>
        <w:ind w:left="720"/>
      </w:pPr>
      <w:r/>
      <w:hyperlink r:id="rId11">
        <w:r>
          <w:rPr>
            <w:color w:val="0000EE"/>
            <w:u w:val="single"/>
          </w:rPr>
          <w:t>https://www.broadway.com/shows/the-rocky-horror-show/event/21760702/08-16-2026/1500/</w:t>
        </w:r>
      </w:hyperlink>
      <w:r>
        <w:t xml:space="preserve"> - Broadway.com provides ticket information for 'The Rocky Horror Show' at Studio 54 on August 16, 2026. The event is scheduled for 3:00 pm, with tickets starting from $81.42. The production stars Luke Evans as Dr. Frank-N-Furter and includes performances by Rachel Dratch, Andrew Durand, Amber Gray, Harvey Guillén, Stephanie Hsu, Juliette Lewis, Josh Rivera, and Michaela Jaé Rodriguez. Directed by Tony Award®-winning director Sam Pinkleton, the show offers a fresh take on the classic musical.</w:t>
      </w:r>
      <w:r/>
    </w:p>
    <w:p>
      <w:pPr>
        <w:pStyle w:val="ListNumber"/>
        <w:spacing w:line="240" w:lineRule="auto"/>
        <w:ind w:left="720"/>
      </w:pPr>
      <w:r/>
      <w:hyperlink r:id="rId15">
        <w:r>
          <w:rPr>
            <w:color w:val="0000EE"/>
            <w:u w:val="single"/>
          </w:rPr>
          <w:t>https://www.broadway.com/shows/the-rocky-horror-show/event/21759203/07-18-2026/2100/</w:t>
        </w:r>
      </w:hyperlink>
      <w:r>
        <w:t xml:space="preserve"> - Broadway.com lists ticket details for 'The Rocky Horror Show' at Studio 54 on July 18, 2026, at 9:00 pm. Tickets are available from $137.36, with pricing varying by section. The production features a star-studded cast, including Luke Evans as Dr. Frank-N-Furter and Rachel Dratch as the narrator. Directed by Sam Pinkleton, the show brings a new energy to the classic musical, blending rock &amp; roll with a queer sensibility in a legendary New York venue.</w:t>
      </w:r>
      <w:r/>
    </w:p>
    <w:p>
      <w:pPr>
        <w:pStyle w:val="ListNumber"/>
        <w:spacing w:line="240" w:lineRule="auto"/>
        <w:ind w:left="720"/>
      </w:pPr>
      <w:r/>
      <w:hyperlink r:id="rId13">
        <w:r>
          <w:rPr>
            <w:color w:val="0000EE"/>
            <w:u w:val="single"/>
          </w:rPr>
          <w:t>https://www.thedailybeast.com/ariana-grandes-brother-frankie-suffers-painful-injury-in-titanique-performance/</w:t>
        </w:r>
      </w:hyperlink>
      <w:r>
        <w:t xml:space="preserve"> - Frankie Grande, brother of pop star Ariana Grande, suffered an onstage injury during a July 2 performance of the Broadway parody musical 'Titanique'. Portraying a fictionalized version of ship captain Victor Garber, Frankie accidentally hit himself in the face with a hot-pink ship’s wheel prop, resulting in visible facial injuries including bruising and a cut near his eye. He humorously detailed the incident in a July 5 Instagram post, suggesting he may have suffered a concussion and temporarily stepped away from the show. Photos shared on Instagram show him in costume, as well as post-incident shots highlighting his injuries. Fans reacted with sympathy and teasing references to his history of rhinoplasty, later confirmed by Frankie in a past video discussing his multiple nose surgeries. Despite the mishap, Frankie’s post maintained a lighthearted tone, assuring fans he would return to the stage soon.</w:t>
      </w:r>
      <w:r/>
    </w:p>
    <w:p>
      <w:pPr>
        <w:pStyle w:val="ListNumber"/>
        <w:spacing w:line="240" w:lineRule="auto"/>
        <w:ind w:left="720"/>
      </w:pPr>
      <w:r/>
      <w:hyperlink r:id="rId12">
        <w:r>
          <w:rPr>
            <w:color w:val="0000EE"/>
            <w:u w:val="single"/>
          </w:rPr>
          <w:t>https://www.youtube.com/watch?v=rWb2At2SXnM</w:t>
        </w:r>
      </w:hyperlink>
      <w:r>
        <w:t xml:space="preserve"> - This video from PIX11 News provides coverage of the musical comedy 'Titanique' at the St. James Theatre in New York. The segment highlights the show's unique concept, blending the story of the Titanic with the music of Céline Dion, and features interviews with cast members and audience reactions. The video offers insights into the production's creative process and its reception by Broadway audiences.</w:t>
      </w:r>
      <w:r/>
    </w:p>
    <w:p>
      <w:pPr>
        <w:pStyle w:val="ListNumber"/>
        <w:spacing w:line="240" w:lineRule="auto"/>
        <w:ind w:left="720"/>
      </w:pPr>
      <w:r/>
      <w:hyperlink r:id="rId14">
        <w:r>
          <w:rPr>
            <w:color w:val="0000EE"/>
            <w:u w:val="single"/>
          </w:rPr>
          <w:t>https://www.apnews.com/article/8090d9048ad74484b3f6a1c80a8516a5</w:t>
        </w:r>
      </w:hyperlink>
      <w:r>
        <w:t xml:space="preserve"> - The Associated Press reports on the 2026 Tony Award nominations, with 'Titanique' among the nominees for Best Musical. The article provides a list of nominees in various categories, including Best Play, Best Revival of a Play, and Best Revival of a Musical. The Tony Awards ceremony is scheduled for June 7 at Radio City Music Hall, with the awards airing live on CBS and streaming on Paramount+. The article offers insights into the nominated productions and the upcoming ceremony.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etrosource.com/summer-guide-to-broadway-off-broadway?utm_source=rss&amp;utm_medium=rss&amp;utm_campaign=summer-guide-to-broadway-off-broadway" TargetMode="External"/><Relationship Id="rId10" Type="http://schemas.openxmlformats.org/officeDocument/2006/relationships/hyperlink" Target="https://www.timeout.com/newyork/theater/the-rocky-horror-show" TargetMode="External"/><Relationship Id="rId11" Type="http://schemas.openxmlformats.org/officeDocument/2006/relationships/hyperlink" Target="https://www.broadway.com/shows/the-rocky-horror-show/event/21760702/08-16-2026/1500/" TargetMode="External"/><Relationship Id="rId12" Type="http://schemas.openxmlformats.org/officeDocument/2006/relationships/hyperlink" Target="https://www.youtube.com/watch?v=rWb2At2SXnM" TargetMode="External"/><Relationship Id="rId13" Type="http://schemas.openxmlformats.org/officeDocument/2006/relationships/hyperlink" Target="https://www.thedailybeast.com/ariana-grandes-brother-frankie-suffers-painful-injury-in-titanique-performance/" TargetMode="External"/><Relationship Id="rId14" Type="http://schemas.openxmlformats.org/officeDocument/2006/relationships/hyperlink" Target="https://www.apnews.com/article/8090d9048ad74484b3f6a1c80a8516a5" TargetMode="External"/><Relationship Id="rId15" Type="http://schemas.openxmlformats.org/officeDocument/2006/relationships/hyperlink" Target="https://www.broadway.com/shows/the-rocky-horror-show/event/21759203/07-18-2026/210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