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Bareburger Hell’s Kitchen Events: Pride Diner, Bears Nights and Drag Brunches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with flavour and community , Bareburger Hell’s Kitchen has ramped up nightly LGBTQIA+ programming, from Bears 4 Bareburger to drag brunches and Queeraoke, turning a sustainably minded burger joint into one of Manhattan’s most colourful, welcoming spots.</w:t>
      </w:r>
      <w:r/>
    </w:p>
    <w:p>
      <w:r/>
      <w:r>
        <w:t>Essential takeaways</w:t>
      </w:r>
      <w:r/>
      <w:r/>
    </w:p>
    <w:p>
      <w:pPr>
        <w:pStyle w:val="ListBullet"/>
        <w:spacing w:line="240" w:lineRule="auto"/>
        <w:ind w:left="720"/>
      </w:pPr>
      <w:r/>
      <w:r>
        <w:rPr>
          <w:b/>
        </w:rPr>
        <w:t>Weekly highlights:</w:t>
      </w:r>
      <w:r>
        <w:t xml:space="preserve"> Bears 4 Bareburger on Thursdays is the standout, with gogo dancers and DJs creating a high-energy crowd. </w:t>
      </w:r>
      <w:r/>
    </w:p>
    <w:p>
      <w:pPr>
        <w:pStyle w:val="ListBullet"/>
        <w:spacing w:line="240" w:lineRule="auto"/>
        <w:ind w:left="720"/>
      </w:pPr>
      <w:r/>
      <w:r>
        <w:rPr>
          <w:b/>
        </w:rPr>
        <w:t>Varied calendar:</w:t>
      </w:r>
      <w:r>
        <w:t xml:space="preserve"> From Gayme Night on Tuesdays to Drag Bingo on Wednesdays and Queeraoke on Fridays, there’s something every night. </w:t>
      </w:r>
      <w:r/>
    </w:p>
    <w:p>
      <w:pPr>
        <w:pStyle w:val="ListBullet"/>
        <w:spacing w:line="240" w:lineRule="auto"/>
        <w:ind w:left="720"/>
      </w:pPr>
      <w:r/>
      <w:r>
        <w:rPr>
          <w:b/>
        </w:rPr>
        <w:t>Food and feel:</w:t>
      </w:r>
      <w:r>
        <w:t xml:space="preserve"> Expect 30-day dry-aged smash burgers, gluten-free fried chicken tenders and sugar-pearl waffles in a lively, late-diner setting. </w:t>
      </w:r>
      <w:r/>
    </w:p>
    <w:p>
      <w:pPr>
        <w:pStyle w:val="ListBullet"/>
        <w:spacing w:line="240" w:lineRule="auto"/>
        <w:ind w:left="720"/>
      </w:pPr>
      <w:r/>
      <w:r>
        <w:rPr>
          <w:b/>
        </w:rPr>
        <w:t>Community-led:</w:t>
      </w:r>
      <w:r>
        <w:t xml:space="preserve"> Programming was created with Davey Dausch of Dave’s Lesbian Bar, mixing performance, mutual aid and celebration. </w:t>
      </w:r>
      <w:r/>
    </w:p>
    <w:p>
      <w:pPr>
        <w:pStyle w:val="ListBullet"/>
        <w:spacing w:line="240" w:lineRule="auto"/>
        <w:ind w:left="720"/>
      </w:pPr>
      <w:r/>
      <w:r>
        <w:rPr>
          <w:b/>
        </w:rPr>
        <w:t>Follow for updates:</w:t>
      </w:r>
      <w:r>
        <w:t xml:space="preserve"> The @Gay4Bareburger account is the best way to track pop-ups, guest DJs and special brunch line-ups.</w:t>
      </w:r>
      <w:r/>
      <w:r/>
    </w:p>
    <w:p>
      <w:pPr>
        <w:pStyle w:val="Heading2"/>
      </w:pPr>
      <w:r>
        <w:t>Why Bareburger’s Hell’s Kitchen feels different tonight</w:t>
      </w:r>
      <w:r/>
    </w:p>
    <w:p>
      <w:r/>
      <w:r>
        <w:t>Walk into Bareburger on West 46th and you get more than a burger , you get a scene, a soundtrack and a sense of arrival. The restaurant has reimagined itself as a Pride Diner, with decor and programming that feel loud, warm and deliberately inclusive. It’s the sort of place where the food smells as good as the playlist sounds, and that vibe is part of the draw.</w:t>
      </w:r>
      <w:r/>
    </w:p>
    <w:p>
      <w:r/>
      <w:r>
        <w:t>This season’s push was designed to turn a well-known sustainable burger brand into a nightly destination for queer New Yorkers and visitors. According to the company, the partnership with community organiser Davey Dausch helped shape the calendar and steer events towards connection, performance and mutual aid rather than just a one-off promotion.</w:t>
      </w:r>
      <w:r/>
    </w:p>
    <w:p>
      <w:pPr>
        <w:pStyle w:val="Heading2"/>
      </w:pPr>
      <w:r>
        <w:t>The nights to mark in your diary</w:t>
      </w:r>
      <w:r/>
    </w:p>
    <w:p>
      <w:r/>
      <w:r>
        <w:t>If you’re calendar-conscious, Thursdays are the new must-go: Bears 4 Bareburger brings gogo dancers, rotating DJs and a crowd that tends to stay late. Other weekly anchors include Gayme Night on Tuesdays, Drag Bingo on Wednesdays and Queeraoke on Fridays, so there’s a themed option almost every night of the week.</w:t>
      </w:r>
      <w:r/>
    </w:p>
    <w:p>
      <w:r/>
      <w:r>
        <w:t>For weekend plans, drag brunches on Sunday split into Dyke Brunch and Drag Brunch options, while Saturdays alternate between high-energy SMASH N’ MASH dance parties and Sapphic Saturdays celebrating DJs and art. It’s a mix that keeps things fresh and gives different community groups a night to call their own.</w:t>
      </w:r>
      <w:r/>
    </w:p>
    <w:p>
      <w:pPr>
        <w:pStyle w:val="Heading2"/>
      </w:pPr>
      <w:r>
        <w:t>How the food supports the party</w:t>
      </w:r>
      <w:r/>
    </w:p>
    <w:p>
      <w:r/>
      <w:r>
        <w:t>Bareburger hasn’t traded hospitality for hype , the menu still focuses on sustainably sourced ingredients and comfort-led cooking. Expect the kind of smash burgers you can bite into after a few dances, plus gluten-free and vegetarian options for anyone with dietary needs. The combination of solid, approachable food and lively programming makes it a practical place to meet friends before heading out.</w:t>
      </w:r>
      <w:r/>
    </w:p>
    <w:p>
      <w:r/>
      <w:r>
        <w:t>If you’re planning to bring a group, consider ordering sharable plates and arriving early for brunches, which can fill up fast when DJs or special performers are on the bill.</w:t>
      </w:r>
      <w:r/>
    </w:p>
    <w:p>
      <w:pPr>
        <w:pStyle w:val="Heading2"/>
      </w:pPr>
      <w:r>
        <w:t>Who’s behind the curation and why it matters</w:t>
      </w:r>
      <w:r/>
    </w:p>
    <w:p>
      <w:r/>
      <w:r>
        <w:t>Davey Dausch, known for Dave’s Lesbian Bar and community organising in Astoria, was brought in to program the space. Their approach blends nightlife, performance and mutual aid, which means events aim to be intentionally inclusive rather than just performative. That kind of curation is noticeable: the nights feel planned for real people with varied tastes and needs.</w:t>
      </w:r>
      <w:r/>
    </w:p>
    <w:p>
      <w:r/>
      <w:r>
        <w:t>Bareburger’s CEO emphasises that this partnership is about creating belonging, which is a sensible move for a brand with expansion plans across the Northeast. It’s community-first, and that keeps locals coming back.</w:t>
      </w:r>
      <w:r/>
    </w:p>
    <w:p>
      <w:pPr>
        <w:pStyle w:val="Heading2"/>
      </w:pPr>
      <w:r>
        <w:t>Practical tips for going</w:t>
      </w:r>
      <w:r/>
      <w:r/>
    </w:p>
    <w:p>
      <w:pPr>
        <w:pStyle w:val="ListBullet"/>
        <w:spacing w:line="240" w:lineRule="auto"/>
        <w:ind w:left="720"/>
      </w:pPr>
      <w:r/>
      <w:r>
        <w:t xml:space="preserve">Follow @Gay4Bareburger on Instagram for the latest line-ups and surprise pop-ups. </w:t>
      </w:r>
      <w:r/>
    </w:p>
    <w:p>
      <w:pPr>
        <w:pStyle w:val="ListBullet"/>
        <w:spacing w:line="240" w:lineRule="auto"/>
        <w:ind w:left="720"/>
      </w:pPr>
      <w:r/>
      <w:r>
        <w:t xml:space="preserve">Arrive early for brunch or big DJ nights to secure a table and avoid long waits. </w:t>
      </w:r>
      <w:r/>
    </w:p>
    <w:p>
      <w:pPr>
        <w:pStyle w:val="ListBullet"/>
        <w:spacing w:line="240" w:lineRule="auto"/>
        <w:ind w:left="720"/>
      </w:pPr>
      <w:r/>
      <w:r>
        <w:t xml:space="preserve">Check the menu online if anyone in your group has food allergies or dietary restrictions , there are gluten-free and plant-based options. </w:t>
      </w:r>
      <w:r/>
    </w:p>
    <w:p>
      <w:pPr>
        <w:pStyle w:val="ListBullet"/>
        <w:spacing w:line="240" w:lineRule="auto"/>
        <w:ind w:left="720"/>
      </w:pPr>
      <w:r/>
      <w:r>
        <w:t xml:space="preserve">Bring cash or be ready for cover charges on special nights; themed events can draw door fees. </w:t>
      </w:r>
      <w:r/>
    </w:p>
    <w:p>
      <w:pPr>
        <w:pStyle w:val="ListBullet"/>
        <w:spacing w:line="240" w:lineRule="auto"/>
        <w:ind w:left="720"/>
      </w:pPr>
      <w:r/>
      <w:r>
        <w:t>Dress for fun: these nights reward a bit of sparkle, but everyone’s welcome as they are.</w:t>
      </w:r>
      <w:r/>
      <w:r/>
    </w:p>
    <w:p>
      <w:r/>
      <w:r>
        <w:t>It’s a small change that can make every night out feel a bit more celebratory and a lot more inclusive.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13">
        <w:r>
          <w:rPr>
            <w:color w:val="0000EE"/>
            <w:u w:val="single"/>
          </w:rPr>
          <w:t>[5]</w:t>
        </w:r>
      </w:hyperlink>
      <w:r>
        <w:t xml:space="preserve">, </w:t>
      </w:r>
      <w:hyperlink r:id="rId14">
        <w:r>
          <w:rPr>
            <w:color w:val="0000EE"/>
            <w:u w:val="single"/>
          </w:rPr>
          <w:t>[6]</w:t>
        </w:r>
      </w:hyperlink>
      <w:r>
        <w:t xml:space="preserve">- Paragraph 4: </w:t>
      </w:r>
      <w:hyperlink r:id="rId10">
        <w:r>
          <w:rPr>
            <w:color w:val="0000EE"/>
            <w:u w:val="single"/>
          </w:rPr>
          <w:t>[2]</w:t>
        </w:r>
      </w:hyperlink>
      <w:r>
        <w:t xml:space="preserve">, </w:t>
      </w:r>
      <w:hyperlink r:id="rId11">
        <w:r>
          <w:rPr>
            <w:color w:val="0000EE"/>
            <w:u w:val="single"/>
          </w:rPr>
          <w:t>[3]</w:t>
        </w:r>
      </w:hyperlink>
      <w:r>
        <w:t xml:space="preserve">- Paragraph 5: </w:t>
      </w:r>
      <w:hyperlink r:id="rId12">
        <w:r>
          <w:rPr>
            <w:color w:val="0000EE"/>
            <w:u w:val="single"/>
          </w:rPr>
          <w:t>[4]</w:t>
        </w:r>
      </w:hyperlink>
      <w:r>
        <w:t xml:space="preserve">, </w:t>
      </w:r>
      <w:hyperlink r:id="rId11">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https://bearworldmag.com/bareburger-hells-kitchen-is-gay-for-bears/?utm_source=rss&amp;utm_medium=rss&amp;utm_campaign=bareburger-hells-kitchen-is-gay-for-bears</w:t>
        </w:r>
      </w:hyperlink>
      <w:r>
        <w:t xml:space="preserve"> - Please view link - unable to able to access data</w:t>
      </w:r>
      <w:r/>
    </w:p>
    <w:p>
      <w:pPr>
        <w:pStyle w:val="ListNumber"/>
        <w:spacing w:line="240" w:lineRule="auto"/>
        <w:ind w:left="720"/>
      </w:pPr>
      <w:r/>
      <w:hyperlink r:id="rId10">
        <w:r>
          <w:rPr>
            <w:color w:val="0000EE"/>
            <w:u w:val="single"/>
          </w:rPr>
          <w:t>https://bareburger.com/locations/hells-kitchen/</w:t>
        </w:r>
      </w:hyperlink>
      <w:r>
        <w:t xml:space="preserve"> - Bareburger Hell's Kitchen offers a variety of events, including trivia nights and drag bingo, fostering a vibrant community atmosphere. The restaurant is located at 366 West 46th Street, New York, NY 10036, and operates from Sunday to Thursday, 11:30 AM to 10:00 PM, and Friday to Saturday, 11:30 AM to 12:00 AM. They also provide pick-up and delivery services during these hours. For more details, visit their official website.</w:t>
      </w:r>
      <w:r/>
    </w:p>
    <w:p>
      <w:pPr>
        <w:pStyle w:val="ListNumber"/>
        <w:spacing w:line="240" w:lineRule="auto"/>
        <w:ind w:left="720"/>
      </w:pPr>
      <w:r/>
      <w:hyperlink r:id="rId11">
        <w:r>
          <w:rPr>
            <w:color w:val="0000EE"/>
            <w:u w:val="single"/>
          </w:rPr>
          <w:t>https://gomag.com/event/dyke-drag-brunch-2/</w:t>
        </w:r>
      </w:hyperlink>
      <w:r>
        <w:t xml:space="preserve"> - The Dyke Drag Brunch is a popular event held at Bareburger in Hell's Kitchen, featuring sapphic performances, a diverse brunch menu with meat, veggie, vegan, and gluten-free options, and drink specials. The event is organized by I'm Baby x Kaylita and has been scheduled for various dates, including February 22, 2026. Seating is first-come, first-served, so early arrival is recommended. Tickets can be purchased through the provided link.</w:t>
      </w:r>
      <w:r/>
    </w:p>
    <w:p>
      <w:pPr>
        <w:pStyle w:val="ListNumber"/>
        <w:spacing w:line="240" w:lineRule="auto"/>
        <w:ind w:left="720"/>
      </w:pPr>
      <w:r/>
      <w:hyperlink r:id="rId12">
        <w:r>
          <w:rPr>
            <w:color w:val="0000EE"/>
            <w:u w:val="single"/>
          </w:rPr>
          <w:t>https://givebutter.com/DavesNYE</w:t>
        </w:r>
      </w:hyperlink>
      <w:r>
        <w:t xml:space="preserve"> - Dave's Lesbian Bar hosted a New Year's Eve celebration at Bareburger in Hell's Kitchen on December 31, 2025. The event featured live music by Chanese Elifé, DJ Kwéyólkidz, tattoos by Juju, and tarot readings by Lee Starfield. A portion of the ticket sales was donated to the Astoria Food Pantry. The celebration aimed to provide a vibrant and inclusive space for the LGBTQIA+ community to ring in the new year.</w:t>
      </w:r>
      <w:r/>
    </w:p>
    <w:p>
      <w:pPr>
        <w:pStyle w:val="ListNumber"/>
        <w:spacing w:line="240" w:lineRule="auto"/>
        <w:ind w:left="720"/>
      </w:pPr>
      <w:r/>
      <w:hyperlink r:id="rId13">
        <w:r>
          <w:rPr>
            <w:color w:val="0000EE"/>
            <w:u w:val="single"/>
          </w:rPr>
          <w:t>https://gomag.com/event/dyke-drag-brunch-5/</w:t>
        </w:r>
      </w:hyperlink>
      <w:r>
        <w:t xml:space="preserve"> - The Dyke Drag Brunch, organized by I'm Baby x Kaylita, is a recurring event at Bareburger in Hell's Kitchen. The brunch features sapphic performances, a diverse menu with meat, veggie, vegan, and gluten-free options, and drink specials. The event has been scheduled for various dates, including May 31, 2026. Seating is first-come, first-served, so early arrival is recommended. Tickets can be purchased through the provided link.</w:t>
      </w:r>
      <w:r/>
    </w:p>
    <w:p>
      <w:pPr>
        <w:pStyle w:val="ListNumber"/>
        <w:spacing w:line="240" w:lineRule="auto"/>
        <w:ind w:left="720"/>
      </w:pPr>
      <w:r/>
      <w:hyperlink r:id="rId14">
        <w:r>
          <w:rPr>
            <w:color w:val="0000EE"/>
            <w:u w:val="single"/>
          </w:rPr>
          <w:t>https://gomag.com/event/dyke-drag-brunch-3/</w:t>
        </w:r>
      </w:hyperlink>
      <w:r>
        <w:t xml:space="preserve"> - The Dyke Drag Brunch, organized by I'm Baby x Kaylita, is a recurring event at Bareburger in Hell's Kitchen. The brunch features sapphic performances, a diverse menu with meat, veggie, vegan, and gluten-free options, and drink specials. The event has been scheduled for various dates, including March 8, 2026. Seating is first-come, first-served, so early arrival is recommended. Tickets can be purchased through the provided link.</w:t>
      </w:r>
      <w:r/>
    </w:p>
    <w:p>
      <w:pPr>
        <w:pStyle w:val="ListNumber"/>
        <w:spacing w:line="240" w:lineRule="auto"/>
        <w:ind w:left="720"/>
      </w:pPr>
      <w:r/>
      <w:hyperlink r:id="rId11">
        <w:r>
          <w:rPr>
            <w:color w:val="0000EE"/>
            <w:u w:val="single"/>
          </w:rPr>
          <w:t>https://gomag.com/event/dyke-drag-brunch-2/</w:t>
        </w:r>
      </w:hyperlink>
      <w:r>
        <w:t xml:space="preserve"> - The Dyke Drag Brunch, organized by I'm Baby x Kaylita, is a recurring event at Bareburger in Hell's Kitchen. The brunch features sapphic performances, a diverse menu with meat, veggie, vegan, and gluten-free options, and drink specials. The event has been scheduled for various dates, including February 22, 2026. Seating is first-come, first-served, so early arrival is recommended. Tickets can be purchased through the provided link.</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earworldmag.com/bareburger-hells-kitchen-is-gay-for-bears/?utm_source=rss&amp;utm_medium=rss&amp;utm_campaign=bareburger-hells-kitchen-is-gay-for-bears" TargetMode="External"/><Relationship Id="rId10" Type="http://schemas.openxmlformats.org/officeDocument/2006/relationships/hyperlink" Target="https://bareburger.com/locations/hells-kitchen/" TargetMode="External"/><Relationship Id="rId11" Type="http://schemas.openxmlformats.org/officeDocument/2006/relationships/hyperlink" Target="https://gomag.com/event/dyke-drag-brunch-2/" TargetMode="External"/><Relationship Id="rId12" Type="http://schemas.openxmlformats.org/officeDocument/2006/relationships/hyperlink" Target="https://givebutter.com/DavesNYE" TargetMode="External"/><Relationship Id="rId13" Type="http://schemas.openxmlformats.org/officeDocument/2006/relationships/hyperlink" Target="https://gomag.com/event/dyke-drag-brunch-5/" TargetMode="External"/><Relationship Id="rId14" Type="http://schemas.openxmlformats.org/officeDocument/2006/relationships/hyperlink" Target="https://gomag.com/event/dyke-drag-brunch-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