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Arlington Pride Returns in 2027 — What Changed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civic life will notice Arlington Pride is back on the calendar: organisers confirmed a tentative June 12, 2027 date after last year’s cancellation, saying new local election results and community pressure created space for a renewed, inclusive festival that matters to residents and families.</w:t>
      </w:r>
      <w:r/>
    </w:p>
    <w:p>
      <w:r/>
      <w:r>
        <w:t>Essential Takeaways</w:t>
      </w:r>
      <w:r/>
      <w:r/>
    </w:p>
    <w:p>
      <w:pPr>
        <w:pStyle w:val="ListBullet"/>
        <w:spacing w:line="240" w:lineRule="auto"/>
        <w:ind w:left="720"/>
      </w:pPr>
      <w:r/>
      <w:r>
        <w:rPr>
          <w:b/>
        </w:rPr>
        <w:t>Event comeback:</w:t>
      </w:r>
      <w:r>
        <w:t xml:space="preserve"> Arlington Pride organisers announced plans to hold the festival on June 12, 2027, after cancelling the 2026 event.</w:t>
      </w:r>
      <w:r/>
    </w:p>
    <w:p>
      <w:pPr>
        <w:pStyle w:val="ListBullet"/>
        <w:spacing w:line="240" w:lineRule="auto"/>
        <w:ind w:left="720"/>
      </w:pPr>
      <w:r/>
      <w:r>
        <w:rPr>
          <w:b/>
        </w:rPr>
        <w:t>Elections mattered:</w:t>
      </w:r>
      <w:r>
        <w:t xml:space="preserve"> Organisers credited recent local election outcomes for creating a political environment favouring inclusive city policies.</w:t>
      </w:r>
      <w:r/>
    </w:p>
    <w:p>
      <w:pPr>
        <w:pStyle w:val="ListBullet"/>
        <w:spacing w:line="240" w:lineRule="auto"/>
        <w:ind w:left="720"/>
      </w:pPr>
      <w:r/>
      <w:r>
        <w:rPr>
          <w:b/>
        </w:rPr>
        <w:t>Policy fight background:</w:t>
      </w:r>
      <w:r>
        <w:t xml:space="preserve"> The 2026 pause followed a City Council decision to keep sexual orientation and gender identity language suspended, amid warnings about losing federal funds.</w:t>
      </w:r>
      <w:r/>
    </w:p>
    <w:p>
      <w:pPr>
        <w:pStyle w:val="ListBullet"/>
        <w:spacing w:line="240" w:lineRule="auto"/>
        <w:ind w:left="720"/>
      </w:pPr>
      <w:r/>
      <w:r>
        <w:rPr>
          <w:b/>
        </w:rPr>
        <w:t>Community tensions:</w:t>
      </w:r>
      <w:r>
        <w:t xml:space="preserve"> Past events drew criticism from conservative groups over content for minors, making the return politically and culturally significant.</w:t>
      </w:r>
      <w:r/>
    </w:p>
    <w:p>
      <w:pPr>
        <w:pStyle w:val="ListBullet"/>
        <w:spacing w:line="240" w:lineRule="auto"/>
        <w:ind w:left="720"/>
      </w:pPr>
      <w:r/>
      <w:r>
        <w:rPr>
          <w:b/>
        </w:rPr>
        <w:t>Practical note:</w:t>
      </w:r>
      <w:r>
        <w:t xml:space="preserve"> Organisers and local leaders say they’re planning with inclusivity and safety in mind; details and programming are expected closer to the date.</w:t>
      </w:r>
      <w:r/>
      <w:r/>
    </w:p>
    <w:p>
      <w:pPr>
        <w:pStyle w:val="Heading2"/>
      </w:pPr>
      <w:r>
        <w:t>What happened , the festival that took a year off</w:t>
      </w:r>
      <w:r/>
    </w:p>
    <w:p>
      <w:r/>
      <w:r>
        <w:t>Arlington Pride was shelved for 2026 after a contentious local policy fight that left organisers uncertain about holding a large public festival, and residents felt the silence. According to coverage, the HELP Center for LGBTQ+ Health and Pride organisers announced plans to return on 12 June 2027, posting an emphatic “We. Are. Back.” that resonated across social feeds. The mood around that message was part relief, part cautious optimism , people who’d missed the event talked about the familiar buzz and colourful atmosphere they hoped to see again.</w:t>
      </w:r>
      <w:r/>
    </w:p>
    <w:p>
      <w:pPr>
        <w:pStyle w:val="Heading2"/>
      </w:pPr>
      <w:r>
        <w:t>Why local elections made a difference</w:t>
      </w:r>
      <w:r/>
    </w:p>
    <w:p>
      <w:r/>
      <w:r>
        <w:t>Organisers have pointed to recent municipal election results as the turning point, saying voters chose candidates who supported “welcoming and inclusive” city policies. Local reporting shows that those wins gave community advocates breathing room and a reason to restart planning. It’s an imperfect but clear reminder that municipal politics shape public culture; when voters toss their weight behind inclusive rhetoric, events like Pride often follow more smoothly.</w:t>
      </w:r>
      <w:r/>
    </w:p>
    <w:p>
      <w:pPr>
        <w:pStyle w:val="Heading2"/>
      </w:pPr>
      <w:r>
        <w:t>The ordinance fight that triggered the cancellation</w:t>
      </w:r>
      <w:r/>
    </w:p>
    <w:p>
      <w:r/>
      <w:r>
        <w:t>The 2026 cancellation didn’t come from nowhere. City Council debates earlier had led to the decision to keep certain sexual orientation and gender identity language suspended, amid warnings that reinstating the wording might threaten more than $60 million in federal funding for roads, parks and public safety. That financial argument, reported in local outlets, created a policy impasse and made city officials and organisers wary of moving forward with a high-profile celebration in 2026.</w:t>
      </w:r>
      <w:r/>
    </w:p>
    <w:p>
      <w:pPr>
        <w:pStyle w:val="Heading2"/>
      </w:pPr>
      <w:r>
        <w:t>The cultural flashpoints , what critics and supporters argued</w:t>
      </w:r>
      <w:r/>
    </w:p>
    <w:p>
      <w:r/>
      <w:r>
        <w:t>Past Arlington Pride gatherings drew criticism from conservative groups that said some performances were inappropriate for minors. Videos shared online by opponents sparked national attention and intensified the debate about what belongs at family-friendly public events. Supporters argued the festival is crucial visibility and community-building for LGBTQ+ residents. Expect organisers for 2027 to be mindful of programming choices, messaging and parental guidance as they try to balance celebration with broader community concerns.</w:t>
      </w:r>
      <w:r/>
    </w:p>
    <w:p>
      <w:pPr>
        <w:pStyle w:val="Heading2"/>
      </w:pPr>
      <w:r>
        <w:t>What to watch for before you go</w:t>
      </w:r>
      <w:r/>
    </w:p>
    <w:p>
      <w:r/>
      <w:r>
        <w:t>Organisers and local leaders have signalled a desire to make the comeback both safe and celebratory; specifics on performers, family zones or age-restricted areas will likely emerge as planning progresses. If you’re thinking of attending, keep an eye on official channels for updates on schedules, safety plans and community guidelines. For families, a quick tip is to check programming notes in advance so you can choose the parts of Pride that best suit your group.</w:t>
      </w:r>
      <w:r/>
    </w:p>
    <w:p>
      <w:r/>
      <w:r>
        <w:t>It's a small change that can make every celebration feel safer and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[7]</w:t>
        </w:r>
      </w:hyperlink>
      <w:r>
        <w:t xml:space="preserve">, </w:t>
      </w:r>
      <w:hyperlink r:id="rId10">
        <w:r>
          <w:rPr>
            <w:color w:val="0000EE"/>
            <w:u w:val="single"/>
          </w:rPr>
          <w:t>[2]</w:t>
        </w:r>
      </w:hyperlink>
      <w:r>
        <w:t xml:space="preserve">- Paragraph 3: </w:t>
      </w:r>
      <w:hyperlink r:id="rId13">
        <w:r>
          <w:rPr>
            <w:color w:val="0000EE"/>
            <w:u w:val="single"/>
          </w:rPr>
          <w:t>[4]</w:t>
        </w:r>
      </w:hyperlink>
      <w:r>
        <w:t xml:space="preserve">, </w:t>
      </w:r>
      <w:hyperlink r:id="rId14">
        <w:r>
          <w:rPr>
            <w:color w:val="0000EE"/>
            <w:u w:val="single"/>
          </w:rPr>
          <w:t>[5]</w:t>
        </w:r>
      </w:hyperlink>
      <w:r>
        <w:t xml:space="preserve">- Paragraph 4: </w:t>
      </w:r>
      <w:hyperlink r:id="rId15">
        <w:r>
          <w:rPr>
            <w:color w:val="0000EE"/>
            <w:u w:val="single"/>
          </w:rPr>
          <w:t>[6]</w:t>
        </w:r>
      </w:hyperlink>
      <w:r>
        <w:t xml:space="preserve">, </w:t>
      </w:r>
      <w:hyperlink r:id="rId13">
        <w:r>
          <w:rPr>
            <w:color w:val="0000EE"/>
            <w:u w:val="single"/>
          </w:rPr>
          <w:t>[4]</w:t>
        </w:r>
      </w:hyperlink>
      <w:r>
        <w:t xml:space="preserve">- Paragraph 5: </w:t>
      </w:r>
      <w:hyperlink r:id="rId11">
        <w:r>
          <w:rPr>
            <w:color w:val="0000EE"/>
            <w:u w:val="single"/>
          </w:rPr>
          <w:t>[3]</w:t>
        </w:r>
      </w:hyperlink>
      <w:r>
        <w:t xml:space="preserve">, </w:t>
      </w:r>
      <w:hyperlink r:id="rId12">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https://www.wbap.com/2026/07/07/arlington-pride-to-return-after-ordinance-fight-prior-all-ages-backlash/</w:t>
        </w:r>
      </w:hyperlink>
      <w:r>
        <w:t xml:space="preserve"> - Please view link - unable to able to access data</w:t>
      </w:r>
      <w:r/>
    </w:p>
    <w:p>
      <w:pPr>
        <w:pStyle w:val="ListNumber"/>
        <w:spacing w:line="240" w:lineRule="auto"/>
        <w:ind w:left="720"/>
      </w:pPr>
      <w:r/>
      <w:hyperlink r:id="rId10">
        <w:r>
          <w:rPr>
            <w:color w:val="0000EE"/>
            <w:u w:val="single"/>
          </w:rPr>
          <w:t>https://www.cbsnews.com/texas/news/arlington-pride-texas-returns-2027-6-30-2026/</w:t>
        </w:r>
      </w:hyperlink>
      <w:r>
        <w:t xml:space="preserve"> - The HELP Center for LGBTQ+ Health announced that Arlington Pride will return on June 12, 2027, after being cancelled in 2026 due to a controversial city council vote on changes to the city's anti-discrimination ordinance. The decision follows recent local election results that demonstrated strong community support for leaders committed to building a welcoming and inclusive Arlington. Mayor Jim Ross expressed excitement about the event's return, emphasising the importance of community unity and inclusivity. (</w:t>
      </w:r>
      <w:hyperlink r:id="rId16">
        <w:r>
          <w:rPr>
            <w:color w:val="0000EE"/>
            <w:u w:val="single"/>
          </w:rPr>
          <w:t>cbsnews.com</w:t>
        </w:r>
      </w:hyperlink>
      <w:r>
        <w:t>)</w:t>
      </w:r>
      <w:r/>
    </w:p>
    <w:p>
      <w:pPr>
        <w:pStyle w:val="ListNumber"/>
        <w:spacing w:line="240" w:lineRule="auto"/>
        <w:ind w:left="720"/>
      </w:pPr>
      <w:r/>
      <w:hyperlink r:id="rId11">
        <w:r>
          <w:rPr>
            <w:color w:val="0000EE"/>
            <w:u w:val="single"/>
          </w:rPr>
          <w:t>https://www.keranews.org/news/2026-06-30/arlington-pride-will-return-in-2027-organizers-say</w:t>
        </w:r>
      </w:hyperlink>
      <w:r>
        <w:t xml:space="preserve"> - Organisers of Arlington Pride announced the event's return in 2027 after a year-long hiatus. The decision was influenced by recent local election outcomes, which showed public support for leaders who value inclusivity. Discussions with city leaders indicated a willingness to engage in conversations about reinstating LGBTQ+ protections previously removed. The event is scheduled for June 12, 2027, at the Levitt Pavilion, where it was previously held for two years before the 2026 cancellation. (</w:t>
      </w:r>
      <w:hyperlink r:id="rId17">
        <w:r>
          <w:rPr>
            <w:color w:val="0000EE"/>
            <w:u w:val="single"/>
          </w:rPr>
          <w:t>keranews.org</w:t>
        </w:r>
      </w:hyperlink>
      <w:r>
        <w:t>)</w:t>
      </w:r>
      <w:r/>
    </w:p>
    <w:p>
      <w:pPr>
        <w:pStyle w:val="ListNumber"/>
        <w:spacing w:line="240" w:lineRule="auto"/>
        <w:ind w:left="720"/>
      </w:pPr>
      <w:r/>
      <w:hyperlink r:id="rId13">
        <w:r>
          <w:rPr>
            <w:color w:val="0000EE"/>
            <w:u w:val="single"/>
          </w:rPr>
          <w:t>https://www.chron.com/culture/article/arlington-pride-canceled-2026-21239612.php</w:t>
        </w:r>
      </w:hyperlink>
      <w:r>
        <w:t xml:space="preserve"> - Arlington Pride 2026 was cancelled after the City of Arlington declined to reinstate an LGBTQ+ anti-discrimination ordinance. The HELP Center for LGBTQ+ Health, which sponsors the event, stated that without local anti-discrimination safeguards, they could not guarantee the safety and inclusivity of the event for attendees, performers, or partners. Mayor Jim Ross expressed disappointment over the suspension and indicated that city leaders would discuss options for reinstating LGBTQ+ protections. (</w:t>
      </w:r>
      <w:hyperlink r:id="rId18">
        <w:r>
          <w:rPr>
            <w:color w:val="0000EE"/>
            <w:u w:val="single"/>
          </w:rPr>
          <w:t>chron.com</w:t>
        </w:r>
      </w:hyperlink>
      <w:r>
        <w:t>)</w:t>
      </w:r>
      <w:r/>
    </w:p>
    <w:p>
      <w:pPr>
        <w:pStyle w:val="ListNumber"/>
        <w:spacing w:line="240" w:lineRule="auto"/>
        <w:ind w:left="720"/>
      </w:pPr>
      <w:r/>
      <w:hyperlink r:id="rId14">
        <w:r>
          <w:rPr>
            <w:color w:val="0000EE"/>
            <w:u w:val="single"/>
          </w:rPr>
          <w:t>https://www.keranews.org/news/2025-12-12/arlington-pride-2026-suspended-after-anti-discrimination-ordinance-voted-down</w:t>
        </w:r>
      </w:hyperlink>
      <w:r>
        <w:t xml:space="preserve"> - Arlington Pride 2026 was suspended after the City Council voted not to reinstate anti-discrimination policies that provided local protections for LGBTQ+ people. DeeJay Johannessen, CEO of the HELP Center for LGBTQ+ Health, stated that without local anti-discrimination safeguards, they could not guarantee the values of safety, celebration, and community for attendees, performers, or partners. Mayor Jim Ross expressed disappointment over the event's suspension and indicated that city leaders would discuss options for reinstating LGBTQ+ protections. (</w:t>
      </w:r>
      <w:hyperlink r:id="rId19">
        <w:r>
          <w:rPr>
            <w:color w:val="0000EE"/>
            <w:u w:val="single"/>
          </w:rPr>
          <w:t>keranews.org</w:t>
        </w:r>
      </w:hyperlink>
      <w:r>
        <w:t>)</w:t>
      </w:r>
      <w:r/>
    </w:p>
    <w:p>
      <w:pPr>
        <w:pStyle w:val="ListNumber"/>
        <w:spacing w:line="240" w:lineRule="auto"/>
        <w:ind w:left="720"/>
      </w:pPr>
      <w:r/>
      <w:hyperlink r:id="rId15">
        <w:r>
          <w:rPr>
            <w:color w:val="0000EE"/>
            <w:u w:val="single"/>
          </w:rPr>
          <w:t>https://www.cbsnews.com/texas/news/arlington-pride-suspends-event-after-anti-discrimination-ordinance-change/?intcid=CNR-01-0623</w:t>
        </w:r>
      </w:hyperlink>
      <w:r>
        <w:t xml:space="preserve"> - The Arlington City Council approved a revised anti-discrimination ordinance that critics argue strips away meaningful protections for marginalized groups. The council passed the measure in a 7–2 vote. A key section of the updated language states that the city administrator 'will not conduct investigations into complaints, provide legal advice, advocate for the complainant, take sides in the dispute, or tell the complainant what to do.' Critics, including Janet Mattern, president of the Tarrant County League of Women Voters, warned that the changes undermine protections for vulnerable communities. (</w:t>
      </w:r>
      <w:hyperlink r:id="rId20">
        <w:r>
          <w:rPr>
            <w:color w:val="0000EE"/>
            <w:u w:val="single"/>
          </w:rPr>
          <w:t>cbsnews.com</w:t>
        </w:r>
      </w:hyperlink>
      <w:r>
        <w:t>)</w:t>
      </w:r>
      <w:r/>
    </w:p>
    <w:p>
      <w:pPr>
        <w:pStyle w:val="ListNumber"/>
        <w:spacing w:line="240" w:lineRule="auto"/>
        <w:ind w:left="720"/>
      </w:pPr>
      <w:r/>
      <w:hyperlink r:id="rId12">
        <w:r>
          <w:rPr>
            <w:color w:val="0000EE"/>
            <w:u w:val="single"/>
          </w:rPr>
          <w:t>https://dallasvoice.com/arlington-pride-to-return-in-2027-after-community-voted-in-leaders-who-valued-inclusivity/</w:t>
        </w:r>
      </w:hyperlink>
      <w:r>
        <w:t xml:space="preserve"> - Arlington Pride will return to the Levitt Pavilion on June 12, 2027, following a series of local election results that demonstrated community support for leaders committed to building an inclusive Arlington. Throughout the May and June 2026 elections, Arlington voters elected candidates who emphasised unity, respect, and ensuring every resident feels valued. Earlier this year, the Arlington Pride committee cancelled the event for 2026 in response to the city repeal of its nondiscrimination ordinance. After the vote, Pride organiser and HELP Center President and CEO DeeJay Johannessen declared the event should not happen for fear of people’s safety. (</w:t>
      </w:r>
      <w:hyperlink r:id="rId21">
        <w:r>
          <w:rPr>
            <w:color w:val="0000EE"/>
            <w:u w:val="single"/>
          </w:rPr>
          <w:t>dallasvoice.com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bap.com/2026/07/07/arlington-pride-to-return-after-ordinance-fight-prior-all-ages-backlash/" TargetMode="External"/><Relationship Id="rId10" Type="http://schemas.openxmlformats.org/officeDocument/2006/relationships/hyperlink" Target="https://www.cbsnews.com/texas/news/arlington-pride-texas-returns-2027-6-30-2026/" TargetMode="External"/><Relationship Id="rId11" Type="http://schemas.openxmlformats.org/officeDocument/2006/relationships/hyperlink" Target="https://www.keranews.org/news/2026-06-30/arlington-pride-will-return-in-2027-organizers-say" TargetMode="External"/><Relationship Id="rId12" Type="http://schemas.openxmlformats.org/officeDocument/2006/relationships/hyperlink" Target="https://dallasvoice.com/arlington-pride-to-return-in-2027-after-community-voted-in-leaders-who-valued-inclusivity/" TargetMode="External"/><Relationship Id="rId13" Type="http://schemas.openxmlformats.org/officeDocument/2006/relationships/hyperlink" Target="https://www.chron.com/culture/article/arlington-pride-canceled-2026-21239612.php" TargetMode="External"/><Relationship Id="rId14" Type="http://schemas.openxmlformats.org/officeDocument/2006/relationships/hyperlink" Target="https://www.keranews.org/news/2025-12-12/arlington-pride-2026-suspended-after-anti-discrimination-ordinance-voted-down" TargetMode="External"/><Relationship Id="rId15" Type="http://schemas.openxmlformats.org/officeDocument/2006/relationships/hyperlink" Target="https://www.cbsnews.com/texas/news/arlington-pride-suspends-event-after-anti-discrimination-ordinance-change/?intcid=CNR-01-0623" TargetMode="External"/><Relationship Id="rId16" Type="http://schemas.openxmlformats.org/officeDocument/2006/relationships/hyperlink" Target="https://www.cbsnews.com/texas/news/arlington-pride-texas-returns-2027-6-30-2026/?utm_source=openai" TargetMode="External"/><Relationship Id="rId17" Type="http://schemas.openxmlformats.org/officeDocument/2006/relationships/hyperlink" Target="https://www.keranews.org/news/2026-06-30/arlington-pride-will-return-in-2027-organizers-say?utm_source=openai" TargetMode="External"/><Relationship Id="rId18" Type="http://schemas.openxmlformats.org/officeDocument/2006/relationships/hyperlink" Target="https://www.chron.com/culture/article/arlington-pride-canceled-2026-21239612.php?utm_source=openai" TargetMode="External"/><Relationship Id="rId19" Type="http://schemas.openxmlformats.org/officeDocument/2006/relationships/hyperlink" Target="https://www.keranews.org/news/2025-12-12/arlington-pride-2026-suspended-after-anti-discrimination-ordinance-voted-down?utm_source=openai" TargetMode="External"/><Relationship Id="rId20" Type="http://schemas.openxmlformats.org/officeDocument/2006/relationships/hyperlink" Target="https://www.cbsnews.com/texas/news/arlington-pride-suspends-event-after-anti-discrimination-ordinance-change/?intcid=CNR-01-0623&amp;utm_source=openai" TargetMode="External"/><Relationship Id="rId21" Type="http://schemas.openxmlformats.org/officeDocument/2006/relationships/hyperlink" Target="https://dallasvoice.com/arlington-pride-to-return-in-2027-after-community-voted-in-leaders-who-valued-inclusivity/?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