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Actors Who Are Gay or Bisexual but Played Straight Roles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Spotlighting familiar faces: viewers are often surprised to learn that many well-known actors who built careers playing straight characters are gay or bisexual, and it matters for visibility, casting and representation across film and TV. Here’s a lively look at notable names, why their careers resonate, and what it means for audiences and industry change.</w:t>
      </w:r>
      <w:r/>
    </w:p>
    <w:p>
      <w:r/>
      <w:r>
        <w:t>Essential Takeaways</w:t>
      </w:r>
      <w:r/>
      <w:r/>
    </w:p>
    <w:p>
      <w:pPr>
        <w:pStyle w:val="ListBullet"/>
        <w:spacing w:line="240" w:lineRule="auto"/>
        <w:ind w:left="720"/>
      </w:pPr>
      <w:r/>
      <w:r>
        <w:rPr>
          <w:b/>
        </w:rPr>
        <w:t>High-profile examples:</w:t>
      </w:r>
      <w:r>
        <w:t xml:space="preserve"> Many celebrated actors , from Neil Patrick Harris to Jodie Foster , have played iconic straight roles while being openly gay or bisexual off-screen.</w:t>
      </w:r>
      <w:r/>
    </w:p>
    <w:p>
      <w:pPr>
        <w:pStyle w:val="ListBullet"/>
        <w:spacing w:line="240" w:lineRule="auto"/>
        <w:ind w:left="720"/>
      </w:pPr>
      <w:r/>
      <w:r>
        <w:rPr>
          <w:b/>
        </w:rPr>
        <w:t>Versatility matters:</w:t>
      </w:r>
      <w:r>
        <w:t xml:space="preserve"> Casting queer actors in straight parts shows range and can help normalise LGBTQ+ performers in leading roles.</w:t>
      </w:r>
      <w:r/>
    </w:p>
    <w:p>
      <w:pPr>
        <w:pStyle w:val="ListBullet"/>
        <w:spacing w:line="240" w:lineRule="auto"/>
        <w:ind w:left="720"/>
      </w:pPr>
      <w:r/>
      <w:r>
        <w:rPr>
          <w:b/>
        </w:rPr>
        <w:t>Visibility impact:</w:t>
      </w:r>
      <w:r>
        <w:t xml:space="preserve"> When out actors play diverse characters, it can give viewers subtle representation and role models in unexpected places.</w:t>
      </w:r>
      <w:r/>
    </w:p>
    <w:p>
      <w:pPr>
        <w:pStyle w:val="ListBullet"/>
        <w:spacing w:line="240" w:lineRule="auto"/>
        <w:ind w:left="720"/>
      </w:pPr>
      <w:r/>
      <w:r>
        <w:rPr>
          <w:b/>
        </w:rPr>
        <w:t>Industry debate:</w:t>
      </w:r>
      <w:r>
        <w:t xml:space="preserve"> The practice feeds a wider conversation about whether queer roles should go to queer actors and how to expand opportunities fairly.</w:t>
      </w:r>
      <w:r/>
    </w:p>
    <w:p>
      <w:pPr>
        <w:pStyle w:val="ListBullet"/>
        <w:spacing w:line="240" w:lineRule="auto"/>
        <w:ind w:left="720"/>
      </w:pPr>
      <w:r/>
      <w:r>
        <w:rPr>
          <w:b/>
        </w:rPr>
        <w:t>Practical note:</w:t>
      </w:r>
      <w:r>
        <w:t xml:space="preserve"> If representation is your priority, look at recent projects and casting announcements , trends are shifting but unevenly.</w:t>
      </w:r>
      <w:r/>
      <w:r/>
    </w:p>
    <w:p>
      <w:pPr>
        <w:pStyle w:val="Heading2"/>
      </w:pPr>
      <w:r>
        <w:t>Why this list still surprises audiences</w:t>
      </w:r>
      <w:r/>
    </w:p>
    <w:p>
      <w:r/>
      <w:r>
        <w:t>You’ll do a double take when you realise some of your favourite on-screen lovers and straight-laced characters were played by out gay or bisexual actors. There’s a pleasant, human surprise in finding out the person behind a familiar role lives differently from the character they portrayed. That gap can feel reassuring , talent isn’t boxed by personal life , and it quietly chips away at stereotypes.</w:t>
      </w:r>
      <w:r/>
    </w:p>
    <w:p>
      <w:r/>
      <w:r>
        <w:t>The recent round-ups remind us that being out hasn’t stopped many performers from landing major, straight-focused roles. Industry discussions often frame this as good news for acting range, though critics say it doesn’t excuse a lack of casting for queer-specific stories. For audiences, it’s a cue to look past labels and judge performances on their merits.</w:t>
      </w:r>
      <w:r/>
    </w:p>
    <w:p>
      <w:pPr>
        <w:pStyle w:val="Heading2"/>
      </w:pPr>
      <w:r>
        <w:t>Talent and range: why casting queer actors in straight roles happens</w:t>
      </w:r>
      <w:r/>
    </w:p>
    <w:p>
      <w:r/>
      <w:r>
        <w:t>Directors and casting teams usually prioritise chemistry, skill and box-office draw, so an actor’s sexuality rarely factors into most casting decisions , especially when an actor has already proven they can carry a big role. Actors such as Jim Parsons and Neil Patrick Harris became household names playing straight characters on long-running sitcoms, and their careers didn’t stall when they were open about their sexuality.</w:t>
      </w:r>
      <w:r/>
    </w:p>
    <w:p>
      <w:r/>
      <w:r>
        <w:t>That trend is part practical, part structural: studios want bankable names and safe bets for big productions. But it also shows that queer actors can and do portray a spectrum of characters, which should, in theory, broaden acceptance in and out of the industry.</w:t>
      </w:r>
      <w:r/>
    </w:p>
    <w:p>
      <w:pPr>
        <w:pStyle w:val="Heading2"/>
      </w:pPr>
      <w:r>
        <w:t>The argument for same-identity casting , and where nuance is needed</w:t>
      </w:r>
      <w:r/>
    </w:p>
    <w:p>
      <w:r/>
      <w:r>
        <w:t>There’s a strong case that queer roles should sometimes be prioritised for queer actors, especially when lived experience adds authenticity to stories about identity, trauma or community. Advocacy groups and many performers argue this helps redress historical exclusion and gives authentic opportunities to those who’ve been sidelined.</w:t>
      </w:r>
      <w:r/>
    </w:p>
    <w:p>
      <w:r/>
      <w:r>
        <w:t>At the same time, acting is about empathy and transformation. Out actors playing straight parts emphasise that performers can convincingly inhabit lives unlike their own. The important middle ground is to expand casting overall: more queer actors in all kinds of parts, plus more queer-written stories where lived experience can shine.</w:t>
      </w:r>
      <w:r/>
    </w:p>
    <w:p>
      <w:pPr>
        <w:pStyle w:val="Heading2"/>
      </w:pPr>
      <w:r>
        <w:t>Spotlight on a few familiar names and what they show us</w:t>
      </w:r>
      <w:r/>
    </w:p>
    <w:p>
      <w:r/>
      <w:r>
        <w:t>Some performers are textbook examples of how public life and on-screen roles diverge. Neil Patrick Harris turned a gleeful serial dater into one of TV’s most memorable characters, while Jim Parsons anchored a cultural phenomenon as Sheldon Cooper. Then you’ve got actors like Jodie Foster and Sarah Paulson who’ve taken on straight characters across decades and continue to be respected for the breadth of their work.</w:t>
      </w:r>
      <w:r/>
    </w:p>
    <w:p>
      <w:r/>
      <w:r>
        <w:t>Their careers highlight an encouraging point: being out hasn’t boxed them in. Instead, it’s allowed them to choose roles and advocate publicly, helping younger actors feel less alone. For viewers who want representation, it’s worth following which projects queer actors pick next , those choices often shape the next wave of visibility.</w:t>
      </w:r>
      <w:r/>
    </w:p>
    <w:p>
      <w:pPr>
        <w:pStyle w:val="Heading2"/>
      </w:pPr>
      <w:r>
        <w:t>How audiences can support better representation today</w:t>
      </w:r>
      <w:r/>
    </w:p>
    <w:p>
      <w:r/>
      <w:r>
        <w:t>If representation matters to you, be intentional with viewing and buying power. Seek out films and series that hire queer creatives both on-screen and behind the camera. Read interviews and industry pieces to see which productions prioritise inclusive casting. And when a queer actor plays a straight role brilliantly, celebrate the performance while also holding the industry to a higher standard for queer-led stories.</w:t>
      </w:r>
      <w:r/>
    </w:p>
    <w:p>
      <w:r/>
      <w:r>
        <w:t>Streaming services and independent cinema are increasingly hosting diverse projects, so there’s more choice than ever. Small actions , sharing a review, recommending a show, or supporting queer directors , add up.</w:t>
      </w:r>
      <w:r/>
    </w:p>
    <w:p>
      <w:r/>
      <w:r>
        <w:t>It's a small change that can make representation richer and more inclusive for everyone.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4">
        <w:r>
          <w:rPr>
            <w:color w:val="0000EE"/>
            <w:u w:val="single"/>
          </w:rPr>
          <w:t>[6]</w:t>
        </w:r>
      </w:hyperlink>
      <w:r>
        <w:t xml:space="preserve">, </w:t>
      </w:r>
      <w:hyperlink r:id="rId15">
        <w:r>
          <w:rPr>
            <w:color w:val="0000EE"/>
            <w:u w:val="single"/>
          </w:rPr>
          <w:t>[7]</w:t>
        </w:r>
      </w:hyperlink>
      <w:r>
        <w:t xml:space="preserve">- Paragraph 4: </w:t>
      </w:r>
      <w:hyperlink r:id="rId10">
        <w:r>
          <w:rPr>
            <w:color w:val="0000EE"/>
            <w:u w:val="single"/>
          </w:rPr>
          <w:t>[2]</w:t>
        </w:r>
      </w:hyperlink>
      <w:r>
        <w:t xml:space="preserve">, </w:t>
      </w:r>
      <w:hyperlink r:id="rId11">
        <w:r>
          <w:rPr>
            <w:color w:val="0000EE"/>
            <w:u w:val="single"/>
          </w:rPr>
          <w:t>[3]</w:t>
        </w:r>
      </w:hyperlink>
      <w:r>
        <w:t xml:space="preserve">- Paragraph 5: </w:t>
      </w:r>
      <w:hyperlink r:id="rId12">
        <w:r>
          <w:rPr>
            <w:color w:val="0000EE"/>
            <w:u w:val="single"/>
          </w:rPr>
          <w:t>[4]</w:t>
        </w:r>
      </w:hyperlink>
      <w:r>
        <w:t xml:space="preserve">, </w:t>
      </w:r>
      <w:hyperlink r:id="rId13">
        <w:r>
          <w:rPr>
            <w:color w:val="0000EE"/>
            <w:u w:val="single"/>
          </w:rPr>
          <w:t>[5]</w:t>
        </w:r>
      </w:hyperlink>
      <w:r>
        <w:t xml:space="preserve">- Paragraph 6: </w:t>
      </w:r>
      <w:hyperlink r:id="rId14">
        <w:r>
          <w:rPr>
            <w:color w:val="0000EE"/>
            <w:u w:val="single"/>
          </w:rPr>
          <w:t>[6]</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https://www.thepinknews.com/2026/07/07/20-gay-or-bisexual-actors-who-played-straight-characters/</w:t>
        </w:r>
      </w:hyperlink>
      <w:r>
        <w:t xml:space="preserve"> - Please view link - unable to able to access data</w:t>
      </w:r>
      <w:r/>
    </w:p>
    <w:p>
      <w:pPr>
        <w:pStyle w:val="ListNumber"/>
        <w:spacing w:line="240" w:lineRule="auto"/>
        <w:ind w:left="720"/>
      </w:pPr>
      <w:r/>
      <w:hyperlink r:id="rId10">
        <w:r>
          <w:rPr>
            <w:color w:val="0000EE"/>
            <w:u w:val="single"/>
          </w:rPr>
          <w:t>https://www.gamespot.com/videos/american-horror-story-the-best-of-denis-ohare/2300-6453774/</w:t>
        </w:r>
      </w:hyperlink>
      <w:r>
        <w:t xml:space="preserve"> - This article highlights Denis O'Hare's significant roles in 'American Horror Story,' including his portrayals of Larry Harvey, Spalding, Stanley, and Liz Taylor. It discusses his contributions to the series and his critical acclaim for these performances.</w:t>
      </w:r>
      <w:r/>
    </w:p>
    <w:p>
      <w:pPr>
        <w:pStyle w:val="ListNumber"/>
        <w:spacing w:line="240" w:lineRule="auto"/>
        <w:ind w:left="720"/>
      </w:pPr>
      <w:r/>
      <w:hyperlink r:id="rId11">
        <w:r>
          <w:rPr>
            <w:color w:val="0000EE"/>
            <w:u w:val="single"/>
          </w:rPr>
          <w:t>https://www.kdramastars.com/articles/51060/20141107/american-horror-story-cast-denis-ohare-talks-character-being-gay.htm</w:t>
        </w:r>
      </w:hyperlink>
      <w:r>
        <w:t xml:space="preserve"> - Denis O'Hare discusses his character Stanley's homosexuality in the 1950s setting of 'American Horror Story: Freak Show.' He reflects on the challenges and significance of portraying a gay character during that era.</w:t>
      </w:r>
      <w:r/>
    </w:p>
    <w:p>
      <w:pPr>
        <w:pStyle w:val="ListNumber"/>
        <w:spacing w:line="240" w:lineRule="auto"/>
        <w:ind w:left="720"/>
      </w:pPr>
      <w:r/>
      <w:hyperlink r:id="rId12">
        <w:r>
          <w:rPr>
            <w:color w:val="0000EE"/>
            <w:u w:val="single"/>
          </w:rPr>
          <w:t>https://americanhorrorstory.fandom.com/wiki/Denis_O%27Hare</w:t>
        </w:r>
      </w:hyperlink>
      <w:r>
        <w:t xml:space="preserve"> - This fan wiki page provides an overview of Denis O'Hare's roles in 'American Horror Story,' detailing his portrayals of Larry Harvey, Spalding, Stanley, Liz Taylor, and Dr. Elias Cunningham across various seasons.</w:t>
      </w:r>
      <w:r/>
    </w:p>
    <w:p>
      <w:pPr>
        <w:pStyle w:val="ListNumber"/>
        <w:spacing w:line="240" w:lineRule="auto"/>
        <w:ind w:left="720"/>
      </w:pPr>
      <w:r/>
      <w:hyperlink r:id="rId13">
        <w:r>
          <w:rPr>
            <w:color w:val="0000EE"/>
            <w:u w:val="single"/>
          </w:rPr>
          <w:t>https://www.tvsa.co.za/actors/viewactor.aspx?actorid=12067</w:t>
        </w:r>
      </w:hyperlink>
      <w:r>
        <w:t xml:space="preserve"> - This profile of Denis O'Hare highlights his versatility as an actor, noting his roles in 'True Blood' and 'American Horror Story,' and his appearances in films like 'The Eagle.'</w:t>
      </w:r>
      <w:r/>
    </w:p>
    <w:p>
      <w:pPr>
        <w:pStyle w:val="ListNumber"/>
        <w:spacing w:line="240" w:lineRule="auto"/>
        <w:ind w:left="720"/>
      </w:pPr>
      <w:r/>
      <w:hyperlink r:id="rId14">
        <w:r>
          <w:rPr>
            <w:color w:val="0000EE"/>
            <w:u w:val="single"/>
          </w:rPr>
          <w:t>https://www.youtube.com/watch?v=nh8Ty_noEhA</w:t>
        </w:r>
      </w:hyperlink>
      <w:r>
        <w:t xml:space="preserve"> - In this interview, Denis O'Hare discusses his portrayal of Liz Taylor in 'American Horror Story: Hotel,' sharing insights into his character and the creative process behind the role.</w:t>
      </w:r>
      <w:r/>
    </w:p>
    <w:p>
      <w:pPr>
        <w:pStyle w:val="ListNumber"/>
        <w:spacing w:line="240" w:lineRule="auto"/>
        <w:ind w:left="720"/>
      </w:pPr>
      <w:r/>
      <w:hyperlink r:id="rId15">
        <w:r>
          <w:rPr>
            <w:color w:val="0000EE"/>
            <w:u w:val="single"/>
          </w:rPr>
          <w:t>https://www.youtube.com/watch?v=Zk6XWia5AN8</w:t>
        </w:r>
      </w:hyperlink>
      <w:r>
        <w:t xml:space="preserve"> - Denis O'Hare talks about his character Liz Taylor in 'American Horror Story: Hotel,' discussing the character's development and his experience playing a transgender role.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pinknews.com/2026/07/07/20-gay-or-bisexual-actors-who-played-straight-characters/" TargetMode="External"/><Relationship Id="rId10" Type="http://schemas.openxmlformats.org/officeDocument/2006/relationships/hyperlink" Target="https://www.gamespot.com/videos/american-horror-story-the-best-of-denis-ohare/2300-6453774/" TargetMode="External"/><Relationship Id="rId11" Type="http://schemas.openxmlformats.org/officeDocument/2006/relationships/hyperlink" Target="https://www.kdramastars.com/articles/51060/20141107/american-horror-story-cast-denis-ohare-talks-character-being-gay.htm" TargetMode="External"/><Relationship Id="rId12" Type="http://schemas.openxmlformats.org/officeDocument/2006/relationships/hyperlink" Target="https://americanhorrorstory.fandom.com/wiki/Denis_O%27Hare" TargetMode="External"/><Relationship Id="rId13" Type="http://schemas.openxmlformats.org/officeDocument/2006/relationships/hyperlink" Target="https://www.tvsa.co.za/actors/viewactor.aspx?actorid=12067" TargetMode="External"/><Relationship Id="rId14" Type="http://schemas.openxmlformats.org/officeDocument/2006/relationships/hyperlink" Target="https://www.youtube.com/watch?v=nh8Ty_noEhA" TargetMode="External"/><Relationship Id="rId15" Type="http://schemas.openxmlformats.org/officeDocument/2006/relationships/hyperlink" Target="https://www.youtube.com/watch?v=Zk6XWia5AN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