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Reddit Threats: Why Reddit Sentiment Optimization Is Warping Search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Watching Reddit turn into an advertising echo chamber is unnerving; users, researchers and platforms are spotting a new tactic, Reddit sentiment optimization, that’s teaching AI falsehoods and pushing paid content into everyday searches, and it matters because real people rely on these communities for help.</w:t>
      </w:r>
      <w:r/>
    </w:p>
    <w:p>
      <w:r/>
      <w:r>
        <w:t>Essential takeaways</w:t>
      </w:r>
      <w:r/>
      <w:r/>
    </w:p>
    <w:p>
      <w:pPr>
        <w:pStyle w:val="ListBullet"/>
        <w:spacing w:line="240" w:lineRule="auto"/>
        <w:ind w:left="720"/>
      </w:pPr>
      <w:r/>
      <w:r>
        <w:rPr>
          <w:b/>
        </w:rPr>
        <w:t>Widespread manipulation:</w:t>
      </w:r>
      <w:r>
        <w:t xml:space="preserve"> Researchers and journalists report waves of fake or spammy Reddit posts engineered to influence AI-powered search results. </w:t>
      </w:r>
      <w:r/>
    </w:p>
    <w:p>
      <w:pPr>
        <w:pStyle w:val="ListBullet"/>
        <w:spacing w:line="240" w:lineRule="auto"/>
        <w:ind w:left="720"/>
      </w:pPr>
      <w:r/>
      <w:r>
        <w:rPr>
          <w:b/>
        </w:rPr>
        <w:t>AI learns from Reddit:</w:t>
      </w:r>
      <w:r>
        <w:t xml:space="preserve"> Search engines and chatbots increasingly surface Reddit threads, meaning low-quality or promoted content can be amplified quickly. </w:t>
      </w:r>
      <w:r/>
    </w:p>
    <w:p>
      <w:pPr>
        <w:pStyle w:val="ListBullet"/>
        <w:spacing w:line="240" w:lineRule="auto"/>
        <w:ind w:left="720"/>
      </w:pPr>
      <w:r/>
      <w:r>
        <w:rPr>
          <w:b/>
        </w:rPr>
        <w:t>Health risk hotspots:</w:t>
      </w:r>
      <w:r>
        <w:t xml:space="preserve"> Subreddits about health, biohacking or marginalised care are especially vulnerable to disguised ads and dangerous advice. </w:t>
      </w:r>
      <w:r/>
    </w:p>
    <w:p>
      <w:pPr>
        <w:pStyle w:val="ListBullet"/>
        <w:spacing w:line="240" w:lineRule="auto"/>
        <w:ind w:left="720"/>
      </w:pPr>
      <w:r/>
      <w:r>
        <w:rPr>
          <w:b/>
        </w:rPr>
        <w:t>Simple defences work:</w:t>
      </w:r>
      <w:r>
        <w:t xml:space="preserve"> Active moderation, reporting, and community vigilance still blunt the worst effects; anonymity can protect vulnerable posters. </w:t>
      </w:r>
      <w:r/>
      <w:r/>
    </w:p>
    <w:p>
      <w:pPr>
        <w:pStyle w:val="Heading2"/>
      </w:pPr>
      <w:r>
        <w:t>What “Reddit sentiment optimization” actually means</w:t>
      </w:r>
      <w:r/>
    </w:p>
    <w:p>
      <w:r/>
      <w:r>
        <w:t>The phrase is a bit of a mouthful, but the idea is simple and unsettling: brands and bad actors are stuffing Reddit with tailored posts so AI models pick those threads up as authoritative answers. You get the warm, lived-experience tone of a forum post but it’s actually engineered. The effect is a familiar, human-sounding reply showing up in your chatbot or search result with the same persuasive nudge an ad would have had.</w:t>
      </w:r>
      <w:r/>
    </w:p>
    <w:p>
      <w:r/>
      <w:r>
        <w:t>This isn’t a brand-new trick; Google began elevating Reddit content years back to surface first-hand experiences. But as reporters and researchers have noticed, once AI began scraping the site en masse, the platform became a prime target for manipulation. The result feels less like helpful community and more like an optimisation battlefield.</w:t>
      </w:r>
      <w:r/>
    </w:p>
    <w:p>
      <w:pPr>
        <w:pStyle w:val="Heading2"/>
      </w:pPr>
      <w:r>
        <w:t>Why search and chatbots are so easily fooled</w:t>
      </w:r>
      <w:r/>
    </w:p>
    <w:p>
      <w:r/>
      <w:r>
        <w:t>AI models are excellent at pattern recognition, not at judging motivation or spotting a paid placement wrapped in anecdote. Studies and security teams have found that surprisingly short, formulaic Reddit comments can be enough to steer an AI’s reply toward a scam or a sponsored product. That’s because models often prioritise popular, recent threads, exactly the content that organised campaigns try to flood.</w:t>
      </w:r>
      <w:r/>
    </w:p>
    <w:p>
      <w:r/>
      <w:r>
        <w:t>The Atlantic and other outlets have documented how Google’s shift toward AI summaries magnifies this problem, making it possible for a fake thread to become the source of an apparently definitive answer within hours. The upshot: your trusted search bar can start repeating marketing claims as if they were consensus.</w:t>
      </w:r>
      <w:r/>
    </w:p>
    <w:p>
      <w:pPr>
        <w:pStyle w:val="Heading2"/>
      </w:pPr>
      <w:r>
        <w:t>Where harm meets community: health and marginalised users</w:t>
      </w:r>
      <w:r/>
    </w:p>
    <w:p>
      <w:r/>
      <w:r>
        <w:t>Spaces devoted to health optimisation, hormone therapy, or queer community support are particularly at risk. On subreddits where people are seeking medical advice or transition resources, disguised advertising for peptides, HRT alternatives or dubious “biohacks” can do real harm. Journalists covering these trends highlight that companies have figured out they can profit by seeding advice framed as lived experience.</w:t>
      </w:r>
      <w:r/>
    </w:p>
    <w:p>
      <w:r/>
      <w:r>
        <w:t>That’s not just conjecture. Moderators on those forums have begun banning specific topics to try to stop the tide, and community members warn about the chilling effect: people disclose less, share less, and the collective help that made these spaces vital starts to fray.</w:t>
      </w:r>
      <w:r/>
    </w:p>
    <w:p>
      <w:pPr>
        <w:pStyle w:val="Heading2"/>
      </w:pPr>
      <w:r>
        <w:t>What Reddit can do , and what users should do</w:t>
      </w:r>
      <w:r/>
    </w:p>
    <w:p>
      <w:r/>
      <w:r>
        <w:t>Experts and former industry figures argue for stronger, human-centred moderation and smarter signals to separate promotion from honest posts. Reporting suspicious threads, downvoting coordinated posts and supporting volunteer moderators still work as practical defences. Some recommend private, invite-only spaces like Discord for sensitive conversations, though that risks fragmenting access for people who need public, searchable help.</w:t>
      </w:r>
      <w:r/>
    </w:p>
    <w:p>
      <w:r/>
      <w:r>
        <w:t>At the user level, simple habits help: check OP histories, look for multiple independent accounts corroborating claims, and treat glowing product anecdotes with scepticism. If you rely on Reddit for help, consider cross-checking any medical or legal advice with professionals.</w:t>
      </w:r>
      <w:r/>
    </w:p>
    <w:p>
      <w:pPr>
        <w:pStyle w:val="Heading2"/>
      </w:pPr>
      <w:r>
        <w:t>The bigger picture: can the internet be “repaired”?</w:t>
      </w:r>
      <w:r/>
    </w:p>
    <w:p>
      <w:r/>
      <w:r>
        <w:t>Writers and researchers are pushing the idea of an “internet immune system” , mechanisms that detect and neutralise coordinated manipulation before it becomes part of the AI training diet. Policymakers, platforms and tech firms all have roles to play, from better bot detection to clearer labelling of sponsored content.</w:t>
      </w:r>
      <w:r/>
    </w:p>
    <w:p>
      <w:r/>
      <w:r>
        <w:t>There’s no single fix, but the direction is clear: preserve the public, searchable spaces that let a teenager in a rural town find a lifeline, while building safeguards so that those lifelines aren’t overwritten by marketing or deception.</w:t>
      </w:r>
      <w:r/>
    </w:p>
    <w:p>
      <w:r/>
      <w:r>
        <w:t>It's a small but vital fight: keep communities honest so the help people seek online stays human and real.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14">
        <w:r>
          <w:rPr>
            <w:color w:val="0000EE"/>
            <w:u w:val="single"/>
          </w:rPr>
          <w:t>[5]</w:t>
        </w:r>
      </w:hyperlink>
      <w:r>
        <w:t xml:space="preserve">, </w:t>
      </w:r>
      <w:hyperlink r:id="rId10">
        <w:r>
          <w:rPr>
            <w:color w:val="0000EE"/>
            <w:u w:val="single"/>
          </w:rPr>
          <w:t>[2]</w:t>
        </w:r>
      </w:hyperlink>
      <w:r>
        <w:t xml:space="preserve">- Paragraph 4: </w:t>
      </w:r>
      <w:hyperlink r:id="rId11">
        <w:r>
          <w:rPr>
            <w:color w:val="0000EE"/>
            <w:u w:val="single"/>
          </w:rPr>
          <w:t>[3]</w:t>
        </w:r>
      </w:hyperlink>
      <w:r>
        <w:t xml:space="preserve">, </w:t>
      </w:r>
      <w:hyperlink r:id="rId15">
        <w:r>
          <w:rPr>
            <w:color w:val="0000EE"/>
            <w:u w:val="single"/>
          </w:rPr>
          <w:t>[7]</w:t>
        </w:r>
      </w:hyperlink>
      <w:r>
        <w:t xml:space="preserve">- Paragraph 5: </w:t>
      </w:r>
      <w:hyperlink r:id="rId13">
        <w:r>
          <w:rPr>
            <w:color w:val="0000EE"/>
            <w:u w:val="single"/>
          </w:rPr>
          <w:t>[6]</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https://www.queerty.com/is-reddit-the-queer-internets-last-stand-or-an-aeo-zone-an-investigation-20260706/</w:t>
        </w:r>
      </w:hyperlink>
      <w:r>
        <w:t xml:space="preserve"> - Please view link - unable to able to access data</w:t>
      </w:r>
      <w:r/>
    </w:p>
    <w:p>
      <w:pPr>
        <w:pStyle w:val="ListNumber"/>
        <w:spacing w:line="240" w:lineRule="auto"/>
        <w:ind w:left="720"/>
      </w:pPr>
      <w:r/>
      <w:hyperlink r:id="rId10">
        <w:r>
          <w:rPr>
            <w:color w:val="0000EE"/>
            <w:u w:val="single"/>
          </w:rPr>
          <w:t>https://www.pymnts.com/news/artificial-intelligence/2026/fake-reddit-posts-are-hijacking-what-ai-tells-you/</w:t>
        </w:r>
      </w:hyperlink>
      <w:r>
        <w:t xml:space="preserve"> - This article discusses how companies are flooding Reddit communities, particularly r/Biohackers, with promotional posts designed to be scraped by AI systems. These posts aim to influence AI-generated answers, a tactic known as answer engine optimization (AEO). The piece highlights the challenges AI faces in distinguishing between genuine user-generated content and promotional material, leading to potential misinformation in AI responses.</w:t>
      </w:r>
      <w:r/>
    </w:p>
    <w:p>
      <w:pPr>
        <w:pStyle w:val="ListNumber"/>
        <w:spacing w:line="240" w:lineRule="auto"/>
        <w:ind w:left="720"/>
      </w:pPr>
      <w:r/>
      <w:hyperlink r:id="rId11">
        <w:r>
          <w:rPr>
            <w:color w:val="0000EE"/>
            <w:u w:val="single"/>
          </w:rPr>
          <w:t>https://www.techspot.com/news/112654-spammers-flooding-reddit-fake-posts-designed-show-up.html</w:t>
        </w:r>
      </w:hyperlink>
      <w:r>
        <w:t xml:space="preserve"> - The article reports on a spam campaign where companies are seeding Reddit discussions with posts intended to appear in AI-generated answers. This strategy manipulates AI systems by embedding promotional content within Reddit threads, effectively turning the platform into a battleground for influencing AI recommendations. The piece underscores the ethical concerns and potential misinformation arising from such practices.</w:t>
      </w:r>
      <w:r/>
    </w:p>
    <w:p>
      <w:pPr>
        <w:pStyle w:val="ListNumber"/>
        <w:spacing w:line="240" w:lineRule="auto"/>
        <w:ind w:left="720"/>
      </w:pPr>
      <w:r/>
      <w:hyperlink r:id="rId12">
        <w:r>
          <w:rPr>
            <w:color w:val="0000EE"/>
            <w:u w:val="single"/>
          </w:rPr>
          <w:t>https://www.theatlantic.com/technology/2026/06/google-search-ai-optimization/687495/?utm_source=apple_news</w:t>
        </w:r>
      </w:hyperlink>
      <w:r>
        <w:t xml:space="preserve"> - This piece explores how artificial intelligence and generative search tools are reshaping the online content landscape through a tactic called 'sloptimization.' Companies are creating self-promotional content to influence AI recommendations, taking advantage of AI's inability to distinguish between unbiased reviews and brand-generated content. The article also discusses the impact of these practices on traditional search engine optimization and the broader implications for online information reliability.</w:t>
      </w:r>
      <w:r/>
    </w:p>
    <w:p>
      <w:pPr>
        <w:pStyle w:val="ListNumber"/>
        <w:spacing w:line="240" w:lineRule="auto"/>
        <w:ind w:left="720"/>
      </w:pPr>
      <w:r/>
      <w:hyperlink r:id="rId14">
        <w:r>
          <w:rPr>
            <w:color w:val="0000EE"/>
            <w:u w:val="single"/>
          </w:rPr>
          <w:t>https://www.windowscentral.com/software-apps/reddit-co-founder-says-much-of-the-internet-is-dead</w:t>
        </w:r>
      </w:hyperlink>
      <w:r>
        <w:t xml:space="preserve"> - The article highlights concerns from tech leaders about the state and future of the internet, citing the growing influence of AI and bots. Reddit co-founder Alexis Ohanian stated that 'much of the internet is dead,' attributing it to the proliferation of AI-generated content and bots. OpenAI CEO Sam Altman warned that AI and machine-run accounts could dominate the internet within three years, raising alarms about the 'dead internet theory.'</w:t>
      </w:r>
      <w:r/>
    </w:p>
    <w:p>
      <w:pPr>
        <w:pStyle w:val="ListNumber"/>
        <w:spacing w:line="240" w:lineRule="auto"/>
        <w:ind w:left="720"/>
      </w:pPr>
      <w:r/>
      <w:hyperlink r:id="rId13">
        <w:r>
          <w:rPr>
            <w:color w:val="0000EE"/>
            <w:u w:val="single"/>
          </w:rPr>
          <w:t>https://www.tomsguide.com/ai/a-13-word-reddit-comment-can-trick-ai-search-into-recommending-scams-researchers-find</w:t>
        </w:r>
      </w:hyperlink>
      <w:r>
        <w:t xml:space="preserve"> - A recent study by Cornell Tech researchers reveals that AI systems designed to search the web and provide advice are vulnerable to manipulation via brief, strategically planted user-generated content—such as Reddit comments as short as 13 words. Dubbed WARP (Web Agent Retrieval Poisoning), the attack allows scammers or marketers to get fake products or services recommended by these AI tools by inserting seemingly natural comments into popular threads.</w:t>
      </w:r>
      <w:r/>
    </w:p>
    <w:p>
      <w:pPr>
        <w:pStyle w:val="ListNumber"/>
        <w:spacing w:line="240" w:lineRule="auto"/>
        <w:ind w:left="720"/>
      </w:pPr>
      <w:r/>
      <w:hyperlink r:id="rId15">
        <w:r>
          <w:rPr>
            <w:color w:val="0000EE"/>
            <w:u w:val="single"/>
          </w:rPr>
          <w:t>https://apnews.com/article/f5ea042beb253a3f05a091e70531692d</w:t>
        </w:r>
      </w:hyperlink>
      <w:r>
        <w:t xml:space="preserve"> - Reddit filed a lawsuit against the AI company Anthropic, accusing it of illegally scraping content from millions of Reddit users to train its chatbot, Claude. Reddit alleges that Anthropic used automated bots to access Reddit's data without permission and trained on users’ personal information without consent. This lawsuit highlights the importance of clear limitations and user protections when AI companies use publicly available data for training their models.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is-reddit-the-queer-internets-last-stand-or-an-aeo-zone-an-investigation-20260706/" TargetMode="External"/><Relationship Id="rId10" Type="http://schemas.openxmlformats.org/officeDocument/2006/relationships/hyperlink" Target="https://www.pymnts.com/news/artificial-intelligence/2026/fake-reddit-posts-are-hijacking-what-ai-tells-you/" TargetMode="External"/><Relationship Id="rId11" Type="http://schemas.openxmlformats.org/officeDocument/2006/relationships/hyperlink" Target="https://www.techspot.com/news/112654-spammers-flooding-reddit-fake-posts-designed-show-up.html" TargetMode="External"/><Relationship Id="rId12" Type="http://schemas.openxmlformats.org/officeDocument/2006/relationships/hyperlink" Target="https://www.theatlantic.com/technology/2026/06/google-search-ai-optimization/687495/?utm_source=apple_news" TargetMode="External"/><Relationship Id="rId13" Type="http://schemas.openxmlformats.org/officeDocument/2006/relationships/hyperlink" Target="https://www.tomsguide.com/ai/a-13-word-reddit-comment-can-trick-ai-search-into-recommending-scams-researchers-find" TargetMode="External"/><Relationship Id="rId14" Type="http://schemas.openxmlformats.org/officeDocument/2006/relationships/hyperlink" Target="https://www.windowscentral.com/software-apps/reddit-co-founder-says-much-of-the-internet-is-dead" TargetMode="External"/><Relationship Id="rId15" Type="http://schemas.openxmlformats.org/officeDocument/2006/relationships/hyperlink" Target="https://apnews.com/article/f5ea042beb253a3f05a091e70531692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