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Worthing Pride Moments: Why the Seafront Parade Felt Like Home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sunseekers and families turned out in force as Worthing Pride’s colourful seafront parade returned, bringing live music, drag, and a strong message that this seaside town is embracing inclusivity , and why this matters for local community life and summer tourism.</w:t>
      </w:r>
      <w:r/>
    </w:p>
    <w:p>
      <w:r/>
      <w:r>
        <w:t>Essential Takeaways</w:t>
      </w:r>
      <w:r/>
      <w:r/>
    </w:p>
    <w:p>
      <w:pPr>
        <w:pStyle w:val="ListBullet"/>
        <w:spacing w:line="240" w:lineRule="auto"/>
        <w:ind w:left="720"/>
      </w:pPr>
      <w:r/>
      <w:r>
        <w:rPr>
          <w:b/>
        </w:rPr>
        <w:t>Big turnout:</w:t>
      </w:r>
      <w:r>
        <w:t xml:space="preserve"> More than 800 marchers processed along Worthing’s promenade, creating a bright, lively atmosphere.</w:t>
      </w:r>
      <w:r/>
    </w:p>
    <w:p>
      <w:pPr>
        <w:pStyle w:val="ListBullet"/>
        <w:spacing w:line="240" w:lineRule="auto"/>
        <w:ind w:left="720"/>
      </w:pPr>
      <w:r/>
      <w:r>
        <w:rPr>
          <w:b/>
        </w:rPr>
        <w:t>Moment of remembrance:</w:t>
      </w:r>
      <w:r>
        <w:t xml:space="preserve"> A two-minute silence at Worthing Pier honoured LGBTQ+ lives lost and recognised ongoing equality struggles.</w:t>
      </w:r>
      <w:r/>
    </w:p>
    <w:p>
      <w:pPr>
        <w:pStyle w:val="ListBullet"/>
        <w:spacing w:line="240" w:lineRule="auto"/>
        <w:ind w:left="720"/>
      </w:pPr>
      <w:r/>
      <w:r>
        <w:rPr>
          <w:b/>
        </w:rPr>
        <w:t>Festival hub:</w:t>
      </w:r>
      <w:r>
        <w:t xml:space="preserve"> The Worthing Pride Festival runs at Steyne Gardens with live bands, drag acts, stalls and family-friendly activities.</w:t>
      </w:r>
      <w:r/>
    </w:p>
    <w:p>
      <w:pPr>
        <w:pStyle w:val="ListBullet"/>
        <w:spacing w:line="240" w:lineRule="auto"/>
        <w:ind w:left="720"/>
      </w:pPr>
      <w:r/>
      <w:r>
        <w:rPr>
          <w:b/>
        </w:rPr>
        <w:t>Local backing:</w:t>
      </w:r>
      <w:r>
        <w:t xml:space="preserve"> Residents, businesses and sponsors lined the route and supported the event, signalling broad community buy-in.</w:t>
      </w:r>
      <w:r/>
    </w:p>
    <w:p>
      <w:pPr>
        <w:pStyle w:val="ListBullet"/>
        <w:spacing w:line="240" w:lineRule="auto"/>
        <w:ind w:left="720"/>
      </w:pPr>
      <w:r/>
      <w:r>
        <w:rPr>
          <w:b/>
        </w:rPr>
        <w:t>Accessible fun:</w:t>
      </w:r>
      <w:r>
        <w:t xml:space="preserve"> Events balanced celebration with reflection, offering something for all ages and tastes.</w:t>
      </w:r>
      <w:r/>
      <w:r/>
    </w:p>
    <w:p>
      <w:pPr>
        <w:pStyle w:val="Heading2"/>
      </w:pPr>
      <w:r>
        <w:t>A colourful return to the promenade , people felt it instantly</w:t>
      </w:r>
      <w:r/>
    </w:p>
    <w:p>
      <w:r/>
      <w:r>
        <w:t>Worthing’s seafront looked and sounded different , more vibrant and purposeful , as hundreds gathered for the parade before moving on to Beach House Grounds. The procession had a lively, festival feel; you could spot neon, flags and smiling faces from a distance. According to local reporting, organisers and marchers said the turnout sent a clear message that Worthing is welcoming and inclusive. If you missed it, plan to get there early next year; the best vantage points fill up fast and the promenade atmosphere is part of the fun.</w:t>
      </w:r>
      <w:r/>
    </w:p>
    <w:p>
      <w:pPr>
        <w:pStyle w:val="Heading2"/>
      </w:pPr>
      <w:r>
        <w:t>Silence, then celebration: remembering as part of the parade</w:t>
      </w:r>
      <w:r/>
    </w:p>
    <w:p>
      <w:r/>
      <w:r>
        <w:t>Organisers paused at Worthing Pier for a two-minute silence, a quiet, solemn moment amid the colour. That pause recognised lives lost from the LGBTQ+ community and reminded everyone of the work still to be done. The mix of commemoration and celebration is how many modern Pride events balance history with joy, and it gives the weekend a meaningful rhythm. For families and long-time activists alike, it’s both grounding and uplifting.</w:t>
      </w:r>
      <w:r/>
    </w:p>
    <w:p>
      <w:pPr>
        <w:pStyle w:val="Heading2"/>
      </w:pPr>
      <w:r>
        <w:t>Steyne Gardens became Pride central , what to expect there</w:t>
      </w:r>
      <w:r/>
    </w:p>
    <w:p>
      <w:r/>
      <w:r>
        <w:t>The festival in Steyne Gardens brought live music, drag performances, community entertainment, food and drink, market stalls and family-friendly amusements. The line-up featured local acts and headline performers, creating a programme that’s casual enough for a sunny afternoon and lively enough for an evening crowd. Organisers published full schedules online, so if you’re planning a visit next time, check the programme to catch favourite acts and workshops.</w:t>
      </w:r>
      <w:r/>
    </w:p>
    <w:p>
      <w:pPr>
        <w:pStyle w:val="Heading2"/>
      </w:pPr>
      <w:r>
        <w:t>Why local support matters , businesses and sponsors stepped up</w:t>
      </w:r>
      <w:r/>
    </w:p>
    <w:p>
      <w:r/>
      <w:r>
        <w:t>Worthing Pride wasn’t just a weekend moment for attendees; it’s also a local economic and civic boost. Businesses along the seafront and sponsors backed the event, helping to fund stages, safety measures and community outreach. That visible support matters: it reassures visitors and shows that Pride is woven into the town’s summer calendar. For shop owners and hospitality venues, Pride weekend can bring both footfall and goodwill.</w:t>
      </w:r>
      <w:r/>
    </w:p>
    <w:p>
      <w:pPr>
        <w:pStyle w:val="Heading2"/>
      </w:pPr>
      <w:r>
        <w:t>Practical tips for enjoying Worthing Pride next time</w:t>
      </w:r>
      <w:r/>
    </w:p>
    <w:p>
      <w:r/>
      <w:r>
        <w:t>If you’re planning to attend, arrive early to secure a spot on the promenade or a good patch of grass in Steyne Gardens. Pack sun protection and a reusable water bottle , it’s often warm and busy. Look up the official festival line-up ahead of time to prioritise acts or family activities, and consider supporting market stalls run by local charities and creators. Finally, respect the quieter moments like the pier silence; they’re part of what gives the day depth.</w:t>
      </w:r>
      <w:r/>
    </w:p>
    <w:p>
      <w:r/>
      <w:r>
        <w:t>It's a small change that can make every parade and performance feel welcoming and safe.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[3]</w:t>
        </w:r>
      </w:hyperlink>
      <w:r>
        <w:t xml:space="preserve">- Paragraph 3: </w:t>
      </w:r>
      <w:hyperlink r:id="rId13">
        <w:r>
          <w:rPr>
            <w:color w:val="0000EE"/>
            <w:u w:val="single"/>
          </w:rPr>
          <w:t>[4]</w:t>
        </w:r>
      </w:hyperlink>
      <w:r>
        <w:t xml:space="preserve">, </w:t>
      </w:r>
      <w:hyperlink r:id="rId11">
        <w:r>
          <w:rPr>
            <w:color w:val="0000EE"/>
            <w:u w:val="single"/>
          </w:rPr>
          <w:t>[6]</w:t>
        </w:r>
      </w:hyperlink>
      <w:r>
        <w:t xml:space="preserve">- Paragraph 4: </w:t>
      </w:r>
      <w:hyperlink r:id="rId14">
        <w:r>
          <w:rPr>
            <w:color w:val="0000EE"/>
            <w:u w:val="single"/>
          </w:rPr>
          <w:t>[5]</w:t>
        </w:r>
      </w:hyperlink>
      <w:r>
        <w:t xml:space="preserve">, </w:t>
      </w:r>
      <w:hyperlink r:id="rId12">
        <w:r>
          <w:rPr>
            <w:color w:val="0000EE"/>
            <w:u w:val="single"/>
          </w:rPr>
          <w:t>[3]</w:t>
        </w:r>
      </w:hyperlink>
      <w:r>
        <w:t xml:space="preserve">- Paragraph 5: </w:t>
      </w:r>
      <w:hyperlink r:id="rId13">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https://www.theargus.co.uk/news/26253475.worthing-pride-returns-towns-seafront-parade/?ref=rss</w:t>
        </w:r>
      </w:hyperlink>
      <w:r>
        <w:t xml:space="preserve"> - Please view link - unable to able to access data</w:t>
      </w:r>
      <w:r/>
    </w:p>
    <w:p>
      <w:pPr>
        <w:pStyle w:val="ListNumber"/>
        <w:spacing w:line="240" w:lineRule="auto"/>
        <w:ind w:left="720"/>
      </w:pPr>
      <w:r/>
      <w:hyperlink r:id="rId10">
        <w:r>
          <w:rPr>
            <w:color w:val="0000EE"/>
            <w:u w:val="single"/>
          </w:rPr>
          <w:t>https://en.wikipedia.org/wiki/Worthing_Pride</w:t>
        </w:r>
      </w:hyperlink>
      <w:r>
        <w:t xml:space="preserve"> - Worthing Pride is an annual LGBTQ+ Pride celebration held in Worthing, West Sussex, England. The event began in 2018 and has grown significantly, with the 2019 celebrations attracting around 25,000 attendees. The parade typically starts at the Burlington Hotel in West Worthing, moving along the promenade to the Beach House grounds near Splashpoint Leisure Centre. The main event features live music, drag performances, community entertainment, food and drink stalls, and family-friendly activities. The 2022 event marked a return to full-scale celebrations after the COVID-19 pandemic, being held at Steyne Gardens for the first time.</w:t>
      </w:r>
      <w:r/>
    </w:p>
    <w:p>
      <w:pPr>
        <w:pStyle w:val="ListNumber"/>
        <w:spacing w:line="240" w:lineRule="auto"/>
        <w:ind w:left="720"/>
      </w:pPr>
      <w:r/>
      <w:hyperlink r:id="rId12">
        <w:r>
          <w:rPr>
            <w:color w:val="0000EE"/>
            <w:u w:val="single"/>
          </w:rPr>
          <w:t>https://worthingpride.com/</w:t>
        </w:r>
      </w:hyperlink>
      <w:r>
        <w:t xml:space="preserve"> - The official website of Worthing Pride provides comprehensive information about the annual LGBTQI+ festival held in Worthing, England. The festival includes a diverse lineup of artists, local food and drink stalls, and family-friendly activities. The 2026 event is scheduled for Saturday 4th and Sunday 5th July at Steyne Gardens, Marine Parade, Worthing. The website offers details on ticket purchases, parade participation, and sponsorship opportunities, reflecting the festival's commitment to celebrating diversity, equality, and inclusivity within the community.</w:t>
      </w:r>
      <w:r/>
    </w:p>
    <w:p>
      <w:pPr>
        <w:pStyle w:val="ListNumber"/>
        <w:spacing w:line="240" w:lineRule="auto"/>
        <w:ind w:left="720"/>
      </w:pPr>
      <w:r/>
      <w:hyperlink r:id="rId13">
        <w:r>
          <w:rPr>
            <w:color w:val="0000EE"/>
            <w:u w:val="single"/>
          </w:rPr>
          <w:t>https://worthingpride.com/the-line-up/</w:t>
        </w:r>
      </w:hyperlink>
      <w:r>
        <w:t xml:space="preserve"> - This page on the Worthing Pride website outlines the entertainment lineup for the 2026 festival. The event spans two days, with Saturday's festivities running from 12pm to 11:30pm and Sunday's from 12pm to 9pm. The lineup includes various performances, with specific acts and schedules to be announced. The page also provides information on ticket purchases and encourages attendees to join the parade, highlighting the festival's focus on community engagement and celebration of LGBTQI+ culture.</w:t>
      </w:r>
      <w:r/>
    </w:p>
    <w:p>
      <w:pPr>
        <w:pStyle w:val="ListNumber"/>
        <w:spacing w:line="240" w:lineRule="auto"/>
        <w:ind w:left="720"/>
      </w:pPr>
      <w:r/>
      <w:hyperlink r:id="rId14">
        <w:r>
          <w:rPr>
            <w:color w:val="0000EE"/>
            <w:u w:val="single"/>
          </w:rPr>
          <w:t>https://worthingpride.com/pride-sponsors/</w:t>
        </w:r>
      </w:hyperlink>
      <w:r>
        <w:t xml:space="preserve"> - The sponsors page for Worthing Pride 2026 highlights the event's main sponsor, Bennett Griffin, a local law firm that has supported the festival since 2019. The firm's managing partner, Kate Hallin, expresses pride in their role as Headliner Sponsors, emphasizing the importance of inclusivity and support for the LGBTQ+ community. The page also provides contact information for the organisers and details about the festival's location at Steyne Gardens, Marine Parade, Worthing, reflecting the event's community-driven nature.</w:t>
      </w:r>
      <w:r/>
    </w:p>
    <w:p>
      <w:pPr>
        <w:pStyle w:val="ListNumber"/>
        <w:spacing w:line="240" w:lineRule="auto"/>
        <w:ind w:left="720"/>
      </w:pPr>
      <w:r/>
      <w:hyperlink r:id="rId11">
        <w:r>
          <w:rPr>
            <w:color w:val="0000EE"/>
            <w:u w:val="single"/>
          </w:rPr>
          <w:t>https://circa-club.com/gay_events_uk/32941/worthing-pride-2024</w:t>
        </w:r>
      </w:hyperlink>
      <w:r>
        <w:t xml:space="preserve"> - Circa-Club's event listing for Worthing Pride 2024 provides details about the festival's schedule and activities. The event is set for Friday 5th to Saturday 6th June 2024, with the main festivities taking place at Steyne Gardens, Marine Parade, Worthing. The festival aims to raise money for LGBTQ Switchboard and features a diverse lineup of artists and local food stalls. The listing includes information on the parade route, starting opposite the Burlington Hotel and proceeding along the promenade to Beach House Grounds, and highlights the family-friendly atmosphere of the event.</w:t>
      </w:r>
      <w:r/>
    </w:p>
    <w:p>
      <w:pPr>
        <w:pStyle w:val="ListNumber"/>
        <w:spacing w:line="240" w:lineRule="auto"/>
        <w:ind w:left="720"/>
      </w:pPr>
      <w:r/>
      <w:hyperlink r:id="rId15">
        <w:r>
          <w:rPr>
            <w:color w:val="0000EE"/>
            <w:u w:val="single"/>
          </w:rPr>
          <w:t>https://www.radioworthing.co.uk/news/worthing-festival-2024-line-up-announced/</w:t>
        </w:r>
      </w:hyperlink>
      <w:r>
        <w:t xml:space="preserve"> - Radio Worthing's announcement of the 2024 Worthing Festival lineup details a vibrant array of music, comedy, and family entertainment. Scheduled from June 8 to June 23, the festival includes music performances, art exhibitions, cemetery tours, and an 80s party night. The inaugural event in 2023 attracted over 14,000 visitors, and the 2024 festival continues the collaboration between Worthing Borough Council and the local arts community to showcase the town's creative talent.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argus.co.uk/news/26253475.worthing-pride-returns-towns-seafront-parade/?ref=rss" TargetMode="External"/><Relationship Id="rId10" Type="http://schemas.openxmlformats.org/officeDocument/2006/relationships/hyperlink" Target="https://en.wikipedia.org/wiki/Worthing_Pride" TargetMode="External"/><Relationship Id="rId11" Type="http://schemas.openxmlformats.org/officeDocument/2006/relationships/hyperlink" Target="https://circa-club.com/gay_events_uk/32941/worthing-pride-2024" TargetMode="External"/><Relationship Id="rId12" Type="http://schemas.openxmlformats.org/officeDocument/2006/relationships/hyperlink" Target="https://worthingpride.com/" TargetMode="External"/><Relationship Id="rId13" Type="http://schemas.openxmlformats.org/officeDocument/2006/relationships/hyperlink" Target="https://worthingpride.com/the-line-up/" TargetMode="External"/><Relationship Id="rId14" Type="http://schemas.openxmlformats.org/officeDocument/2006/relationships/hyperlink" Target="https://worthingpride.com/pride-sponsors/" TargetMode="External"/><Relationship Id="rId15" Type="http://schemas.openxmlformats.org/officeDocument/2006/relationships/hyperlink" Target="https://www.radioworthing.co.uk/news/worthing-festival-2024-line-up-announc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