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Tacoma Queer-Owned Businesses to Visit This Pride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local talent: shoppers and visitors are checking out queer-owned businesses across Tacoma this Pride Month, from bagel shops and botanical bars to bookshops and barber studios, here’s a handy guide to where to eat, drink, shop, and move, and why each spot matters to the community.</w:t>
      </w:r>
      <w:r/>
    </w:p>
    <w:p>
      <w:r/>
      <w:r>
        <w:t>Essential Takeaways</w:t>
      </w:r>
      <w:r/>
      <w:r/>
    </w:p>
    <w:p>
      <w:pPr>
        <w:pStyle w:val="ListBullet"/>
        <w:spacing w:line="240" w:lineRule="auto"/>
        <w:ind w:left="720"/>
      </w:pPr>
      <w:r/>
      <w:r>
        <w:rPr>
          <w:b/>
        </w:rPr>
        <w:t>Friendly bagels:</w:t>
      </w:r>
      <w:r>
        <w:t xml:space="preserve"> Howdy Bagel serves creative flavours and sandwiches with a welcoming “y’all means all” vibe. </w:t>
      </w:r>
      <w:r/>
    </w:p>
    <w:p>
      <w:pPr>
        <w:pStyle w:val="ListBullet"/>
        <w:spacing w:line="240" w:lineRule="auto"/>
        <w:ind w:left="720"/>
      </w:pPr>
      <w:r/>
      <w:r>
        <w:rPr>
          <w:b/>
        </w:rPr>
        <w:t>Cocktails with character:</w:t>
      </w:r>
      <w:r>
        <w:t xml:space="preserve"> Juniper Botanical Bar offers colourful, cocktail-driven drinking centred on queer hospitality. </w:t>
      </w:r>
      <w:r/>
    </w:p>
    <w:p>
      <w:pPr>
        <w:pStyle w:val="ListBullet"/>
        <w:spacing w:line="240" w:lineRule="auto"/>
        <w:ind w:left="720"/>
      </w:pPr>
      <w:r/>
      <w:r>
        <w:rPr>
          <w:b/>
        </w:rPr>
        <w:t>Books and storytime:</w:t>
      </w:r>
      <w:r>
        <w:t xml:space="preserve"> Grit City Books maintains a “Queer All Year” section and hosts drag story hours. </w:t>
      </w:r>
      <w:r/>
    </w:p>
    <w:p>
      <w:pPr>
        <w:pStyle w:val="ListBullet"/>
        <w:spacing w:line="240" w:lineRule="auto"/>
        <w:ind w:left="720"/>
      </w:pPr>
      <w:r/>
      <w:r>
        <w:rPr>
          <w:b/>
        </w:rPr>
        <w:t>Nightlife energy:</w:t>
      </w:r>
      <w:r>
        <w:t xml:space="preserve"> The Mix delivers late-night karaoke, weekly drag and a Pride block party featuring big-name queens. </w:t>
      </w:r>
      <w:r/>
    </w:p>
    <w:p>
      <w:pPr>
        <w:pStyle w:val="ListBullet"/>
        <w:spacing w:line="240" w:lineRule="auto"/>
        <w:ind w:left="720"/>
      </w:pPr>
      <w:r/>
      <w:r>
        <w:rPr>
          <w:b/>
        </w:rPr>
        <w:t>Services and self-care:</w:t>
      </w:r>
      <w:r>
        <w:t xml:space="preserve"> The Barber Collective and Naomi Joe Coffee bring inclusive grooming and modern coffee to shared local spaces.</w:t>
      </w:r>
      <w:r/>
      <w:r/>
    </w:p>
    <w:p>
      <w:pPr>
        <w:pStyle w:val="Heading2"/>
      </w:pPr>
      <w:r>
        <w:t>Why a bagel shop is suddenly a community hub</w:t>
      </w:r>
      <w:r/>
    </w:p>
    <w:p>
      <w:r/>
      <w:r>
        <w:t>Howdy Bagel has become a local favourite since opening, serving poppy, rosemary sea salt and a clutch of inventive sandwiches. The interior feels warm and unpretentious, with the shop’s inclusive motto visible around the counter. Independent cafés like this one often double as social hubs, so expect friendly chats and a relaxed atmosphere as much as a good bite. If you go, try a sandwich rather than a plain bagel, many customers say the combinations make the visit.</w:t>
      </w:r>
      <w:r/>
    </w:p>
    <w:p>
      <w:pPr>
        <w:pStyle w:val="Heading2"/>
      </w:pPr>
      <w:r>
        <w:t>Cocktails that read like a Pride flag</w:t>
      </w:r>
      <w:r/>
    </w:p>
    <w:p>
      <w:r/>
      <w:r>
        <w:t>Juniper Botanical Bar puts craft cocktails centre stage and leans into queer culture with playful names and rainbow-leaning menus. It’s more than gimmickry: places like Juniper are staking a claim as deliberately queer spaces where people can feel seen. Visit for a colourful drink and linger for the low-lit plant-filled interior. If you’re planning to go in a group, check their events, bars like this often host themed nights and community meet-ups.</w:t>
      </w:r>
      <w:r/>
    </w:p>
    <w:p>
      <w:pPr>
        <w:pStyle w:val="Heading2"/>
      </w:pPr>
      <w:r>
        <w:t>Books, drag story times and queer shelves</w:t>
      </w:r>
      <w:r/>
    </w:p>
    <w:p>
      <w:r/>
      <w:r>
        <w:t>Grit City Books on Sixth Avenue stocks a wide selection of LGBTQ+ titles, and the store’s “Queer All Year” section makes browsing easy and cheerful. The shop also runs drag story times that bring kids and families into an affirming space; those events are a reminder of how independent bookstores can serve as cultural organisers as much as retail spots. Look for staff picks if you want a personal recommendation, they tend to be thoughtful and varied.</w:t>
      </w:r>
      <w:r/>
    </w:p>
    <w:p>
      <w:pPr>
        <w:pStyle w:val="Heading2"/>
      </w:pPr>
      <w:r>
        <w:t>Nightlife: karaoke, drag and a big Pride party</w:t>
      </w:r>
      <w:r/>
    </w:p>
    <w:p>
      <w:r/>
      <w:r>
        <w:t>The Mix keeps downtown lively with late-night karaoke and regular drag shows every Saturday, and it’s taking Pride up a notch by hosting a block party during the Tacoma Pride Festival. Big-name performers, DJs and local queens all appear on bills like this, making it a durable choice for an energetic evening out. If you prefer a quieter night, ask about earlier shows or midweek events when the crowd is smaller.</w:t>
      </w:r>
      <w:r/>
    </w:p>
    <w:p>
      <w:pPr>
        <w:pStyle w:val="Heading2"/>
      </w:pPr>
      <w:r>
        <w:t>Coffee with personality inside community taprooms</w:t>
      </w:r>
      <w:r/>
    </w:p>
    <w:p>
      <w:r/>
      <w:r>
        <w:t>Naomi Joe Coffee Roasters operates out of 7 Seas Brewery and offers playful, modern flavour profiles, even a Pride-themed Fruity Punch blend. Coffee shops inside breweries or taprooms create a relaxed crossover between morning routines and evening hangouts, so you can get a distinctive brew whether you’re starting the day or meeting friends after work. Try a small pour first; some of the flavour notes are surprisingly bright.</w:t>
      </w:r>
      <w:r/>
    </w:p>
    <w:p>
      <w:pPr>
        <w:pStyle w:val="Heading2"/>
      </w:pPr>
      <w:r>
        <w:t>Grooming beyond the binary</w:t>
      </w:r>
      <w:r/>
    </w:p>
    <w:p>
      <w:r/>
      <w:r>
        <w:t>The Barber Collective advertises “Barbering Beyond The Binary,” providing short cuts, fades, beard trims and shaves in an explicitly inclusive environment. They also partner with youth organisations, which shows how a service business can support the wider queer ecosystem. If you’re choosing a cut, bring a photo and discuss what you want, teams like this are used to translating ideas into looks for a diverse clientele.</w:t>
      </w:r>
      <w:r/>
    </w:p>
    <w:p>
      <w:pPr>
        <w:pStyle w:val="Heading2"/>
      </w:pPr>
      <w:r>
        <w:t>Fitness and wellness that welcome everyone</w:t>
      </w:r>
      <w:r/>
    </w:p>
    <w:p>
      <w:r/>
      <w:r>
        <w:t>People’s Pilates and Ascent Fitness offer movement spaces that foreground inclusivity: reformer classes, hot mat sessions, queer-friendly instruction and a fat-positive approach. These studios make exercise feel accessible rather than intimidating, so newcomers shouldn’t be shy about dropping into a beginner class. Check class timetables online and book ahead; local studios can fill up on evenings and weekends.</w:t>
      </w:r>
      <w:r/>
    </w:p>
    <w:p>
      <w:pPr>
        <w:pStyle w:val="Heading2"/>
      </w:pPr>
      <w:r>
        <w:t>Romance, gifts and small makers</w:t>
      </w:r>
      <w:r/>
    </w:p>
    <w:p>
      <w:r/>
      <w:r>
        <w:t>Shelf Indulgence specialises in romance novels with a warm, inclusive feel, while A Gift of Serenity curates handmade jewellery, clothing and year-round Pride accessories from local makers. These shops are perfect for thoughtful presents or for treating yourself to something small and personal. Browse slowly, the charm is in the discovery, and shop owners will happily point you toward queer-centred titles or artisans.</w:t>
      </w:r>
      <w:r/>
    </w:p>
    <w:p>
      <w:r/>
      <w:r>
        <w:t>Closing line Drop by one or two spots, pick something unexpected, and celebrate Pride in Tacoma by supporting the local businesses that keep the city colourful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2">
        <w:r>
          <w:rPr>
            <w:color w:val="0000EE"/>
            <w:u w:val="single"/>
          </w:rPr>
          <w:t>[4]</w:t>
        </w:r>
      </w:hyperlink>
      <w:r>
        <w:t xml:space="preserve">- Paragraph 4: </w:t>
      </w:r>
      <w:hyperlink r:id="rId13">
        <w:r>
          <w:rPr>
            <w:color w:val="0000EE"/>
            <w:u w:val="single"/>
          </w:rPr>
          <w:t>[5]</w:t>
        </w:r>
      </w:hyperlink>
      <w:r>
        <w:t xml:space="preserve">- Paragraph 5: </w:t>
      </w:r>
      <w:hyperlink r:id="rId14">
        <w:r>
          <w:rPr>
            <w:color w:val="0000EE"/>
            <w:u w:val="single"/>
          </w:rPr>
          <w:t>[6]</w:t>
        </w:r>
      </w:hyperlink>
      <w:r>
        <w:t xml:space="preserve">- Paragraph 6: </w:t>
      </w:r>
      <w:hyperlink r:id="rId15">
        <w:r>
          <w:rPr>
            <w:color w:val="0000EE"/>
            <w:u w:val="single"/>
          </w:rPr>
          <w:t>[7]</w:t>
        </w:r>
      </w:hyperlink>
      <w:r>
        <w:t xml:space="preserve">- Paragraph 7: </w:t>
      </w:r>
      <w:hyperlink r:id="rId10">
        <w:r>
          <w:rPr>
            <w:color w:val="0000EE"/>
            <w:u w:val="single"/>
          </w:rPr>
          <w:t>[2]</w:t>
        </w:r>
      </w:hyperlink>
      <w:r>
        <w:t xml:space="preserve">, </w:t>
      </w:r>
      <w:hyperlink r:id="rId13">
        <w:r>
          <w:rPr>
            <w:color w:val="0000EE"/>
            <w:u w:val="single"/>
          </w:rPr>
          <w:t>[5]</w:t>
        </w:r>
      </w:hyperlink>
      <w:r>
        <w:t xml:space="preserve">- Paragraph 8: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https://ca.style.yahoo.com/check-10-local-queer-owned-120000771.html</w:t>
        </w:r>
      </w:hyperlink>
      <w:r>
        <w:t xml:space="preserve"> - Please view link - unable to able to access data</w:t>
      </w:r>
      <w:r/>
    </w:p>
    <w:p>
      <w:pPr>
        <w:pStyle w:val="ListNumber"/>
        <w:spacing w:line="240" w:lineRule="auto"/>
        <w:ind w:left="720"/>
      </w:pPr>
      <w:r/>
      <w:hyperlink r:id="rId10">
        <w:r>
          <w:rPr>
            <w:color w:val="0000EE"/>
            <w:u w:val="single"/>
          </w:rPr>
          <w:t>https://www.howdybagel.com/</w:t>
        </w:r>
      </w:hyperlink>
      <w:r>
        <w:t xml:space="preserve"> - Howdy Bagel is a queer-owned bagel shop in Tacoma, Washington, founded by Jake Carter and Daniel Blagovich. Established in 2023, it offers a variety of bagels and sandwiches, including vegan options. The shop is known for its inclusive atmosphere, with the motto 'Y’all means all.'</w:t>
      </w:r>
      <w:r/>
    </w:p>
    <w:p>
      <w:pPr>
        <w:pStyle w:val="ListNumber"/>
        <w:spacing w:line="240" w:lineRule="auto"/>
        <w:ind w:left="720"/>
      </w:pPr>
      <w:r/>
      <w:hyperlink r:id="rId11">
        <w:r>
          <w:rPr>
            <w:color w:val="0000EE"/>
            <w:u w:val="single"/>
          </w:rPr>
          <w:t>https://www.juniperbotanicalbar.com/</w:t>
        </w:r>
      </w:hyperlink>
      <w:r>
        <w:t xml:space="preserve"> - Juniper Botanical Bar, located at 5226 South Tacoma Way, is a queer-friendly bar in Tacoma. It offers a range of botanical cocktails and light bites in a cozy, plant-filled environment. The bar hosts various events, including trivia and karaoke nights, and is open to all, including families until 9 p.m.</w:t>
      </w:r>
      <w:r/>
    </w:p>
    <w:p>
      <w:pPr>
        <w:pStyle w:val="ListNumber"/>
        <w:spacing w:line="240" w:lineRule="auto"/>
        <w:ind w:left="720"/>
      </w:pPr>
      <w:r/>
      <w:hyperlink r:id="rId12">
        <w:r>
          <w:rPr>
            <w:color w:val="0000EE"/>
            <w:u w:val="single"/>
          </w:rPr>
          <w:t>https://www.gritcitybooks.com/</w:t>
        </w:r>
      </w:hyperlink>
      <w:r>
        <w:t xml:space="preserve"> - Grit City Books, situated at 3116 6th Ave., Tacoma, is a bookstore that features a 'Queer All Year' section, celebrating LGBTQ+ authors and stories. The store hosts Drag Story Times with local drag performer Ms. Cleo, fostering an inclusive literary community.</w:t>
      </w:r>
      <w:r/>
    </w:p>
    <w:p>
      <w:pPr>
        <w:pStyle w:val="ListNumber"/>
        <w:spacing w:line="240" w:lineRule="auto"/>
        <w:ind w:left="720"/>
      </w:pPr>
      <w:r/>
      <w:hyperlink r:id="rId13">
        <w:r>
          <w:rPr>
            <w:color w:val="0000EE"/>
            <w:u w:val="single"/>
          </w:rPr>
          <w:t>https://www.themixtacoma.com/</w:t>
        </w:r>
      </w:hyperlink>
      <w:r>
        <w:t xml:space="preserve"> - The Mix, located at 635 St. Helens Ave., Tacoma, is a gay bar known for its late-night karaoke and drag shows every Saturday. It hosts a Pride block party during the Tacoma Pride Festival, featuring performances from local drag queens and a DJ set from RuPaul’s Drag Race winner Bob The Drag Queen.</w:t>
      </w:r>
      <w:r/>
    </w:p>
    <w:p>
      <w:pPr>
        <w:pStyle w:val="ListNumber"/>
        <w:spacing w:line="240" w:lineRule="auto"/>
        <w:ind w:left="720"/>
      </w:pPr>
      <w:r/>
      <w:hyperlink r:id="rId14">
        <w:r>
          <w:rPr>
            <w:color w:val="0000EE"/>
            <w:u w:val="single"/>
          </w:rPr>
          <w:t>https://www.naomijoecoffee.com/</w:t>
        </w:r>
      </w:hyperlink>
      <w:r>
        <w:t xml:space="preserve"> - Naomi Joe Coffee Roasters, based at 2101 Jefferson Ave., Tacoma, offers unique coffee blends with flavour profiles like Fruit Loops, grape candy, and cherry blossom. Their Pride Blend, 'Fruity Punch,' combines flavours of fruit punch and milk chocolate, embodying their slogan 'modern coffee for all.'</w:t>
      </w:r>
      <w:r/>
    </w:p>
    <w:p>
      <w:pPr>
        <w:pStyle w:val="ListNumber"/>
        <w:spacing w:line="240" w:lineRule="auto"/>
        <w:ind w:left="720"/>
      </w:pPr>
      <w:r/>
      <w:hyperlink r:id="rId15">
        <w:r>
          <w:rPr>
            <w:color w:val="0000EE"/>
            <w:u w:val="single"/>
          </w:rPr>
          <w:t>https://www.thebarbercollective.shop/</w:t>
        </w:r>
      </w:hyperlink>
      <w:r>
        <w:t xml:space="preserve"> - The Barber Collective, located at 1001 S. Yakima Ave., Tacoma, specializes in short cuts, fades, beard trims, and shaves. It operates under the principle of 'Barbering Beyond The Binary' and frequently collaborates with Oasis Youth Center, a Tacoma nonprofit supporting queer youth.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a.style.yahoo.com/check-10-local-queer-owned-120000771.html" TargetMode="External"/><Relationship Id="rId10" Type="http://schemas.openxmlformats.org/officeDocument/2006/relationships/hyperlink" Target="https://www.howdybagel.com/" TargetMode="External"/><Relationship Id="rId11" Type="http://schemas.openxmlformats.org/officeDocument/2006/relationships/hyperlink" Target="https://www.juniperbotanicalbar.com/" TargetMode="External"/><Relationship Id="rId12" Type="http://schemas.openxmlformats.org/officeDocument/2006/relationships/hyperlink" Target="https://www.gritcitybooks.com/" TargetMode="External"/><Relationship Id="rId13" Type="http://schemas.openxmlformats.org/officeDocument/2006/relationships/hyperlink" Target="https://www.themixtacoma.com/" TargetMode="External"/><Relationship Id="rId14" Type="http://schemas.openxmlformats.org/officeDocument/2006/relationships/hyperlink" Target="https://www.naomijoecoffee.com/" TargetMode="External"/><Relationship Id="rId15" Type="http://schemas.openxmlformats.org/officeDocument/2006/relationships/hyperlink" Target="https://www.thebarbercollective.sho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