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Swim Trunks for Gay Men This Summer: Why Trunks Are Trending Over Speedos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a shift at the beach? Shoppers and sunseekers are leaning into swim trunks this summer, especially among gay men in cities and resort towns , and it’s reshaping poolside style, comfort and how we show off a tan. Here’s what’s changing, where to spot the trend, and how to pick the right pair.</w:t>
      </w:r>
      <w:r/>
    </w:p>
    <w:p>
      <w:r/>
      <w:r>
        <w:t>Essential Takeaways</w:t>
      </w:r>
      <w:r/>
      <w:r/>
    </w:p>
    <w:p>
      <w:pPr>
        <w:pStyle w:val="ListBullet"/>
        <w:spacing w:line="240" w:lineRule="auto"/>
        <w:ind w:left="720"/>
      </w:pPr>
      <w:r/>
      <w:r>
        <w:rPr>
          <w:b/>
        </w:rPr>
        <w:t>Trend shift:</w:t>
      </w:r>
      <w:r>
        <w:t xml:space="preserve"> Many gay men are favouring swim trunks over classic speedos for a more relaxed, everyday look.</w:t>
      </w:r>
      <w:r/>
    </w:p>
    <w:p>
      <w:pPr>
        <w:pStyle w:val="ListBullet"/>
        <w:spacing w:line="240" w:lineRule="auto"/>
        <w:ind w:left="720"/>
      </w:pPr>
      <w:r/>
      <w:r>
        <w:rPr>
          <w:b/>
        </w:rPr>
        <w:t>Not gone yet:</w:t>
      </w:r>
      <w:r>
        <w:t xml:space="preserve"> Speedos remain visible in hotspots like Fire Island, Provincetown and urban gay beaches , they’re polarising but persistent.</w:t>
      </w:r>
      <w:r/>
    </w:p>
    <w:p>
      <w:pPr>
        <w:pStyle w:val="ListBullet"/>
        <w:spacing w:line="240" w:lineRule="auto"/>
        <w:ind w:left="720"/>
      </w:pPr>
      <w:r/>
      <w:r>
        <w:rPr>
          <w:b/>
        </w:rPr>
        <w:t>Style note:</w:t>
      </w:r>
      <w:r>
        <w:t xml:space="preserve"> Trunks hit a middle ground , not boardshorts, not tiny briefs , offering modest coverage with still-enough thigh on show.</w:t>
      </w:r>
      <w:r/>
    </w:p>
    <w:p>
      <w:pPr>
        <w:pStyle w:val="ListBullet"/>
        <w:spacing w:line="240" w:lineRule="auto"/>
        <w:ind w:left="720"/>
      </w:pPr>
      <w:r/>
      <w:r>
        <w:rPr>
          <w:b/>
        </w:rPr>
        <w:t>Practical pick:</w:t>
      </w:r>
      <w:r>
        <w:t xml:space="preserve"> Choose trunk length and fabric for comfort and activity , quicker-drying, stretchy blends work best.</w:t>
      </w:r>
      <w:r/>
    </w:p>
    <w:p>
      <w:pPr>
        <w:pStyle w:val="ListBullet"/>
        <w:spacing w:line="240" w:lineRule="auto"/>
        <w:ind w:left="720"/>
      </w:pPr>
      <w:r/>
      <w:r>
        <w:rPr>
          <w:b/>
        </w:rPr>
        <w:t>Cultural context:</w:t>
      </w:r>
      <w:r>
        <w:t xml:space="preserve"> The move ties into broader Y2K, hypermasculine and “Heartland Drag” aesthetics but also a desire for ease and a little mystery.</w:t>
      </w:r>
      <w:r/>
      <w:r/>
    </w:p>
    <w:p>
      <w:pPr>
        <w:pStyle w:val="Heading2"/>
      </w:pPr>
      <w:r>
        <w:t>Why trunks feel fresher than ever , and what your feed is telling you</w:t>
      </w:r>
      <w:r/>
    </w:p>
    <w:p>
      <w:r/>
      <w:r>
        <w:t>If your Instagram is a roll-call of relaxed, baggier silhouettes, you’re not imagining it. According to fashion coverage and chatter online, trunks are enjoying renewed attention as gay wardrobes swing looser and more lived-in. It feels tactile: trunks give a softer, less engineered look than a tight speedo, and that matters when the visual language of queer style is shifting toward a hairier, muskier aesthetic. For many, trunks read as both approachable and intentionally styled , an everyday option that still lets you show off without doing the full thirst-trap thing.</w:t>
      </w:r>
      <w:r/>
    </w:p>
    <w:p>
      <w:pPr>
        <w:pStyle w:val="Heading2"/>
      </w:pPr>
      <w:r>
        <w:t>Speedos aren’t extinct , hotspots and subcultures keep them alive</w:t>
      </w:r>
      <w:r/>
    </w:p>
    <w:p>
      <w:r/>
      <w:r>
        <w:t>Don’t write off the classic swim brief. Reporters and observers note that places like Fire Island, Provincetown and well-known gay beaches still host plenty of speedos and even thongs. Trends rarely flip overnight; they fracture along geography, age and vibe. So while you’ll see trunks on city beaches and in casual urban scenes, destination queer resorts and party beaches still prize the skimpy look. Think of it as a plural wardrobe moment: both co-exist, depending on where you go and who you’re with.</w:t>
      </w:r>
      <w:r/>
    </w:p>
    <w:p>
      <w:pPr>
        <w:pStyle w:val="Heading2"/>
      </w:pPr>
      <w:r>
        <w:t>How trunks fit the fashion moment , not boardshorts, but not briefs either</w:t>
      </w:r>
      <w:r/>
    </w:p>
    <w:p>
      <w:r/>
      <w:r>
        <w:t>When people say “trunks” they often mean a mid-length swim short that hugs just above the thigh. It’s different from knee-length boardshorts and much more forgiving than a racer brief. This middle length works for lounging, swimming and socialising: it gives sun on the legs, a breezier feel, and enough coverage for those who prefer less attention. If you’re swapping from speedos, look for trunks with a built-in liner, stretchy fabric and a flattering waist that sits comfortably , you’ll keep motion without the tug.</w:t>
      </w:r>
      <w:r/>
    </w:p>
    <w:p>
      <w:pPr>
        <w:pStyle w:val="Heading2"/>
      </w:pPr>
      <w:r>
        <w:t>Practical tips: picking trunks that actually flatter and last</w:t>
      </w:r>
      <w:r/>
    </w:p>
    <w:p>
      <w:r/>
      <w:r>
        <w:t>Fabric matters: quick-dry polyester blends with a touch of elastane keep shape and feel less clingy when wet. Size up if you’re between sizes , trunks that are too tight look fiddly and can ride up, while the right fit rests flat and comfy. Colour and pattern are your secret weapon: darker solids are slimming, but a loud print or retro stripe can read confident and fun. For activity, choose sturdier seams and a secure drawstring; for tanning, lighter weaves that dry fast are kinder to skin.</w:t>
      </w:r>
      <w:r/>
    </w:p>
    <w:p>
      <w:pPr>
        <w:pStyle w:val="Heading2"/>
      </w:pPr>
      <w:r>
        <w:t>What this trend says about queer style and what comes next</w:t>
      </w:r>
      <w:r/>
    </w:p>
    <w:p>
      <w:r/>
      <w:r>
        <w:t>This isn’t just about swimwear; it’s a small mirror of how queer aesthetics ebb and flow. As mainstream menswear borrows more from queer codes, queer dressing pushes in new directions , sometimes hypermasculine, sometimes soft and relaxed. Trunks are comfortable, democratic and a little less performative than a speedo, which explains the appeal. Still, expect the speedo to keep a cult status: it’s bold, attention-grabbing and particularly beloved in party and resort scenes. Fashion cycles on, but the best takeaway is practical: keep a few styles in rotation and pick the one that suits the mood , and your comfort.</w:t>
      </w:r>
      <w:r/>
    </w:p>
    <w:p>
      <w:r/>
      <w:r>
        <w:t>It’s a small change that can make every beach day feel a little easier and a lot more yours.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0">
        <w:r>
          <w:rPr>
            <w:color w:val="0000EE"/>
            <w:u w:val="single"/>
          </w:rPr>
          <w:t>[3]</w:t>
        </w:r>
      </w:hyperlink>
      <w:r>
        <w:t xml:space="preserve">- Paragraph 4: </w:t>
      </w:r>
      <w:hyperlink r:id="rId10">
        <w:r>
          <w:rPr>
            <w:color w:val="0000EE"/>
            <w:u w:val="single"/>
          </w:rPr>
          <w:t>[3]</w:t>
        </w:r>
      </w:hyperlink>
      <w:r>
        <w:t xml:space="preserve">, </w:t>
      </w:r>
      <w:hyperlink r:id="rId12">
        <w:r>
          <w:rPr>
            <w:color w:val="0000EE"/>
            <w:u w:val="single"/>
          </w:rPr>
          <w:t>[6]</w:t>
        </w:r>
      </w:hyperlink>
      <w:r>
        <w:t xml:space="preserve">- Paragraph 5: </w:t>
      </w:r>
      <w:hyperlink r:id="rId9">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https://www.queerty.com/the-summer-of-swim-trunks-gays-argue-whether-skimpy-speedos-are-being-phased-out-20260706/</w:t>
        </w:r>
      </w:hyperlink>
      <w:r>
        <w:t xml:space="preserve"> - Please view link - unable to able to access data</w:t>
      </w:r>
      <w:r/>
    </w:p>
    <w:p>
      <w:pPr>
        <w:pStyle w:val="ListNumber"/>
        <w:spacing w:line="240" w:lineRule="auto"/>
        <w:ind w:left="720"/>
      </w:pPr>
      <w:r/>
      <w:hyperlink r:id="rId9">
        <w:r>
          <w:rPr>
            <w:color w:val="0000EE"/>
            <w:u w:val="single"/>
          </w:rPr>
          <w:t>https://www.queerty.com/the-summer-of-swim-trunks-gays-argue-whether-skimpy-speedos-are-being-phased-out-20260706/</w:t>
        </w:r>
      </w:hyperlink>
      <w:r>
        <w:t xml:space="preserve"> - An article discussing the debate within the gay community over the popularity of swim trunks versus speedos in 2026. It highlights differing opinions, with some observing a shift towards longer swim trunks, while others note the continued prevalence of speedos in popular gay destinations like Fire Island and Provincetown. The piece also touches on broader fashion trends, including the influence of straight men's adoption of short shorts and the emergence of 'Heartland Drag' as a style movement.</w:t>
      </w:r>
      <w:r/>
    </w:p>
    <w:p>
      <w:pPr>
        <w:pStyle w:val="ListNumber"/>
        <w:spacing w:line="240" w:lineRule="auto"/>
        <w:ind w:left="720"/>
      </w:pPr>
      <w:r/>
      <w:hyperlink r:id="rId10">
        <w:r>
          <w:rPr>
            <w:color w:val="0000EE"/>
            <w:u w:val="single"/>
          </w:rPr>
          <w:t>https://www.whowhatwear.com/fashion/summer/swimwear-trends-2026</w:t>
        </w:r>
      </w:hyperlink>
      <w:r>
        <w:t xml:space="preserve"> - A comprehensive report on the prominent swimwear trends for 2026, emphasizing styles such as 'Prairie Girl' with romantic ruffles and florals, 'Psychedelic Prints' inspired by 70s patterns, minimalist 'Yacht Couture', sporty 'Blue Crush' styles, and earthy 'Earth Girl' tones. The article underscores a shift towards comfort, craftsmanship, and inclusivity in swimwear designs.</w:t>
      </w:r>
      <w:r/>
    </w:p>
    <w:p>
      <w:pPr>
        <w:pStyle w:val="ListNumber"/>
        <w:spacing w:line="240" w:lineRule="auto"/>
        <w:ind w:left="720"/>
      </w:pPr>
      <w:r/>
      <w:hyperlink r:id="rId11">
        <w:r>
          <w:rPr>
            <w:color w:val="0000EE"/>
            <w:u w:val="single"/>
          </w:rPr>
          <w:t>https://www.whowhatwear.com/fashion/swimwear/french-swimwear-trends-2026</w:t>
        </w:r>
      </w:hyperlink>
      <w:r>
        <w:t xml:space="preserve"> - An exploration of classic swimwear trends favored by French women in 2026, including low-back one-pieces, retro balconette bikinis, asymmetrical necklines, pastel hues, animal prints, and two-tone suits. The piece highlights a preference for timeless, elegant styles over fleeting runway trends, reflecting the French approach to fashion.</w:t>
      </w:r>
      <w:r/>
    </w:p>
    <w:p>
      <w:pPr>
        <w:pStyle w:val="ListNumber"/>
        <w:spacing w:line="240" w:lineRule="auto"/>
        <w:ind w:left="720"/>
      </w:pPr>
      <w:r/>
      <w:hyperlink r:id="rId14">
        <w:r>
          <w:rPr>
            <w:color w:val="0000EE"/>
            <w:u w:val="single"/>
          </w:rPr>
          <w:t>https://www.whowhatwear.com/fashion/affordable/zara-summer-dress-trends-2026</w:t>
        </w:r>
      </w:hyperlink>
      <w:r>
        <w:t xml:space="preserve"> - An overview of Zara's summer 2026 dress trends, featuring lightweight linen fabrics, timeless polka dots, exaggerated ruffles, vintage-inspired lace, soft pastel hues, and sophisticated two-tone designs. The article emphasizes versatile styles that seamlessly transition from day to night, enhancing simple footwear with stylish flair.</w:t>
      </w:r>
      <w:r/>
    </w:p>
    <w:p>
      <w:pPr>
        <w:pStyle w:val="ListNumber"/>
        <w:spacing w:line="240" w:lineRule="auto"/>
        <w:ind w:left="720"/>
      </w:pPr>
      <w:r/>
      <w:hyperlink r:id="rId12">
        <w:r>
          <w:rPr>
            <w:color w:val="0000EE"/>
            <w:u w:val="single"/>
          </w:rPr>
          <w:t>https://www.whowhatwear.com/fashion/shopping/best-bikinis-summer-2026</w:t>
        </w:r>
      </w:hyperlink>
      <w:r>
        <w:t xml:space="preserve"> - A curated guide to the trendiest bikini styles for Summer 2026, including jewel tones, ruffles, metallics, polka dots, animal prints, sporty cuts, beading, convertible options, and denim swimwear. Each selection is paired with purchase links, catering to various budgets and highlighting refined, Instagram-ready looks.</w:t>
      </w:r>
      <w:r/>
    </w:p>
    <w:p>
      <w:pPr>
        <w:pStyle w:val="ListNumber"/>
        <w:spacing w:line="240" w:lineRule="auto"/>
        <w:ind w:left="720"/>
      </w:pPr>
      <w:r/>
      <w:hyperlink r:id="rId13">
        <w:r>
          <w:rPr>
            <w:color w:val="0000EE"/>
            <w:u w:val="single"/>
          </w:rPr>
          <w:t>https://www.whowhatwear.com/fashion/summer/summer-2026-trends-by-zodiac-sign</w:t>
        </w:r>
      </w:hyperlink>
      <w:r>
        <w:t xml:space="preserve"> - An article aligning Summer 2026 fashion trends with each zodiac sign's personality, offering personalized style recommendations. For example, Aries embraces sporty swimwear, Taurus opts for comfortable poplin dresses, and Gemini chooses playful polka dots, reflecting the unique energy and style essence of each sign.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the-summer-of-swim-trunks-gays-argue-whether-skimpy-speedos-are-being-phased-out-20260706/" TargetMode="External"/><Relationship Id="rId10" Type="http://schemas.openxmlformats.org/officeDocument/2006/relationships/hyperlink" Target="https://www.whowhatwear.com/fashion/summer/swimwear-trends-2026" TargetMode="External"/><Relationship Id="rId11" Type="http://schemas.openxmlformats.org/officeDocument/2006/relationships/hyperlink" Target="https://www.whowhatwear.com/fashion/swimwear/french-swimwear-trends-2026" TargetMode="External"/><Relationship Id="rId12" Type="http://schemas.openxmlformats.org/officeDocument/2006/relationships/hyperlink" Target="https://www.whowhatwear.com/fashion/shopping/best-bikinis-summer-2026" TargetMode="External"/><Relationship Id="rId13" Type="http://schemas.openxmlformats.org/officeDocument/2006/relationships/hyperlink" Target="https://www.whowhatwear.com/fashion/summer/summer-2026-trends-by-zodiac-sign" TargetMode="External"/><Relationship Id="rId14" Type="http://schemas.openxmlformats.org/officeDocument/2006/relationships/hyperlink" Target="https://www.whowhatwear.com/fashion/affordable/zara-summer-dress-trends-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