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Summer Dining in Stockholm: Mälarpaviljongen’s Inclusive Waterfront Experience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sightseers are flocking to Mälarpaviljongen , a lively summer restaurant on Stockholm’s Norr Mälarstrand that blends great food, a colourful garden setting and a clear social mission; it’s become one of the city’s most popular seasonal spots for locals and visitors alike.</w:t>
      </w:r>
      <w:r/>
    </w:p>
    <w:p>
      <w:r/>
      <w:r>
        <w:t>Essential takeaways</w:t>
      </w:r>
      <w:r/>
      <w:r/>
    </w:p>
    <w:p>
      <w:pPr>
        <w:pStyle w:val="ListBullet"/>
        <w:spacing w:line="240" w:lineRule="auto"/>
        <w:ind w:left="720"/>
      </w:pPr>
      <w:r/>
      <w:r>
        <w:rPr>
          <w:b/>
        </w:rPr>
        <w:t>Historic waterside setting:</w:t>
      </w:r>
      <w:r>
        <w:t xml:space="preserve"> Located by City Hall on Kungsholmen’s south shore, the site grew from a wartime pavilion into a three‑barge restaurant with a garden.</w:t>
      </w:r>
      <w:r/>
    </w:p>
    <w:p>
      <w:pPr>
        <w:pStyle w:val="ListBullet"/>
        <w:spacing w:line="240" w:lineRule="auto"/>
        <w:ind w:left="720"/>
      </w:pPr>
      <w:r/>
      <w:r>
        <w:rPr>
          <w:b/>
        </w:rPr>
        <w:t>Big, relaxed atmosphere:</w:t>
      </w:r>
      <w:r>
        <w:t xml:space="preserve"> Around 700 seats across floating barges and terraces, offering mixed crowds and a holiday feel in the city.</w:t>
      </w:r>
      <w:r/>
    </w:p>
    <w:p>
      <w:pPr>
        <w:pStyle w:val="ListBullet"/>
        <w:spacing w:line="240" w:lineRule="auto"/>
        <w:ind w:left="720"/>
      </w:pPr>
      <w:r/>
      <w:r>
        <w:rPr>
          <w:b/>
        </w:rPr>
        <w:t>Social mission:</w:t>
      </w:r>
      <w:r>
        <w:t xml:space="preserve"> A share of wine sales supports the Rainbow Foundation, which was co‑founded by the owner to back LGBTQ+ rights and integration.</w:t>
      </w:r>
      <w:r/>
    </w:p>
    <w:p>
      <w:pPr>
        <w:pStyle w:val="ListBullet"/>
        <w:spacing w:line="240" w:lineRule="auto"/>
        <w:ind w:left="720"/>
      </w:pPr>
      <w:r/>
      <w:r>
        <w:rPr>
          <w:b/>
        </w:rPr>
        <w:t>Food and mood:</w:t>
      </w:r>
      <w:r>
        <w:t xml:space="preserve"> Classic Swedish fish dishes, chargrilled meats, burgers and chilled rosé , plus DJs, live music and Pride events.</w:t>
      </w:r>
      <w:r/>
    </w:p>
    <w:p>
      <w:pPr>
        <w:pStyle w:val="ListBullet"/>
        <w:spacing w:line="240" w:lineRule="auto"/>
        <w:ind w:left="720"/>
      </w:pPr>
      <w:r/>
      <w:r>
        <w:rPr>
          <w:b/>
        </w:rPr>
        <w:t>Seasonal opening:</w:t>
      </w:r>
      <w:r>
        <w:t xml:space="preserve"> The venue runs roughly April to September, making it a must for summer visitors.</w:t>
      </w:r>
      <w:r/>
      <w:r/>
    </w:p>
    <w:p>
      <w:pPr>
        <w:pStyle w:val="Heading2"/>
      </w:pPr>
      <w:r>
        <w:t>Why Mälarpaviljongen feels like a holiday, not a restaurant</w:t>
      </w:r>
      <w:r/>
    </w:p>
    <w:p>
      <w:r/>
      <w:r>
        <w:t>Step down to the water and the first thing you notice is the gentle clink of glass against timber and a garden full of late‑spring colour; it’s quietly festive. According to the restaurant’s own story, the small pavilion café that once stood here evolved into the larger venue you see today, helped by post‑war efforts to green Stockholm’s waterfront. That history gives the place a comfortable, lived‑in charm rather than a slick, seasonal pop‑up vibe.</w:t>
      </w:r>
      <w:r/>
    </w:p>
    <w:p>
      <w:r/>
      <w:r>
        <w:t>Owners and regulars alike describe it as “a moment of holiday in the middle of the city,” and you can see why , the seating spreads across floating barges, so you’re always close to water and light. If you want a relaxed lunch, a lively evening or somewhere to watch people go by, this is it.</w:t>
      </w:r>
      <w:r/>
    </w:p>
    <w:p>
      <w:pPr>
        <w:pStyle w:val="Heading2"/>
      </w:pPr>
      <w:r>
        <w:t>A restaurant with a mission: how work became part of integration</w:t>
      </w:r>
      <w:r/>
    </w:p>
    <w:p>
      <w:r/>
      <w:r>
        <w:t>Mälarpaviljongen’s social purpose is woven into its operations. The owner, Arto Winter, employed the restaurant’s first LGBTQ+ asylum seeker early on, an act that helped spark the Rainbow Foundation in 2014 alongside public figures from Sweden’s queer community. The connection is practical as well as symbolic: the restaurant channels part of its wine profits into the foundation, and it continues to offer employment opportunities for asylum seekers.</w:t>
      </w:r>
      <w:r/>
    </w:p>
    <w:p>
      <w:r/>
      <w:r>
        <w:t>That blend of hospitality and activism has shaped how the venue is seen: not just somewhere to eat, but a meeting place where inclusion matters. For visitors, it’s a pleasant reminder that eating out can also support a cause.</w:t>
      </w:r>
      <w:r/>
    </w:p>
    <w:p>
      <w:pPr>
        <w:pStyle w:val="Heading2"/>
      </w:pPr>
      <w:r>
        <w:t>What to expect on the menu and in the crowd</w:t>
      </w:r>
      <w:r/>
    </w:p>
    <w:p>
      <w:r/>
      <w:r>
        <w:t>Think Scandinavian classics served with a summer slant: seafood specialties, chargrilled proteins, crowd‑pleasing burgers and cocktails, all paired with the spot’s own rosé and white wines. A new sparkling wine named Ikonica is due to launch for the season, continuing the practice of donating part of wine sales to charity.</w:t>
      </w:r>
      <w:r/>
    </w:p>
    <w:p>
      <w:r/>
      <w:r>
        <w:t>The crowd is famously mixed , families, LGBTQ+ friends, office groups, tourists , which makes the atmosphere open and slightly buzzy. DJs or live music often underscore the evening, while Pride events bring a celebratory peak to the summer calendar.</w:t>
      </w:r>
      <w:r/>
    </w:p>
    <w:p>
      <w:pPr>
        <w:pStyle w:val="Heading2"/>
      </w:pPr>
      <w:r>
        <w:t>Practical tips: when to go and how to make the most of it</w:t>
      </w:r>
      <w:r/>
    </w:p>
    <w:p>
      <w:r/>
      <w:r>
        <w:t>Aim for late‑spring or early summer if you want the garden at its best; the busiest stretch is mid‑June to August. Weekday lunchtimes are calmer, while evenings and Pride dates fill up fast , book ahead if you want a waterside table. If you’re sensitive to noise, try an early sitting or reserve a quieter corner away from the DJ.</w:t>
      </w:r>
      <w:r/>
    </w:p>
    <w:p>
      <w:r/>
      <w:r>
        <w:t>Bring cashless payment and a weather‑friendly jacket , a sudden breeze off Lake Mälaren is part of the charm. For families, there’s room to spread out; for couples, the sunset over the water rarely disappoints.</w:t>
      </w:r>
      <w:r/>
    </w:p>
    <w:p>
      <w:pPr>
        <w:pStyle w:val="Heading2"/>
      </w:pPr>
      <w:r>
        <w:t>What this says about Stockholm’s summer scene</w:t>
      </w:r>
      <w:r/>
    </w:p>
    <w:p>
      <w:r/>
      <w:r>
        <w:t>Mälarpaviljongen isn’t just popular because of location; it reflects a wider trend of hospitality venues doubling as cultural and civic spaces. According to reviews and local listings, places that combine good food with thoughtful programming and community engagement are the ones people keep returning to. It’s a model that feels very Stockholm: practical, pretty and quietly progressive.</w:t>
      </w:r>
      <w:r/>
    </w:p>
    <w:p>
      <w:r/>
      <w:r>
        <w:t>If you want a taste of the city’s summer vibe, it’s a worthy stop , your plate will be good and your visit will feel connected to something larger.</w:t>
      </w:r>
      <w:r/>
    </w:p>
    <w:p>
      <w:r/>
      <w:r>
        <w:t>It's a small change that can make every summer meal feel a bit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4">
        <w:r>
          <w:rPr>
            <w:color w:val="0000EE"/>
            <w:u w:val="single"/>
          </w:rPr>
          <w:t>[3]</w:t>
        </w:r>
      </w:hyperlink>
      <w:r>
        <w:t xml:space="preserve">- Paragraph 5: </w:t>
      </w:r>
      <w:hyperlink r:id="rId11">
        <w:r>
          <w:rPr>
            <w:color w:val="0000EE"/>
            <w:u w:val="single"/>
          </w:rPr>
          <w:t>[5]</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https://scanmagazine.co.uk/malarpaviljongen-a-meeting-place-with-a-mission/</w:t>
        </w:r>
      </w:hyperlink>
      <w:r>
        <w:t xml:space="preserve"> - Please view link - unable to able to access data</w:t>
      </w:r>
      <w:r/>
    </w:p>
    <w:p>
      <w:pPr>
        <w:pStyle w:val="ListNumber"/>
        <w:spacing w:line="240" w:lineRule="auto"/>
        <w:ind w:left="720"/>
      </w:pPr>
      <w:r/>
      <w:hyperlink r:id="rId10">
        <w:r>
          <w:rPr>
            <w:color w:val="0000EE"/>
            <w:u w:val="single"/>
          </w:rPr>
          <w:t>https://www.malarpaviljongen.com/about-us</w:t>
        </w:r>
      </w:hyperlink>
      <w:r>
        <w:t xml:space="preserve"> - Mälarpaviljongen, established in 2004, is a vibrant café-bar located along Norr Mälarstrand in Stockholm. The venue offers a welcoming environment for all, featuring a charming café and bar amidst lush gardens. Guests can enjoy a variety of food and beverages, including coffee, sandwiches, pastries, and desserts. The establishment is open from early April to late September, providing a serene escape in the heart of the city. The menu includes classic Swedish dishes, chargrilled meats, burgers, cocktails, and chilled rosé, catering to diverse tastes.</w:t>
      </w:r>
      <w:r/>
    </w:p>
    <w:p>
      <w:pPr>
        <w:pStyle w:val="ListNumber"/>
        <w:spacing w:line="240" w:lineRule="auto"/>
        <w:ind w:left="720"/>
      </w:pPr>
      <w:r/>
      <w:hyperlink r:id="rId14">
        <w:r>
          <w:rPr>
            <w:color w:val="0000EE"/>
            <w:u w:val="single"/>
          </w:rPr>
          <w:t>https://www.malarpaviljongen.com/</w:t>
        </w:r>
      </w:hyperlink>
      <w:r>
        <w:t xml:space="preserve"> - Mälarpaviljongen is a unique meeting place in Stockholm, offering an idyllic, flourishing oasis along the lakeside walk of Norr Mälarstrand. The venue provides a variety of food and beverages, including coffee, sandwiches, pastries, and desserts. Open from early April to late September, it serves as a serene escape in the heart of the city. The establishment is known for its welcoming environment, catering to a diverse clientele, and offers a variety of food and beverages, including coffee, sandwiches, pastries, and desserts.</w:t>
      </w:r>
      <w:r/>
    </w:p>
    <w:p>
      <w:pPr>
        <w:pStyle w:val="ListNumber"/>
        <w:spacing w:line="240" w:lineRule="auto"/>
        <w:ind w:left="720"/>
      </w:pPr>
      <w:r/>
      <w:hyperlink r:id="rId12">
        <w:r>
          <w:rPr>
            <w:color w:val="0000EE"/>
            <w:u w:val="single"/>
          </w:rPr>
          <w:t>https://www.cadabradesign.se/project/malarpaviljongen-stockholm/</w:t>
        </w:r>
      </w:hyperlink>
      <w:r>
        <w:t xml:space="preserve"> - Mälarpaviljongen, located along Norr Mälarstrand in Stockholm, is a unique meeting place offering an idyllic, flourishing oasis with stunning waterfront views. The venue comprises three spacious and blooming floating barges on Lake Mälaren, providing seating for up to 700 guests. The establishment is known for its commitment to creating a pleasant environment, with a dedicated gardener tending to the lush surroundings. Open from early April to late September, it offers a variety of food and beverages, including coffee, sandwiches, pastries, and desserts.</w:t>
      </w:r>
      <w:r/>
    </w:p>
    <w:p>
      <w:pPr>
        <w:pStyle w:val="ListNumber"/>
        <w:spacing w:line="240" w:lineRule="auto"/>
        <w:ind w:left="720"/>
      </w:pPr>
      <w:r/>
      <w:hyperlink r:id="rId11">
        <w:r>
          <w:rPr>
            <w:color w:val="0000EE"/>
            <w:u w:val="single"/>
          </w:rPr>
          <w:t>https://www.timeout.com/stockholm/bars-and-pubs/maelarpaviljongen</w:t>
        </w:r>
      </w:hyperlink>
      <w:r>
        <w:t xml:space="preserve"> - Mälarpaviljongen is a vibrant bar located along Norr Mälarstrand in Stockholm, offering stunning waterfront views. The venue features a floating terrace adorned with blooming plants, string lights, and an unpretentious, gay-friendly crowd. Guests can enjoy a glass of champagne or rosé on the wooden sun deck during warm days, and on cooler days, the café area provides a cozy atmosphere with coffee and a slice of cake. The establishment is typically closed between October and April, operating from early April to late September.</w:t>
      </w:r>
      <w:r/>
    </w:p>
    <w:p>
      <w:pPr>
        <w:pStyle w:val="ListNumber"/>
        <w:spacing w:line="240" w:lineRule="auto"/>
        <w:ind w:left="720"/>
      </w:pPr>
      <w:r/>
      <w:hyperlink r:id="rId13">
        <w:r>
          <w:rPr>
            <w:color w:val="0000EE"/>
            <w:u w:val="single"/>
          </w:rPr>
          <w:t>https://res.se/malarpaviljongen</w:t>
        </w:r>
      </w:hyperlink>
      <w:r>
        <w:t xml:space="preserve"> - Mälarpaviljongen is a popular bar located along Norr Mälarstrand in Stockholm, offering a vibrant and open-minded atmosphere. The venue provides a variety of food and beverages, including coffee, sandwiches, pastries, and desserts. Open from early April to late September, it serves as a lively gathering spot for both locals and visitors. The establishment is known for its welcoming environment and is a favored destination for those seeking a pleasant and inclusive setting in the city.</w:t>
      </w:r>
      <w:r/>
    </w:p>
    <w:p>
      <w:pPr>
        <w:pStyle w:val="ListNumber"/>
        <w:spacing w:line="240" w:lineRule="auto"/>
        <w:ind w:left="720"/>
      </w:pPr>
      <w:r/>
      <w:hyperlink r:id="rId15">
        <w:r>
          <w:rPr>
            <w:color w:val="0000EE"/>
            <w:u w:val="single"/>
          </w:rPr>
          <w:t>https://www.krogen.se/restauranger/view/malarpaviljongen</w:t>
        </w:r>
      </w:hyperlink>
      <w:r>
        <w:t xml:space="preserve"> - Mälarpaviljongen, situated along Norr Mälarstrand in Stockholm, is a unique meeting place offering an idyllic, flourishing oasis with stunning waterfront views. The venue comprises three spacious and blooming floating barges on Lake Mälaren, providing seating for up to 700 guests. The establishment is known for its commitment to creating a pleasant environment, with a dedicated gardener tending to the lush surroundings. Open from early April to late September, it offers a variety of food and beverages, including coffee, sandwiches, pastries, and desserts.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canmagazine.co.uk/malarpaviljongen-a-meeting-place-with-a-mission/" TargetMode="External"/><Relationship Id="rId10" Type="http://schemas.openxmlformats.org/officeDocument/2006/relationships/hyperlink" Target="https://www.malarpaviljongen.com/about-us" TargetMode="External"/><Relationship Id="rId11" Type="http://schemas.openxmlformats.org/officeDocument/2006/relationships/hyperlink" Target="https://www.timeout.com/stockholm/bars-and-pubs/maelarpaviljongen" TargetMode="External"/><Relationship Id="rId12" Type="http://schemas.openxmlformats.org/officeDocument/2006/relationships/hyperlink" Target="https://www.cadabradesign.se/project/malarpaviljongen-stockholm/" TargetMode="External"/><Relationship Id="rId13" Type="http://schemas.openxmlformats.org/officeDocument/2006/relationships/hyperlink" Target="https://res.se/malarpaviljongen" TargetMode="External"/><Relationship Id="rId14" Type="http://schemas.openxmlformats.org/officeDocument/2006/relationships/hyperlink" Target="https://www.malarpaviljongen.com/" TargetMode="External"/><Relationship Id="rId15" Type="http://schemas.openxmlformats.org/officeDocument/2006/relationships/hyperlink" Target="https://www.krogen.se/restauranger/view/malarpaviljo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