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St. Pete Pride Plans and What Falling Sponsorships Mean for Local Events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sponsorships dry up, organisers are rethinking Pride’s scale and route in St. Pete , and that shift matters to businesses, visitors and the city’s summer calendar. Here’s what changed, why Shades of Pride was cut, and how Pride’s economics could be remade for a sustainable future.</w:t>
      </w:r>
      <w:r/>
    </w:p>
    <w:p>
      <w:r/>
      <w:r>
        <w:t>Essential Takeaways</w:t>
      </w:r>
      <w:r/>
      <w:r/>
    </w:p>
    <w:p>
      <w:pPr>
        <w:pStyle w:val="ListBullet"/>
        <w:spacing w:line="240" w:lineRule="auto"/>
        <w:ind w:left="720"/>
      </w:pPr>
      <w:r/>
      <w:r>
        <w:rPr>
          <w:b/>
        </w:rPr>
        <w:t>Event cancelled:</w:t>
      </w:r>
      <w:r>
        <w:t xml:space="preserve"> St. Pete Pride cancelled its July Shades of Pride event this year because sponsorship and budget shortfalls made it unaffordable. </w:t>
      </w:r>
      <w:r/>
    </w:p>
    <w:p>
      <w:pPr>
        <w:pStyle w:val="ListBullet"/>
        <w:spacing w:line="240" w:lineRule="auto"/>
        <w:ind w:left="720"/>
      </w:pPr>
      <w:r/>
      <w:r>
        <w:rPr>
          <w:b/>
        </w:rPr>
        <w:t>Location shifted:</w:t>
      </w:r>
      <w:r>
        <w:t xml:space="preserve"> The parade moved from Grand Central to Beach Drive in 2017, changing who benefits economically and altering the atmosphere. </w:t>
      </w:r>
      <w:r/>
    </w:p>
    <w:p>
      <w:pPr>
        <w:pStyle w:val="ListBullet"/>
        <w:spacing w:line="240" w:lineRule="auto"/>
        <w:ind w:left="720"/>
      </w:pPr>
      <w:r/>
      <w:r>
        <w:rPr>
          <w:b/>
        </w:rPr>
        <w:t>City subsidy at risk:</w:t>
      </w:r>
      <w:r>
        <w:t xml:space="preserve"> A city discount halves the event bill now; recent state rules may threaten that relief. </w:t>
      </w:r>
      <w:r/>
    </w:p>
    <w:p>
      <w:pPr>
        <w:pStyle w:val="ListBullet"/>
        <w:spacing w:line="240" w:lineRule="auto"/>
        <w:ind w:left="720"/>
      </w:pPr>
      <w:r/>
      <w:r>
        <w:rPr>
          <w:b/>
        </w:rPr>
        <w:t>Tourism impact:</w:t>
      </w:r>
      <w:r>
        <w:t xml:space="preserve"> Pride still draws hotel bookings and visitor spending, so the city gains tax revenue even as programming tightens. </w:t>
      </w:r>
      <w:r/>
    </w:p>
    <w:p>
      <w:pPr>
        <w:pStyle w:val="ListBullet"/>
        <w:spacing w:line="240" w:lineRule="auto"/>
        <w:ind w:left="720"/>
      </w:pPr>
      <w:r/>
      <w:r>
        <w:rPr>
          <w:b/>
        </w:rPr>
        <w:t>Reimagining models:</w:t>
      </w:r>
      <w:r>
        <w:t xml:space="preserve"> Organisers are exploring new partnership and funding approaches to keep Pride alive without large deficits.</w:t>
      </w:r>
      <w:r/>
      <w:r/>
    </w:p>
    <w:p>
      <w:pPr>
        <w:pStyle w:val="Heading2"/>
      </w:pPr>
      <w:r>
        <w:t>Why Shades of Pride was cut , simple math, painful choice</w:t>
      </w:r>
      <w:r/>
    </w:p>
    <w:p>
      <w:r/>
      <w:r>
        <w:t>St. Pete Pride’s leadership says rising costs and weaker business sponsorship forced the cancellation of Shades of Pride this summer. Organisers tell a familiar story: individual donations rose but didn’t cover the gap left by major corporate support, and that’s the kind of money needed to run free, large-scale celebrations. It’s an ugly bit of arithmetic that often gets smoothed over in good years, but when the sums don’t add up, events are the first things to go.</w:t>
      </w:r>
      <w:r/>
    </w:p>
    <w:p>
      <w:r/>
      <w:r>
        <w:t>This isn’t just an abstract budget line , it’s a celebration of Black queerness that many saw as essential to Pride’s inclusivity. Cutting it leaves both cultural and financial questions: who pays next year, and whether the community will step in where sponsors have pulled back.</w:t>
      </w:r>
      <w:r/>
    </w:p>
    <w:p>
      <w:pPr>
        <w:pStyle w:val="Heading2"/>
      </w:pPr>
      <w:r>
        <w:t>The route change that rewrote the local winners and losers</w:t>
      </w:r>
      <w:r/>
    </w:p>
    <w:p>
      <w:r/>
      <w:r>
        <w:t>For years the parade started in Grand Central and ran through Central Avenue, a routing that funnelled footfall to small, queer-friendly businesses. Moving the parade to Beach Drive in 2017 shifted the economic boost toward more upscale waterfront venues. The feel changed too; some long-time participants say Grand Central had a warmer, more grassroots atmosphere.</w:t>
      </w:r>
      <w:r/>
    </w:p>
    <w:p>
      <w:r/>
      <w:r>
        <w:t>There are practical trade-offs: officials point out Beach Drive is easier to police, clean and permit, since it’s largely one-sided and along the water. But that convenience comes with consequences for who benefits from the crowds, and whether smaller local businesses still see a return on sponsorship.</w:t>
      </w:r>
      <w:r/>
    </w:p>
    <w:p>
      <w:pPr>
        <w:pStyle w:val="Heading2"/>
      </w:pPr>
      <w:r>
        <w:t>A fragile municipal lifeline , and how state policy complicates it</w:t>
      </w:r>
      <w:r/>
    </w:p>
    <w:p>
      <w:r/>
      <w:r>
        <w:t>St. Pete Pride currently receives a significant discount on city services, a relief that cuts the roughly $300,000 bill in half. That kind of municipal support is crucial when sponsorships dip, but new state restrictions on DEI and LGBTQ+ funding could limit the city’s ability to offer the same help. If the discount vanishes, organisers will face a much harder calculus and may need to redesign events to be far less costly.</w:t>
      </w:r>
      <w:r/>
    </w:p>
    <w:p>
      <w:r/>
      <w:r>
        <w:t>Organisers are realistic: they’re talking about “reimagining” events to lower expenses rather than simply cancelling everything. Expect leaner programming, more volunteer-driven elements, and searching for partnerships that spread cost and risk differently.</w:t>
      </w:r>
      <w:r/>
    </w:p>
    <w:p>
      <w:pPr>
        <w:pStyle w:val="Heading2"/>
      </w:pPr>
      <w:r>
        <w:t>Why Pride still matters to tourism , and why that complicates funding debates</w:t>
      </w:r>
      <w:r/>
    </w:p>
    <w:p>
      <w:r/>
      <w:r>
        <w:t>Even with cuts to programming, Pride remains a major driver of tourism for St. Pete. Hotels from the beach to downtown fill up, and that translates into bed-tax revenue for the city and county. So taxpayers benefit indirectly even if the event’s budget is squeezed , a point organisers use when asking for continued civic support.</w:t>
      </w:r>
      <w:r/>
    </w:p>
    <w:p>
      <w:r/>
      <w:r>
        <w:t>That mismatch , public coffers profiting while organisers face deficits , fuels a tricky public debate about where responsibility should lie. It also gives Pride an argument for continued, if restructured, municipal partnership rather than being boxed out by political restrictions.</w:t>
      </w:r>
      <w:r/>
    </w:p>
    <w:p>
      <w:pPr>
        <w:pStyle w:val="Heading2"/>
      </w:pPr>
      <w:r>
        <w:t>What organisers and businesses can do next , practical ideas</w:t>
      </w:r>
      <w:r/>
    </w:p>
    <w:p>
      <w:r/>
      <w:r>
        <w:t>If you’re a local business thinking about sponsorship, consider scaled options: smaller cash tiers, in-kind support, or co-branded mini-events that target your customers directly. For organisers, diversifying revenue matters , think ticketed premium experiences alongside free community programming, grant-seeking, and strategic corporate partnerships that align with community values.</w:t>
      </w:r>
      <w:r/>
    </w:p>
    <w:p>
      <w:r/>
      <w:r>
        <w:t>Community members can help too: regular monthly donors, volunteer time, or crowd-funded underwriting for specific programmes like Shades of Pride would make a difference. The goal is a hybrid model where tourism income, municipal support and grassroots funding each play a role.</w:t>
      </w:r>
      <w:r/>
    </w:p>
    <w:p>
      <w:r/>
      <w:r>
        <w:t>It's a small change that can make every Pride celebration more resilient and inclusive.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0">
        <w:r>
          <w:rPr>
            <w:color w:val="0000EE"/>
            <w:u w:val="single"/>
          </w:rPr>
          <w:t>[2]</w:t>
        </w:r>
      </w:hyperlink>
      <w:r>
        <w:t xml:space="preserve">, </w:t>
      </w:r>
      <w:hyperlink r:id="rId12">
        <w:r>
          <w:rPr>
            <w:color w:val="0000EE"/>
            <w:u w:val="single"/>
          </w:rPr>
          <w:t>[6]</w:t>
        </w:r>
      </w:hyperlink>
      <w:r>
        <w:t xml:space="preserve">- Paragraph 3: </w:t>
      </w:r>
      <w:hyperlink r:id="rId10">
        <w:r>
          <w:rPr>
            <w:color w:val="0000EE"/>
            <w:u w:val="single"/>
          </w:rPr>
          <w:t>[2]</w:t>
        </w:r>
      </w:hyperlink>
      <w:r>
        <w:t xml:space="preserve">, </w:t>
      </w:r>
      <w:hyperlink r:id="rId13">
        <w:r>
          <w:rPr>
            <w:color w:val="0000EE"/>
            <w:u w:val="single"/>
          </w:rPr>
          <w:t>[4]</w:t>
        </w:r>
      </w:hyperlink>
      <w:r>
        <w:t xml:space="preserve">- Paragraph 4: </w:t>
      </w:r>
      <w:hyperlink r:id="rId10">
        <w:r>
          <w:rPr>
            <w:color w:val="0000EE"/>
            <w:u w:val="single"/>
          </w:rPr>
          <w:t>[2]</w:t>
        </w:r>
      </w:hyperlink>
      <w:r>
        <w:t xml:space="preserve">, </w:t>
      </w:r>
      <w:hyperlink r:id="rId14">
        <w:r>
          <w:rPr>
            <w:color w:val="0000EE"/>
            <w:u w:val="single"/>
          </w:rPr>
          <w:t>[5]</w:t>
        </w:r>
      </w:hyperlink>
      <w:r>
        <w:t xml:space="preserve">- Paragraph 5: </w:t>
      </w:r>
      <w:hyperlink r:id="rId10">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https://stpetecatalyst.com/how-st-pete-prides-economics-have-shifted/</w:t>
        </w:r>
      </w:hyperlink>
      <w:r>
        <w:t xml:space="preserve"> - Please view link - unable to able to access data</w:t>
      </w:r>
      <w:r/>
    </w:p>
    <w:p>
      <w:pPr>
        <w:pStyle w:val="ListNumber"/>
        <w:spacing w:line="240" w:lineRule="auto"/>
        <w:ind w:left="720"/>
      </w:pPr>
      <w:r/>
      <w:hyperlink r:id="rId10">
        <w:r>
          <w:rPr>
            <w:color w:val="0000EE"/>
            <w:u w:val="single"/>
          </w:rPr>
          <w:t>https://www.cltampa.com/news/st-pete-pride-cancels-delayed-juneteenth-event-amid-funding-crisis/</w:t>
        </w:r>
      </w:hyperlink>
      <w:r>
        <w:t xml:space="preserve"> - St. Pete Pride has cancelled its postponed Juneteenth celebration due to a funding crisis. Organisers announced the decision on social media, stating that without increased financial support from the community, future events may become smaller, less frequent, or even unfeasible. The organisation is actively seeking donations to sustain its operations and events.</w:t>
      </w:r>
      <w:r/>
    </w:p>
    <w:p>
      <w:pPr>
        <w:pStyle w:val="ListNumber"/>
        <w:spacing w:line="240" w:lineRule="auto"/>
        <w:ind w:left="720"/>
      </w:pPr>
      <w:r/>
      <w:hyperlink r:id="rId11">
        <w:r>
          <w:rPr>
            <w:color w:val="0000EE"/>
            <w:u w:val="single"/>
          </w:rPr>
          <w:t>https://www.fox13news.com/news/pride-kicks-off-with-new-parade-location</w:t>
        </w:r>
      </w:hyperlink>
      <w:r>
        <w:t xml:space="preserve"> - In 2017, the St. Pete Pride Parade relocated from Central Avenue to Bayshore Drive along the waterfront. The move aimed to enhance safety and manageability, with organisers noting that the previous route was nearly two miles long, whereas the new route is 1.5 miles. The change received mixed reactions from the community, with some expressing concerns over the loss of the event's traditional atmosphere.</w:t>
      </w:r>
      <w:r/>
    </w:p>
    <w:p>
      <w:pPr>
        <w:pStyle w:val="ListNumber"/>
        <w:spacing w:line="240" w:lineRule="auto"/>
        <w:ind w:left="720"/>
      </w:pPr>
      <w:r/>
      <w:hyperlink r:id="rId13">
        <w:r>
          <w:rPr>
            <w:color w:val="0000EE"/>
            <w:u w:val="single"/>
          </w:rPr>
          <w:t>https://www.fox13news.com/news/pride-city-agree-to-parade-route-along-bayshore</w:t>
        </w:r>
      </w:hyperlink>
      <w:r>
        <w:t xml:space="preserve"> - St. Pete Pride and the city of St. Petersburg agreed to move the parade route to Bayshore Drive in 2017. The decision was influenced by safety considerations following the Pulse nightclub shooting in Orlando. While the move was met with some opposition, organisers believed it would benefit everyone in the end, providing more space and improved safety measures.</w:t>
      </w:r>
      <w:r/>
    </w:p>
    <w:p>
      <w:pPr>
        <w:pStyle w:val="ListNumber"/>
        <w:spacing w:line="240" w:lineRule="auto"/>
        <w:ind w:left="720"/>
      </w:pPr>
      <w:r/>
      <w:hyperlink r:id="rId14">
        <w:r>
          <w:rPr>
            <w:color w:val="0000EE"/>
            <w:u w:val="single"/>
          </w:rPr>
          <w:t>https://www.fox13news.com/news/controversy-forgotten-as-pride-parade-takes-new-route</w:t>
        </w:r>
      </w:hyperlink>
      <w:r>
        <w:t xml:space="preserve"> - The 2017 St. Pete Pride Parade, relocated to Bayshore Drive, was attended by over 30,000 people. Despite initial controversy over the move, the event proceeded smoothly with no reported arrests. The parade featured a Trans Pride March and was part of a weekend of festivities celebrating the LGBTQ+ community.</w:t>
      </w:r>
      <w:r/>
    </w:p>
    <w:p>
      <w:pPr>
        <w:pStyle w:val="ListNumber"/>
        <w:spacing w:line="240" w:lineRule="auto"/>
        <w:ind w:left="720"/>
      </w:pPr>
      <w:r/>
      <w:hyperlink r:id="rId12">
        <w:r>
          <w:rPr>
            <w:color w:val="0000EE"/>
            <w:u w:val="single"/>
          </w:rPr>
          <w:t>https://www.change.org/p/st-pete-pride-organization-move-the-st-pete-pride-parade-back-to-the-grand-central-district</w:t>
        </w:r>
      </w:hyperlink>
      <w:r>
        <w:t xml:space="preserve"> - A petition was initiated to move the St. Pete Pride Parade back to the Grand Central District, where it was founded and flourished. Supporters argued that the original location contributed to the event's unique atmosphere and community spirit, and that its relocation to Bayshore Drive was a departure from tradition.</w:t>
      </w:r>
      <w:r/>
    </w:p>
    <w:p>
      <w:pPr>
        <w:pStyle w:val="ListNumber"/>
        <w:spacing w:line="240" w:lineRule="auto"/>
        <w:ind w:left="720"/>
      </w:pPr>
      <w:r/>
      <w:hyperlink r:id="rId15">
        <w:r>
          <w:rPr>
            <w:color w:val="0000EE"/>
            <w:u w:val="single"/>
          </w:rPr>
          <w:t>https://www.stpetepride.org/events/2022-st-pete-pride-parade</w:t>
        </w:r>
      </w:hyperlink>
      <w:r>
        <w:t xml:space="preserve"> - The 2022 St. Pete Pride Parade featured entertainment at Spa Beach, with vendors, food trucks, and beverage stations lining the area leading up to the main entertainment stage. The parade stepped off at 4pm, with main stage entertainment continuing until 10pm. Attendees were advised of limited options to cross Bayshore Drive during the parade.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stpetecatalyst.com/how-st-pete-prides-economics-have-shifted/" TargetMode="External"/><Relationship Id="rId10" Type="http://schemas.openxmlformats.org/officeDocument/2006/relationships/hyperlink" Target="https://www.cltampa.com/news/st-pete-pride-cancels-delayed-juneteenth-event-amid-funding-crisis/" TargetMode="External"/><Relationship Id="rId11" Type="http://schemas.openxmlformats.org/officeDocument/2006/relationships/hyperlink" Target="https://www.fox13news.com/news/pride-kicks-off-with-new-parade-location" TargetMode="External"/><Relationship Id="rId12" Type="http://schemas.openxmlformats.org/officeDocument/2006/relationships/hyperlink" Target="https://www.change.org/p/st-pete-pride-organization-move-the-st-pete-pride-parade-back-to-the-grand-central-district" TargetMode="External"/><Relationship Id="rId13" Type="http://schemas.openxmlformats.org/officeDocument/2006/relationships/hyperlink" Target="https://www.fox13news.com/news/pride-city-agree-to-parade-route-along-bayshore" TargetMode="External"/><Relationship Id="rId14" Type="http://schemas.openxmlformats.org/officeDocument/2006/relationships/hyperlink" Target="https://www.fox13news.com/news/controversy-forgotten-as-pride-parade-takes-new-route" TargetMode="External"/><Relationship Id="rId15" Type="http://schemas.openxmlformats.org/officeDocument/2006/relationships/hyperlink" Target="https://www.stpetepride.org/events/2022-st-pete-pride-parad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