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Sapphic Cinema Picks: Classic Queer Films to Watch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cinephiles are returning to sapphic cinema, seeking sharp portraits of love, revolt and quiet desire; here’s a lively, updated watch list of classic and recent lesbian-led films to stream, seek out on 4K revival prints, or add to your next cosy movie night queue.</w:t>
      </w:r>
      <w:r/>
    </w:p>
    <w:p>
      <w:r/>
      <w:r>
        <w:t>Essential Takeaways</w:t>
      </w:r>
      <w:r/>
      <w:r/>
    </w:p>
    <w:p>
      <w:pPr>
        <w:pStyle w:val="ListBullet"/>
        <w:spacing w:line="240" w:lineRule="auto"/>
        <w:ind w:left="720"/>
      </w:pPr>
      <w:r/>
      <w:r>
        <w:rPr>
          <w:b/>
        </w:rPr>
        <w:t>Timeless intensity:</w:t>
      </w:r>
      <w:r>
        <w:t xml:space="preserve"> Films like Carol and Blue is the Warmest Color still hit emotionally hard, with lush visuals and palpable tension.</w:t>
      </w:r>
      <w:r/>
    </w:p>
    <w:p>
      <w:pPr>
        <w:pStyle w:val="ListBullet"/>
        <w:spacing w:line="240" w:lineRule="auto"/>
        <w:ind w:left="720"/>
      </w:pPr>
      <w:r/>
      <w:r>
        <w:rPr>
          <w:b/>
        </w:rPr>
        <w:t>Revived formats:</w:t>
      </w:r>
      <w:r>
        <w:t xml:space="preserve"> Several cult favourites have received 4K restorations and festival screenings, making them feel brand-new again.</w:t>
      </w:r>
      <w:r/>
    </w:p>
    <w:p>
      <w:pPr>
        <w:pStyle w:val="ListBullet"/>
        <w:spacing w:line="240" w:lineRule="auto"/>
        <w:ind w:left="720"/>
      </w:pPr>
      <w:r/>
      <w:r>
        <w:rPr>
          <w:b/>
        </w:rPr>
        <w:t>Range of tones:</w:t>
      </w:r>
      <w:r>
        <w:t xml:space="preserve"> Expect everything from camp satire and rom-coms to noir thrillers and intimate dramas, there’s a mood for every viewer.</w:t>
      </w:r>
      <w:r/>
    </w:p>
    <w:p>
      <w:pPr>
        <w:pStyle w:val="ListBullet"/>
        <w:spacing w:line="240" w:lineRule="auto"/>
        <w:ind w:left="720"/>
      </w:pPr>
      <w:r/>
      <w:r>
        <w:rPr>
          <w:b/>
        </w:rPr>
        <w:t>Easier access:</w:t>
      </w:r>
      <w:r>
        <w:t xml:space="preserve"> Dedicated queer platforms and major streamers now host many titles, so hunting down prints is less necessary.</w:t>
      </w:r>
      <w:r/>
    </w:p>
    <w:p>
      <w:pPr>
        <w:pStyle w:val="ListBullet"/>
        <w:spacing w:line="240" w:lineRule="auto"/>
        <w:ind w:left="720"/>
      </w:pPr>
      <w:r/>
      <w:r>
        <w:rPr>
          <w:b/>
        </w:rPr>
        <w:t>A growing wave:</w:t>
      </w:r>
      <w:r>
        <w:t xml:space="preserve"> The industry pipeline has at least twenty-five sapphic titles slated for 2026, so new options are arriving fast.</w:t>
      </w:r>
      <w:r/>
      <w:r/>
    </w:p>
    <w:p>
      <w:pPr>
        <w:pStyle w:val="Heading2"/>
      </w:pPr>
      <w:r>
        <w:t>Why these films still matter , emotional honesty and cinematic craft</w:t>
      </w:r>
      <w:r/>
    </w:p>
    <w:p>
      <w:r/>
      <w:r>
        <w:t>Sapphic cinema has always been as much about telling women’s interior lives as it is about any single plot twist, and that emotional honesty is why films like Carol and The Hours remain so affecting. Carol’s slow-burn glances and The Hours’ interwoven lives both feel tactile; you can almost smell the costumes and dust motes. Critics and festivals continue to honour these movies, and anniversary screenings prove audiences want to revisit them. If you’re new to the lane, start with a mood rather than a year: want delicate longing? Try Carol. Craving something raw and controversial? Blue is the Warmest Color still sparks heat.</w:t>
      </w:r>
      <w:r/>
    </w:p>
    <w:p>
      <w:pPr>
        <w:pStyle w:val="Heading2"/>
      </w:pPr>
      <w:r>
        <w:t>Camp, satire and the joy of subversion , But I’m a Cheerleader and similar picks</w:t>
      </w:r>
      <w:r/>
    </w:p>
    <w:p>
      <w:r/>
      <w:r>
        <w:t>If you want satire with a sugar-snap bite, But I’m a Cheerleader serves neon-coloured outrage with a wink. Its John Waters-esque energy makes conversion therapy a target for comedy, and recent 4K treatments and revival-house screenings have given it fresh life. Camp functions as critique here: the louder the palette, the sharper the point. For easy viewing that still says something, that blend of humour and critique is a smart place to begin. Look for restored prints on revival theatre programmes or revived Blu-ray releases if you want the full sensory kick.</w:t>
      </w:r>
      <w:r/>
    </w:p>
    <w:p>
      <w:pPr>
        <w:pStyle w:val="Heading2"/>
      </w:pPr>
      <w:r>
        <w:t>Desire, danger and noir , thrillers that put sapphic relationships at the centre</w:t>
      </w:r>
      <w:r/>
    </w:p>
    <w:p>
      <w:r/>
      <w:r>
        <w:t>Bound and Fingersmith prove queer relationships slot neatly into genre cinema: crime, heist and double-cross plots become richer when desire complicates motives. Bound’s sizzling chemistry and plot tension keep you on edge, while Fingersmith layers deception with unexpected tenderness. These films are reminders that representation isn’t only about coming-out stories; it’s also about letting queer characters exist in thrillers, period drama and genre work. When choosing what to watch, pick a runtime that fits your energy, if you want breathless plotting, a heist film like Bound is ideal.</w:t>
      </w:r>
      <w:r/>
    </w:p>
    <w:p>
      <w:pPr>
        <w:pStyle w:val="Heading2"/>
      </w:pPr>
      <w:r>
        <w:t>The quieter, literary strains , subtlety in The Hours and Oranges Are Not the Only Fruit</w:t>
      </w:r>
      <w:r/>
    </w:p>
    <w:p>
      <w:r/>
      <w:r>
        <w:t>Not all sapphic stories shout. Some whisper, like The Hours, which threads three women across time with a Woolfian central pulse, or Oranges Are Not the Only Fruit, where religious fervour and self-discovery collide. These entries reward patience: the moments that seem small at first, a look, a withheld word, become the ones that linger. If you favour films that invite discussion afterwards, these are the titles to queue for book-club-style picks.</w:t>
      </w:r>
      <w:r/>
    </w:p>
    <w:p>
      <w:pPr>
        <w:pStyle w:val="Heading2"/>
      </w:pPr>
      <w:r>
        <w:t>New wave and accessibility , why now is the best time to build a sapphic watchlist</w:t>
      </w:r>
      <w:r/>
    </w:p>
    <w:p>
      <w:r/>
      <w:r>
        <w:t>The genre isn’t static. Festivals and distributors are pushing at least twenty-five sapphic films into 2026, from debut directors to festival darlings moving into wider release. Streaming has followed: many classics live on queer-focused services and major platforms, and restorations mean you can see older films in crisp 4K. That access makes assembling a themed marathon easier than ever. Practical tip: check specialised queer streaming platforms first, then search major services; restorations sometimes turn up in theatrical windows before landing digitally.</w:t>
      </w:r>
      <w:r/>
    </w:p>
    <w:p>
      <w:r/>
      <w:r>
        <w:t>It's a small change that can make every watch feel like a discovery.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https://filmdaily.co/obsessions/girls-like-girls-top-sapphic-cinema/</w:t>
        </w:r>
      </w:hyperlink>
      <w:r>
        <w:t xml:space="preserve"> - Please view link - unable to able to access data</w:t>
      </w:r>
      <w:r/>
    </w:p>
    <w:p>
      <w:pPr>
        <w:pStyle w:val="ListNumber"/>
        <w:spacing w:line="240" w:lineRule="auto"/>
        <w:ind w:left="720"/>
      </w:pPr>
      <w:r/>
      <w:hyperlink r:id="rId10">
        <w:r>
          <w:rPr>
            <w:color w:val="0000EE"/>
            <w:u w:val="single"/>
          </w:rPr>
          <w:t>https://www.paristheaternyc.com/film/but-im-a-cheerleader-romance</w:t>
        </w:r>
      </w:hyperlink>
      <w:r>
        <w:t xml:space="preserve"> - The Paris Theater in New York City hosted a 4K restoration screening of 'But I'm a Cheerleader' on April 19, 2025. This satirical romantic comedy, directed by Jamie Babbit, follows teenager Megan (Natasha Lyonne) as she navigates a conversion therapy camp after her parents suspect her of being a lesbian. The film also stars Clea DuVall, Melanie Lynskey, and RuPaul Charles. The screening was part of the 'A Century of Romance' series, highlighting significant romantic films.</w:t>
      </w:r>
      <w:r/>
    </w:p>
    <w:p>
      <w:pPr>
        <w:pStyle w:val="ListNumber"/>
        <w:spacing w:line="240" w:lineRule="auto"/>
        <w:ind w:left="720"/>
      </w:pPr>
      <w:r/>
      <w:hyperlink r:id="rId11">
        <w:r>
          <w:rPr>
            <w:color w:val="0000EE"/>
            <w:u w:val="single"/>
          </w:rPr>
          <w:t>https://www.egyptiantheatre.com/film/romance-but-im-a-cheerleader</w:t>
        </w:r>
      </w:hyperlink>
      <w:r>
        <w:t xml:space="preserve"> - The Egyptian Theatre in Los Angeles featured a 4K restoration of 'But I'm a Cheerleader' on March 4, 2025. Directed by Jamie Babbit, the film portrays Megan (Natasha Lyonne), a teenager sent to a conversion therapy camp by her parents. The cast includes Clea DuVall, Melanie Lynskey, and RuPaul Charles. This screening was part of the 'A Century of Romance' series, showcasing influential romantic films.</w:t>
      </w:r>
      <w:r/>
    </w:p>
    <w:p>
      <w:pPr>
        <w:pStyle w:val="ListNumber"/>
        <w:spacing w:line="240" w:lineRule="auto"/>
        <w:ind w:left="720"/>
      </w:pPr>
      <w:r/>
      <w:hyperlink r:id="rId12">
        <w:r>
          <w:rPr>
            <w:color w:val="0000EE"/>
            <w:u w:val="single"/>
          </w:rPr>
          <w:t>https://screen-connections.com/2025/10/10/4k-ultra-hd-review-but-im-a-cheerleader/</w:t>
        </w:r>
      </w:hyperlink>
      <w:r>
        <w:t xml:space="preserve"> - A review of the 4K Ultra HD release of 'But I'm a Cheerleader: Director’s Cut' by Screen-Connections, published on October 10, 2025. The review discusses the film's satirical take on conversion therapy, its cultural impact, and the performances of Natasha Lyonne, Clea DuVall, and RuPaul Charles. The release is praised for its enhanced visual quality and the inclusion of bonus features.</w:t>
      </w:r>
      <w:r/>
    </w:p>
    <w:p>
      <w:pPr>
        <w:pStyle w:val="ListNumber"/>
        <w:spacing w:line="240" w:lineRule="auto"/>
        <w:ind w:left="720"/>
      </w:pPr>
      <w:r/>
      <w:hyperlink r:id="rId14">
        <w:r>
          <w:rPr>
            <w:color w:val="0000EE"/>
            <w:u w:val="single"/>
          </w:rPr>
          <w:t>https://www.blu-ray.com/news/?id=36660</w:t>
        </w:r>
      </w:hyperlink>
      <w:r>
        <w:t xml:space="preserve"> - Blu-ray.com announced on June 24, 2025, that Lionsgate Home Entertainment would release a 4K Blu-ray of 'But I'm a Cheerleader.' The film, directed by Jamie Babbit and starring Natasha Lyonne, Clea DuVall, and RuPaul Charles, follows a teenager sent to a conversion therapy camp. The release is exclusive to Amazon and is scheduled for August 26, 2025.</w:t>
      </w:r>
      <w:r/>
    </w:p>
    <w:p>
      <w:pPr>
        <w:pStyle w:val="ListNumber"/>
        <w:spacing w:line="240" w:lineRule="auto"/>
        <w:ind w:left="720"/>
      </w:pPr>
      <w:r/>
      <w:hyperlink r:id="rId15">
        <w:r>
          <w:rPr>
            <w:color w:val="0000EE"/>
            <w:u w:val="single"/>
          </w:rPr>
          <w:t>https://www.justwatch.com/us/movie/but-im-a-cheerleader</w:t>
        </w:r>
      </w:hyperlink>
      <w:r>
        <w:t xml:space="preserve"> - JustWatch provides streaming and rental information for 'But I'm a Cheerleader.' As of June 25, 2026, the film is available for rent in HD and 4K on platforms like Amazon Video and Apple TV. It is also available for streaming with subscriptions to services such as Peacock Premium and YouTube TV, and for free with ads on platforms like The Roku Channel and Tubi TV.</w:t>
      </w:r>
      <w:r/>
    </w:p>
    <w:p>
      <w:pPr>
        <w:pStyle w:val="ListNumber"/>
        <w:spacing w:line="240" w:lineRule="auto"/>
        <w:ind w:left="720"/>
      </w:pPr>
      <w:r/>
      <w:hyperlink r:id="rId13">
        <w:r>
          <w:rPr>
            <w:color w:val="0000EE"/>
            <w:u w:val="single"/>
          </w:rPr>
          <w:t>https://consequence.net/2025/08/but-im-a-cheerleader-4k-natasha-lyonne/</w:t>
        </w:r>
      </w:hyperlink>
      <w:r>
        <w:t xml:space="preserve"> - Consequence.net reported on August 27, 2025, that 'But I'm a Cheerleader' is now available in 4K Ultra HD. The article highlights the film's significance in LGBTQ+ cinema and its availability for purchase on Amazon. The film stars Natasha Lyonne and is directed by Jamie Babbit, offering a satirical look at conversion therapy.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obsessions/girls-like-girls-top-sapphic-cinema/" TargetMode="External"/><Relationship Id="rId10" Type="http://schemas.openxmlformats.org/officeDocument/2006/relationships/hyperlink" Target="https://www.paristheaternyc.com/film/but-im-a-cheerleader-romance" TargetMode="External"/><Relationship Id="rId11" Type="http://schemas.openxmlformats.org/officeDocument/2006/relationships/hyperlink" Target="https://www.egyptiantheatre.com/film/romance-but-im-a-cheerleader" TargetMode="External"/><Relationship Id="rId12" Type="http://schemas.openxmlformats.org/officeDocument/2006/relationships/hyperlink" Target="https://screen-connections.com/2025/10/10/4k-ultra-hd-review-but-im-a-cheerleader/" TargetMode="External"/><Relationship Id="rId13" Type="http://schemas.openxmlformats.org/officeDocument/2006/relationships/hyperlink" Target="https://consequence.net/2025/08/but-im-a-cheerleader-4k-natasha-lyonne/" TargetMode="External"/><Relationship Id="rId14" Type="http://schemas.openxmlformats.org/officeDocument/2006/relationships/hyperlink" Target="https://www.blu-ray.com/news/?id=36660" TargetMode="External"/><Relationship Id="rId15" Type="http://schemas.openxmlformats.org/officeDocument/2006/relationships/hyperlink" Target="https://www.justwatch.com/us/movie/but-im-a-cheerlead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