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Francisco Frozen Film Festival Picks for Queer Cinema Fans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neighbourhood screenings , and film lovers are circling July 15–19 for the San Francisco Frozen Film Festival. The small-but-mighty non-profit returns with outdoor screenings downtown, an opening night party at The Lost Church, and a strong LGBTQ+ short collection that highlights fresh, hopeful voices.</w:t>
      </w:r>
      <w:r/>
    </w:p>
    <w:p>
      <w:r/>
      <w:r>
        <w:t>Essential Takeaways</w:t>
      </w:r>
      <w:r/>
      <w:r/>
    </w:p>
    <w:p>
      <w:pPr>
        <w:pStyle w:val="ListBullet"/>
        <w:spacing w:line="240" w:lineRule="auto"/>
        <w:ind w:left="720"/>
      </w:pPr>
      <w:r/>
      <w:r>
        <w:rPr>
          <w:b/>
        </w:rPr>
        <w:t>When and where:</w:t>
      </w:r>
      <w:r>
        <w:t xml:space="preserve"> July 15–19, with most in-person screenings at Crossing Outdoor Cinema and an opening night at The Lost Church. </w:t>
      </w:r>
      <w:r/>
    </w:p>
    <w:p>
      <w:pPr>
        <w:pStyle w:val="ListBullet"/>
        <w:spacing w:line="240" w:lineRule="auto"/>
        <w:ind w:left="720"/>
      </w:pPr>
      <w:r/>
      <w:r>
        <w:rPr>
          <w:b/>
        </w:rPr>
        <w:t>Festival scale:</w:t>
      </w:r>
      <w:r>
        <w:t xml:space="preserve"> Around 100 films in-person and 100+ online, drawn from more than 800 submissions. </w:t>
      </w:r>
      <w:r/>
    </w:p>
    <w:p>
      <w:pPr>
        <w:pStyle w:val="ListBullet"/>
        <w:spacing w:line="240" w:lineRule="auto"/>
        <w:ind w:left="720"/>
      </w:pPr>
      <w:r/>
      <w:r>
        <w:rPr>
          <w:b/>
        </w:rPr>
        <w:t>Focus:</w:t>
      </w:r>
      <w:r>
        <w:t xml:space="preserve"> Independent filmmakers, youth, artists of conscience and underserved communities , including a dedicated LGBTQ+ shorts programme. </w:t>
      </w:r>
      <w:r/>
    </w:p>
    <w:p>
      <w:pPr>
        <w:pStyle w:val="ListBullet"/>
        <w:spacing w:line="240" w:lineRule="auto"/>
        <w:ind w:left="720"/>
      </w:pPr>
      <w:r/>
      <w:r>
        <w:rPr>
          <w:b/>
        </w:rPr>
        <w:t>Tone of the films:</w:t>
      </w:r>
      <w:r>
        <w:t xml:space="preserve"> Varied , from hazy Super 8 music documentaries to intimate, identity-centred dramas; many feel quietly hopeful. </w:t>
      </w:r>
      <w:r/>
    </w:p>
    <w:p>
      <w:pPr>
        <w:pStyle w:val="ListBullet"/>
        <w:spacing w:line="240" w:lineRule="auto"/>
        <w:ind w:left="720"/>
      </w:pPr>
      <w:r/>
      <w:r>
        <w:rPr>
          <w:b/>
        </w:rPr>
        <w:t>Cost:</w:t>
      </w:r>
      <w:r>
        <w:t xml:space="preserve"> A festival pass is available (check the festival site for current pricing and online viewing options).</w:t>
      </w:r>
      <w:r/>
      <w:r/>
    </w:p>
    <w:p>
      <w:pPr>
        <w:pStyle w:val="Heading2"/>
      </w:pPr>
      <w:r>
        <w:t>Why this little festival still matters to San Francisco filmgoers</w:t>
      </w:r>
      <w:r/>
    </w:p>
    <w:p>
      <w:r/>
      <w:r>
        <w:t>The Frozen Film Festival keeps a neighbourhood feel, and you can sense it when you walk into an outdoor screening , the air, the chatter, the city skyline tightening the frame. According to the festival organisers, the event was founded to expand San Francisco’s festival scene and to give voice to filmmakers who might not otherwise be seen. That small-scale, community-led approach makes the line-up feel curated rather than commercial, which is a rare treat in a city that hosts larger festivals year-round.</w:t>
      </w:r>
      <w:r/>
    </w:p>
    <w:p>
      <w:pPr>
        <w:pStyle w:val="Heading2"/>
      </w:pPr>
      <w:r>
        <w:t>What to expect from the LGBTQ+ Short Film Collection</w:t>
      </w:r>
      <w:r/>
    </w:p>
    <w:p>
      <w:r/>
      <w:r>
        <w:t>Expect variety: observational documentaries, collaged experimental pieces, and intimate dramas that poke at identity and family. One highlight uses Super 8 and hand animation to capture the grit and glow of an underground band, creating a hazy, tactile texture you can almost smell. Other shorts turn inward with quiet voiceovers and domestic detail , they’re less about spectacle and more about bearing witness, which stays with you long after the credits roll.</w:t>
      </w:r>
      <w:r/>
    </w:p>
    <w:p>
      <w:pPr>
        <w:pStyle w:val="Heading2"/>
      </w:pPr>
      <w:r>
        <w:t>How the festival curates queer stories with nuance</w:t>
      </w:r>
      <w:r/>
    </w:p>
    <w:p>
      <w:r/>
      <w:r>
        <w:t>Festival co-founder Gabriel Bellman has described the event as a place to amplify underrepresented voices, and that shows in the programming. Films about trans joy, parental confusion, and everyday queerness sit alongside pieces that document underground scenes, so you get both context and intimacy. The curators seem to favour work that opens a sliver of understanding rather than finger-wagging, which helps bridge gaps between audiences of differing backgrounds.</w:t>
      </w:r>
      <w:r/>
    </w:p>
    <w:p>
      <w:pPr>
        <w:pStyle w:val="Heading2"/>
      </w:pPr>
      <w:r>
        <w:t>Practical tips for attending: tickets, timing and comfort</w:t>
      </w:r>
      <w:r/>
    </w:p>
    <w:p>
      <w:r/>
      <w:r>
        <w:t>Buy your pass or tickets early , outdoor cinema seating fills fast on warm nights. Bring layers: fog and evening chill are part of San Francisco’s charm and can sneak up between films. If you’re watching online, check available windows for virtual screenings so you don’t miss premieres. Lastly, arrive early to snag a good spot and to soak in the pre-show atmosphere at The Lost Church on opening night.</w:t>
      </w:r>
      <w:r/>
    </w:p>
    <w:p>
      <w:pPr>
        <w:pStyle w:val="Heading2"/>
      </w:pPr>
      <w:r>
        <w:t>Why filmmakers choose Frozen: a platform with heart</w:t>
      </w:r>
      <w:r/>
    </w:p>
    <w:p>
      <w:r/>
      <w:r>
        <w:t>For many makers, the festival is less about awards and more about being seen by a community that listens. Submissions this year numbered in the hundreds from dozens of countries, reflecting both the festival’s reach and its reputation as a supportive space for debut and experimental work. For audiences, that means encountering bold storytelling and artists who treat queerness as lived experience rather than a headline.</w:t>
      </w:r>
      <w:r/>
    </w:p>
    <w:p>
      <w:r/>
      <w:r>
        <w:t>It's a small change that can make every screening feel like discovery.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1">
        <w:r>
          <w:rPr>
            <w:color w:val="0000EE"/>
            <w:u w:val="single"/>
          </w:rPr>
          <w:t>[5]</w:t>
        </w:r>
      </w:hyperlink>
      <w:r>
        <w:t xml:space="preserve">, </w:t>
      </w:r>
      <w:hyperlink r:id="rId11">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1">
        <w:r>
          <w:rPr>
            <w:color w:val="0000EE"/>
            <w:u w:val="single"/>
          </w:rPr>
          <w:t>[4]</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https://www.ebar.com/story/168007/</w:t>
        </w:r>
      </w:hyperlink>
      <w:r>
        <w:t xml:space="preserve"> - Please view link - unable to able to access data</w:t>
      </w:r>
      <w:r/>
    </w:p>
    <w:p>
      <w:pPr>
        <w:pStyle w:val="ListNumber"/>
        <w:spacing w:line="240" w:lineRule="auto"/>
        <w:ind w:left="720"/>
      </w:pPr>
      <w:r/>
      <w:hyperlink r:id="rId10">
        <w:r>
          <w:rPr>
            <w:color w:val="0000EE"/>
            <w:u w:val="single"/>
          </w:rPr>
          <w:t>https://www.frozenfilmfestival.com/sffff2026</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p>
      <w:pPr>
        <w:pStyle w:val="ListNumber"/>
        <w:spacing w:line="240" w:lineRule="auto"/>
        <w:ind w:left="720"/>
      </w:pPr>
      <w:r/>
      <w:hyperlink r:id="rId11">
        <w:r>
          <w:rPr>
            <w:color w:val="0000EE"/>
            <w:u w:val="single"/>
          </w:rPr>
          <w:t>https://www.frozenfilmfestival.com/sffff2026-2</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p>
      <w:pPr>
        <w:pStyle w:val="ListNumber"/>
        <w:spacing w:line="240" w:lineRule="auto"/>
        <w:ind w:left="720"/>
      </w:pPr>
      <w:r/>
      <w:hyperlink r:id="rId11">
        <w:r>
          <w:rPr>
            <w:color w:val="0000EE"/>
            <w:u w:val="single"/>
          </w:rPr>
          <w:t>https://www.frozenfilmfestival.com/sffff2026-2</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p>
      <w:pPr>
        <w:pStyle w:val="ListNumber"/>
        <w:spacing w:line="240" w:lineRule="auto"/>
        <w:ind w:left="720"/>
      </w:pPr>
      <w:r/>
      <w:hyperlink r:id="rId11">
        <w:r>
          <w:rPr>
            <w:color w:val="0000EE"/>
            <w:u w:val="single"/>
          </w:rPr>
          <w:t>https://www.frozenfilmfestival.com/sffff2026-2</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p>
      <w:pPr>
        <w:pStyle w:val="ListNumber"/>
        <w:spacing w:line="240" w:lineRule="auto"/>
        <w:ind w:left="720"/>
      </w:pPr>
      <w:r/>
      <w:hyperlink r:id="rId11">
        <w:r>
          <w:rPr>
            <w:color w:val="0000EE"/>
            <w:u w:val="single"/>
          </w:rPr>
          <w:t>https://www.frozenfilmfestival.com/sffff2026-2</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p>
      <w:pPr>
        <w:pStyle w:val="ListNumber"/>
        <w:spacing w:line="240" w:lineRule="auto"/>
        <w:ind w:left="720"/>
      </w:pPr>
      <w:r/>
      <w:hyperlink r:id="rId11">
        <w:r>
          <w:rPr>
            <w:color w:val="0000EE"/>
            <w:u w:val="single"/>
          </w:rPr>
          <w:t>https://www.frozenfilmfestival.com/sffff2026-2</w:t>
        </w:r>
      </w:hyperlink>
      <w:r>
        <w:t xml:space="preserve"> - The San Francisco Frozen Film Festival (SFFFF) is celebrating its 20th anniversary from July 15 to 19, 2026. The festival will feature in-person screenings at The Crossing Outdoor Cinema and an opening night party at The Lost Church. The event aims to support independent filmmakers, youth, filmmakers of conscience, and artists from underserved communities. The festival will showcase a diverse lineup of films, including dramas, documentaries, experimental shorts, comedies, surf and skate films, and animated features. Tickets and passes are available for purchase on the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007/" TargetMode="External"/><Relationship Id="rId10" Type="http://schemas.openxmlformats.org/officeDocument/2006/relationships/hyperlink" Target="https://www.frozenfilmfestival.com/sffff2026" TargetMode="External"/><Relationship Id="rId11" Type="http://schemas.openxmlformats.org/officeDocument/2006/relationships/hyperlink" Target="https://www.frozenfilmfestival.com/sffff202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