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Reason JoJo Could Be Called a Gay Icon This Pride Season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fans are flocking to rooftop bars and Pride stages as JoJo surprises crowds, reminding us why the singer-actress might just be a modern gay icon , for her music, her resilience and the way she shows up, live and loud, at Pride events in cities from New York to Miami.</w:t>
      </w:r>
      <w:r/>
    </w:p>
    <w:p>
      <w:r/>
      <w:r>
        <w:t>Essential Takeaways</w:t>
      </w:r>
      <w:r/>
      <w:r/>
    </w:p>
    <w:p>
      <w:pPr>
        <w:pStyle w:val="ListBullet"/>
        <w:spacing w:line="240" w:lineRule="auto"/>
        <w:ind w:left="720"/>
      </w:pPr>
      <w:r/>
      <w:r>
        <w:rPr>
          <w:b/>
        </w:rPr>
        <w:t>Pride presence:</w:t>
      </w:r>
      <w:r>
        <w:t xml:space="preserve"> JoJo has made surprise pop-up performances at Pride events and appeared at multiple Pride festivals, giving visible support where it counts. </w:t>
      </w:r>
      <w:r/>
    </w:p>
    <w:p>
      <w:pPr>
        <w:pStyle w:val="ListBullet"/>
        <w:spacing w:line="240" w:lineRule="auto"/>
        <w:ind w:left="720"/>
      </w:pPr>
      <w:r/>
      <w:r>
        <w:rPr>
          <w:b/>
        </w:rPr>
        <w:t>Career resilience:</w:t>
      </w:r>
      <w:r>
        <w:t xml:space="preserve"> She’s built a multi-decade career from teen breakout hits to Broadway and a bestselling memoir, showing growth and grit. </w:t>
      </w:r>
      <w:r/>
    </w:p>
    <w:p>
      <w:pPr>
        <w:pStyle w:val="ListBullet"/>
        <w:spacing w:line="240" w:lineRule="auto"/>
        <w:ind w:left="720"/>
      </w:pPr>
      <w:r/>
      <w:r>
        <w:rPr>
          <w:b/>
        </w:rPr>
        <w:t>Musical impact:</w:t>
      </w:r>
      <w:r>
        <w:t xml:space="preserve"> Early singles like "Leave (Get Out)" and later R&amp;B records keep resonating emotionally and sonically. </w:t>
      </w:r>
      <w:r/>
    </w:p>
    <w:p>
      <w:pPr>
        <w:pStyle w:val="ListBullet"/>
        <w:spacing w:line="240" w:lineRule="auto"/>
        <w:ind w:left="720"/>
      </w:pPr>
      <w:r/>
      <w:r>
        <w:rPr>
          <w:b/>
        </w:rPr>
        <w:t>Pop-culture credentials:</w:t>
      </w:r>
      <w:r>
        <w:t xml:space="preserve"> A Grammy winner and stage star, she crosses music, film and theatre with a steady, charismatic presence. </w:t>
      </w:r>
      <w:r/>
      <w:r/>
    </w:p>
    <w:p>
      <w:pPr>
        <w:pStyle w:val="Heading2"/>
      </w:pPr>
      <w:r>
        <w:t>A surprise on the bar top , and why it mattered</w:t>
      </w:r>
      <w:r/>
    </w:p>
    <w:p>
      <w:r/>
      <w:r>
        <w:t>There’s something disarmingly intimate about an artist climbing onto a bar top and singing to a packed room. It’s exactly what happened when JoJo turned an NYC night into a Pride warm-up, and those photos , smiling, casual, triumphant , do a lot of the talking. According to coverage of Pride-related parties and hotel events, venues are leaning into communal moments, and JoJo’s bar-top set felt like that sweet spot between celebrity and neighbour. For fans, seeing a star show up this way hits emotionally: it’s personal, warm and affirming.</w:t>
      </w:r>
      <w:r/>
    </w:p>
    <w:p>
      <w:pPr>
        <w:pStyle w:val="Heading2"/>
      </w:pPr>
      <w:r>
        <w:t>From teen pop to mature R&amp;B , the soundtrack of loyalty</w:t>
      </w:r>
      <w:r/>
    </w:p>
    <w:p>
      <w:r/>
      <w:r>
        <w:t>JoJo’s story reads like a mini-chronicle of modern pop careers: breakout teen hits, industry pushback, reinvention and eventual vindication. Her early chart success still sounds familiar at karaoke and Pride sing‑alongs, while her later records lean into R&amp;B depth that many fans say lands harder. When an artist keeps evolving but still delivers the songs people grew up with, loyalty turns into a kind of cultural currency , one that helps explain the "icon" conversation.</w:t>
      </w:r>
      <w:r/>
    </w:p>
    <w:p>
      <w:pPr>
        <w:pStyle w:val="Heading2"/>
      </w:pPr>
      <w:r>
        <w:t>Visibility counts: performing at Pride and beyond</w:t>
      </w:r>
      <w:r/>
    </w:p>
    <w:p>
      <w:r/>
      <w:r>
        <w:t>Icon status isn’t just about a back catalogue; it’s also about showing up. JoJo’s history of performing at Pride festivals , from Miami Beach to Savannah, and surprise New York sets , puts her in a particular bracket of artists who don’t just celebrate the community, they join it on its stages. Industry recaps and festival roundups have flagged these moments for years, and they add up: repeated, public acts of solidarity strengthen an artist’s bond with LGBTQ+ audiences.</w:t>
      </w:r>
      <w:r/>
    </w:p>
    <w:p>
      <w:pPr>
        <w:pStyle w:val="Heading2"/>
      </w:pPr>
      <w:r>
        <w:t>Why representation and authenticity matter here</w:t>
      </w:r>
      <w:r/>
    </w:p>
    <w:p>
      <w:r/>
      <w:r>
        <w:t>Being a gay icon often comes down to emotional honesty more than labels. JoJo’s vulnerability , in music, onstage and in her memoir , gives fans something to latch onto. Many gay icons are cherished for songs that speak to longing, independence or reinvention, and JoJo’s catalogue hits those notes. When an artist writes from a place that feels true, people see themselves in the music, and that shared recognition fuels fandom across decades.</w:t>
      </w:r>
      <w:r/>
    </w:p>
    <w:p>
      <w:pPr>
        <w:pStyle w:val="Heading2"/>
      </w:pPr>
      <w:r>
        <w:t>Not every moment is perfect, but the arc is persuasive</w:t>
      </w:r>
      <w:r/>
    </w:p>
    <w:p>
      <w:r/>
      <w:r>
        <w:t>No celebrity’s relationship with a community is without bumps; public reactions and headline moments sometimes complicate a picture. Still, JoJo’s combination of career longevity, vocal craft and repeated Pride appearances creates a persuasive argument. Critics and supporters alike point to the same thing: she’s present, she delivers, and she’s earned a place in the conversation about modern gay icons.</w:t>
      </w:r>
      <w:r/>
    </w:p>
    <w:p>
      <w:r/>
      <w:r>
        <w:t>It's a small shift in how we celebrate stars , presence and perseverance matter as much as chart positions.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14">
        <w:r>
          <w:rPr>
            <w:color w:val="0000EE"/>
            <w:u w:val="single"/>
          </w:rPr>
          <w:t>[6]</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https://instinctmagazine.com/is-jojo-a-gay-icon/</w:t>
        </w:r>
      </w:hyperlink>
      <w:r>
        <w:t xml:space="preserve"> - Please view link - unable to able to access data</w:t>
      </w:r>
      <w:r/>
    </w:p>
    <w:p>
      <w:pPr>
        <w:pStyle w:val="ListNumber"/>
        <w:spacing w:line="240" w:lineRule="auto"/>
        <w:ind w:left="720"/>
      </w:pPr>
      <w:r/>
      <w:hyperlink r:id="rId10">
        <w:r>
          <w:rPr>
            <w:color w:val="0000EE"/>
            <w:u w:val="single"/>
          </w:rPr>
          <w:t>https://www.standardhotels.com/en-GB/culture/boom-pride-2026</w:t>
        </w:r>
      </w:hyperlink>
      <w:r>
        <w:t xml:space="preserve"> - An article detailing the BOOM Pride event at The Standard, High Line in New York City, co-hosted by Diesel and Tinder. The event featured JoJo's surprise performances of 'Leave (Get Out)' and 'Too Little Too Late,' with attendees joining in a full-volume singalong. The piece highlights the nostalgic atmosphere and the diverse crowd present at the celebration.</w:t>
      </w:r>
      <w:r/>
    </w:p>
    <w:p>
      <w:pPr>
        <w:pStyle w:val="ListNumber"/>
        <w:spacing w:line="240" w:lineRule="auto"/>
        <w:ind w:left="720"/>
      </w:pPr>
      <w:r/>
      <w:hyperlink r:id="rId11">
        <w:r>
          <w:rPr>
            <w:color w:val="0000EE"/>
            <w:u w:val="single"/>
          </w:rPr>
          <w:t>https://www.wmagazine.com/culture/nyc-pride-party-photos-2026</w:t>
        </w:r>
      </w:hyperlink>
      <w:r>
        <w:t xml:space="preserve"> - A report on New York City's Pride 2026 parties, focusing on JoJo's performance at BOOM. The article describes JoJo's rendition of her hits 'Leave (Get Out)' and 'Too Little Too Late,' noting the enthusiastic participation of the audience. It also mentions the event's co-hosts, Diesel and Tinder, and the attendees' attire from the 'For Successful Loving' Pride capsule collection.</w:t>
      </w:r>
      <w:r/>
    </w:p>
    <w:p>
      <w:pPr>
        <w:pStyle w:val="ListNumber"/>
        <w:spacing w:line="240" w:lineRule="auto"/>
        <w:ind w:left="720"/>
      </w:pPr>
      <w:r/>
      <w:hyperlink r:id="rId13">
        <w:r>
          <w:rPr>
            <w:color w:val="0000EE"/>
            <w:u w:val="single"/>
          </w:rPr>
          <w:t>https://www.grammy.com/news/out-and-proud-showcase-grammy-house-nyc-2025-recap/</w:t>
        </w:r>
      </w:hyperlink>
      <w:r>
        <w:t xml:space="preserve"> - A recap of the 'Out &amp; Proud: A Queer Artist Showcase' held at GRAMMY House NYC in June 2025. The event featured performances by Talia Goddess, Bentley Robles, Destin Conrad, and host Peppermint, celebrating the power of queer voices in the music industry. The showcase highlighted the industry's progress in supporting LGBTQIA+ artists and the importance of such events during Pride month.</w:t>
      </w:r>
      <w:r/>
    </w:p>
    <w:p>
      <w:pPr>
        <w:pStyle w:val="ListNumber"/>
        <w:spacing w:line="240" w:lineRule="auto"/>
        <w:ind w:left="720"/>
      </w:pPr>
      <w:r/>
      <w:hyperlink r:id="rId12">
        <w:r>
          <w:rPr>
            <w:color w:val="0000EE"/>
            <w:u w:val="single"/>
          </w:rPr>
          <w:t>https://www.thepinknews.com/2022/07/24/jojo-siwa-gay-icon/</w:t>
        </w:r>
      </w:hyperlink>
      <w:r>
        <w:t xml:space="preserve"> - An interview with JoJo Siwa discussing her status as a 'gay icon.' Siwa reflects on the honor of being called a gay icon by her fans, expressing that it's an honor she does not take lightly. She shares her feelings about being appointed as this generation's icon by the world, emphasizing the significance of the title.</w:t>
      </w:r>
      <w:r/>
    </w:p>
    <w:p>
      <w:pPr>
        <w:pStyle w:val="ListNumber"/>
        <w:spacing w:line="240" w:lineRule="auto"/>
        <w:ind w:left="720"/>
      </w:pPr>
      <w:r/>
      <w:hyperlink r:id="rId14">
        <w:r>
          <w:rPr>
            <w:color w:val="0000EE"/>
            <w:u w:val="single"/>
          </w:rPr>
          <w:t>https://www.eonline.com/news/1404575/jojo-siwa-curses-out-fans-after-getting-booed-at-nyc-pride</w:t>
        </w:r>
      </w:hyperlink>
      <w:r>
        <w:t xml:space="preserve"> - A report on JoJo Siwa's reaction to being booed at a Pride concert in New York City. The article details how Siwa confronted the audience member who booed her, expressing her displeasure and telling them to 'respectfully, f--k you.' It highlights the challenges Siwa faced during her Pride performances and her response to the negativity.</w:t>
      </w:r>
      <w:r/>
    </w:p>
    <w:p>
      <w:pPr>
        <w:pStyle w:val="ListNumber"/>
        <w:spacing w:line="240" w:lineRule="auto"/>
        <w:ind w:left="720"/>
      </w:pPr>
      <w:r/>
      <w:hyperlink r:id="rId10">
        <w:r>
          <w:rPr>
            <w:color w:val="0000EE"/>
            <w:u w:val="single"/>
          </w:rPr>
          <w:t>https://www.standardhotels.com/en-GB/culture/boom-pride-2026</w:t>
        </w:r>
      </w:hyperlink>
      <w:r>
        <w:t xml:space="preserve"> - An article detailing the BOOM Pride event at The Standard, High Line in New York City, co-hosted by Diesel and Tinder. The event featured JoJo's surprise performances of 'Leave (Get Out)' and 'Too Little Too Late,' with attendees joining in a full-volume singalong. The piece highlights the nostalgic atmosphere and the diverse crowd present at the celebration.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is-jojo-a-gay-icon/" TargetMode="External"/><Relationship Id="rId10" Type="http://schemas.openxmlformats.org/officeDocument/2006/relationships/hyperlink" Target="https://www.standardhotels.com/en-GB/culture/boom-pride-2026" TargetMode="External"/><Relationship Id="rId11" Type="http://schemas.openxmlformats.org/officeDocument/2006/relationships/hyperlink" Target="https://www.wmagazine.com/culture/nyc-pride-party-photos-2026" TargetMode="External"/><Relationship Id="rId12" Type="http://schemas.openxmlformats.org/officeDocument/2006/relationships/hyperlink" Target="https://www.thepinknews.com/2022/07/24/jojo-siwa-gay-icon/" TargetMode="External"/><Relationship Id="rId13" Type="http://schemas.openxmlformats.org/officeDocument/2006/relationships/hyperlink" Target="https://www.grammy.com/news/out-and-proud-showcase-grammy-house-nyc-2025-recap/" TargetMode="External"/><Relationship Id="rId14" Type="http://schemas.openxmlformats.org/officeDocument/2006/relationships/hyperlink" Target="https://www.eonline.com/news/1404575/jojo-siwa-curses-out-fans-after-getting-booed-at-nyc-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