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Films to Catch at the New York Asian Film Festival 2026</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cinema and queer film fans are flocking to this year’s New York Asian Film Festival, where a “Queer Unbound” strand highlights LGBTQ stories from Asia and the diaspora; here’s what to watch, why these films matter, and which screenings come with lively Q&amp;As and conversations.</w:t>
      </w:r>
      <w:r/>
    </w:p>
    <w:p>
      <w:r/>
      <w:r>
        <w:t>Essential Takeaways</w:t>
      </w:r>
      <w:r/>
      <w:r/>
    </w:p>
    <w:p>
      <w:pPr>
        <w:pStyle w:val="ListBullet"/>
        <w:spacing w:line="240" w:lineRule="auto"/>
        <w:ind w:left="720"/>
      </w:pPr>
      <w:r/>
      <w:r>
        <w:rPr>
          <w:b/>
        </w:rPr>
        <w:t>Standout honour:</w:t>
      </w:r>
      <w:r>
        <w:t xml:space="preserve"> Joan Chen receives the Star Asia Lifetime Achievement Award and stars in the tender Montreal, My Beautiful, a slow-burning romance about late-life desire.</w:t>
      </w:r>
      <w:r/>
    </w:p>
    <w:p>
      <w:pPr>
        <w:pStyle w:val="ListBullet"/>
        <w:spacing w:line="240" w:lineRule="auto"/>
        <w:ind w:left="720"/>
      </w:pPr>
      <w:r/>
      <w:r>
        <w:rPr>
          <w:b/>
        </w:rPr>
        <w:t>Diverse formats:</w:t>
      </w:r>
      <w:r>
        <w:t xml:space="preserve"> Program mixes features, shorts and a 10-year anniversary screening of Andrew Ahn’s Spa Night, with several filmmaker Q&amp;As.</w:t>
      </w:r>
      <w:r/>
    </w:p>
    <w:p>
      <w:pPr>
        <w:pStyle w:val="ListBullet"/>
        <w:spacing w:line="240" w:lineRule="auto"/>
        <w:ind w:left="720"/>
      </w:pPr>
      <w:r/>
      <w:r>
        <w:rPr>
          <w:b/>
        </w:rPr>
        <w:t>Powerful shorts:</w:t>
      </w:r>
      <w:r>
        <w:t xml:space="preserve"> Films like Correct Me If I’m Wrong and Devils in the Bush offer intimate, sometimes brutal snapshots of family pressure and trans life.</w:t>
      </w:r>
      <w:r/>
    </w:p>
    <w:p>
      <w:pPr>
        <w:pStyle w:val="ListBullet"/>
        <w:spacing w:line="240" w:lineRule="auto"/>
        <w:ind w:left="720"/>
      </w:pPr>
      <w:r/>
      <w:r>
        <w:rPr>
          <w:b/>
        </w:rPr>
        <w:t>Ballroom and community:</w:t>
      </w:r>
      <w:r>
        <w:t xml:space="preserve"> 10s Across the Borders celebrates voguing and regional ballroom scenes, full of vibrancy and political heart.</w:t>
      </w:r>
      <w:r/>
    </w:p>
    <w:p>
      <w:pPr>
        <w:pStyle w:val="ListBullet"/>
        <w:spacing w:line="240" w:lineRule="auto"/>
        <w:ind w:left="720"/>
      </w:pPr>
      <w:r/>
      <w:r>
        <w:rPr>
          <w:b/>
        </w:rPr>
        <w:t>Hard-hitting drama:</w:t>
      </w:r>
      <w:r>
        <w:t xml:space="preserve"> Cyclone and 3670 tackle trans survival and a gay North Korean defector’s coming-of-age with empathy and grit.</w:t>
      </w:r>
      <w:r/>
      <w:r/>
    </w:p>
    <w:p>
      <w:pPr>
        <w:pStyle w:val="Heading2"/>
      </w:pPr>
      <w:r>
        <w:t>A luminous honour and a quiet romance to watch first</w:t>
      </w:r>
      <w:r/>
    </w:p>
    <w:p>
      <w:r/>
      <w:r>
        <w:t>The festival spotlights Joan Chen with a lifetime achievement award, and it’s easy to see why when she anchors Montreal, My Beautiful with delicate, lived-in warmth. According to Film at Lincoln Center listings, Chen plays Feng Xia, a married Chinese immigrant in Montreal who cautiously explores an affair with a younger woman, a story that feels glossy and deliberately paced. This is the sort of film that invites you to settle in, notice small gestures, and consider how desire ripples through ordinary life; bring tissues if you’re soft-hearted. If you’re choosing screenings, aim for the Film at Lincoln Center or Elinor Bunin Monroe Film Center showings to catch the post-film Q&amp;A for extra insight.</w:t>
      </w:r>
      <w:r/>
    </w:p>
    <w:p>
      <w:pPr>
        <w:pStyle w:val="Heading2"/>
      </w:pPr>
      <w:r>
        <w:t>Shorts that sting and linger: family, conversion and small revelations</w:t>
      </w:r>
      <w:r/>
    </w:p>
    <w:p>
      <w:r/>
      <w:r>
        <w:t>The Pressure Points shorts package includes Correct Me If I’m Wrong, a non-binary director’s account of cultural conversion efforts that’s equal parts tragic and quietly defiant. Viewers watch family rituals, from cupping to qigong, with a mixture of embarrassment and heartbreak, and the filmmaker’s restrained presence makes the film quietly powerful. Devils in the Bush, a compact Korean short, centres a trans woman navigating fraught calls from her mother and a cheating partner; at seven minutes it’s brief but emotionally pointed. Shorts programs are ideal if you want a concentrated, theatrical jolt; check the Walter Reade and Korean Cultural Center schedules for exact times.</w:t>
      </w:r>
      <w:r/>
    </w:p>
    <w:p>
      <w:pPr>
        <w:pStyle w:val="Heading2"/>
      </w:pPr>
      <w:r>
        <w:t>Ballroom joy and trans regional stories: 10s Across the Borders</w:t>
      </w:r>
      <w:r/>
    </w:p>
    <w:p>
      <w:r/>
      <w:r>
        <w:t>Chan Sze-Wei’s documentary dives into ballroom culture across Southeast Asia, following performers whose voguing scenes are both celebratory and politically charged. The film connects Manila’s trailblazers to Malaysian House leaders and mixed-race performers pushing the scene forward, with scenes that pop , voguing on the Brooklyn Bridge, competitions in Times Square. Documentary lovers will find this film both educational and exhilarating; it’s a reminder that ballroom’s roots in New York remain a living, evolving conversation across borders. Plus, director and participants appear for a Q&amp;A, which often reveals how these communities keep mentoring younger talent.</w:t>
      </w:r>
      <w:r/>
    </w:p>
    <w:p>
      <w:pPr>
        <w:pStyle w:val="Heading2"/>
      </w:pPr>
      <w:r>
        <w:t>Grit and tenderness: Cyclone and Girlfriends offer contrasting tones</w:t>
      </w:r>
      <w:r/>
    </w:p>
    <w:p>
      <w:r/>
      <w:r>
        <w:t>Cyclone follows a transgender sex worker in Hong Kong waiting for gender-reassignment surgery, and the film alternates between tender moments and stark indignities. Yuqiao Liu’s performance makes the character’s longing and resilience palpable, and though the film shifts in time, its emotional centre holds. By contrast, Tracy Choi’s Girlfriends uses a reverse-chronology triptych to map three relationships across time, exploring doubt, desire and the cost of compromise. If you prefer character-driven drama with a reflective, sometimes melancholic edge, both titles are worth pairing on your festival schedule.</w:t>
      </w:r>
      <w:r/>
    </w:p>
    <w:p>
      <w:pPr>
        <w:pStyle w:val="Heading2"/>
      </w:pPr>
      <w:r>
        <w:t>3670 and Spa Night: migration, secrecy and the private acts of coming out</w:t>
      </w:r>
      <w:r/>
    </w:p>
    <w:p>
      <w:r/>
      <w:r>
        <w:t>3670 is a Korean debut about a gay North Korean defector finding himself in Seoul; its strength lies in quiet observations , a shy man coaxed into club life, the ache of loneliness, the fragile friendships that form. The film’s novel premise and You-hyun Cho’s magnetic lead performance offer a thoughtful take on identity, freedom and belonging. And for a modern classic, the festival screens Andrew Ahn’s Spa Night with a special Q&amp;A the film remains a precise study of a closeted son navigating family expectations and selfhood. Together, these films show how geography, politics and family shape the private act of becoming oneself.</w:t>
      </w:r>
      <w:r/>
    </w:p>
    <w:p>
      <w:pPr>
        <w:pStyle w:val="Heading2"/>
      </w:pPr>
      <w:r>
        <w:t>How to plan your festival weekend: tips for getting the most out of Queer Unbound</w:t>
      </w:r>
      <w:r/>
    </w:p>
    <w:p>
      <w:r/>
      <w:r>
        <w:t>Book early for screenings that include Q&amp;As , filmmakers often drop details not in the press notes and the conversations can change how you read a film. Mix features with a shorts block to keep energy up: a heavy drama followed by a lively documentary or a shorts package makes for a balanced day. If you’re sensitive to depictions of conversion therapy, violence, or sex work, check the program notes and arrive prepared; many screenings follow with content warnings in the line-up. Finally, treat this as a chance to see diaspora perspectives you won’t often find in mainstream releases , the festival is where you’ll discover a handful of films likely to crop up in awards chatter or streaming line-ups later.</w:t>
      </w:r>
      <w:r/>
    </w:p>
    <w:p>
      <w:r/>
      <w:r>
        <w:t>It's a small change of habit , choosing a themed strand , that can open up a whole new raft of moving, urgent stories.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1">
        <w:r>
          <w:rPr>
            <w:color w:val="0000EE"/>
            <w:u w:val="single"/>
          </w:rPr>
          <w:t>[4]</w:t>
        </w:r>
      </w:hyperlink>
      <w:r>
        <w:t xml:space="preserve">- Paragraph 3: </w:t>
      </w:r>
      <w:hyperlink r:id="rId9">
        <w:r>
          <w:rPr>
            <w:color w:val="0000EE"/>
            <w:u w:val="single"/>
          </w:rPr>
          <w:t>[1]</w:t>
        </w:r>
      </w:hyperlink>
      <w:r>
        <w:t xml:space="preserve">, </w:t>
      </w:r>
      <w:hyperlink r:id="rId11">
        <w:r>
          <w:rPr>
            <w:color w:val="0000EE"/>
            <w:u w:val="single"/>
          </w:rPr>
          <w:t>[4]</w:t>
        </w:r>
      </w:hyperlink>
      <w:r>
        <w:t xml:space="preserve">- Paragraph 4: </w:t>
      </w:r>
      <w:hyperlink r:id="rId9">
        <w:r>
          <w:rPr>
            <w:color w:val="0000EE"/>
            <w:u w:val="single"/>
          </w:rPr>
          <w:t>[1]</w:t>
        </w:r>
      </w:hyperlink>
      <w:r>
        <w:t xml:space="preserve">, </w:t>
      </w:r>
      <w:hyperlink r:id="rId11">
        <w:r>
          <w:rPr>
            <w:color w:val="0000EE"/>
            <w:u w:val="single"/>
          </w:rPr>
          <w:t>[4]</w:t>
        </w:r>
      </w:hyperlink>
      <w:r>
        <w:t xml:space="preserve">- Paragraph 5: </w:t>
      </w:r>
      <w:hyperlink r:id="rId9">
        <w:r>
          <w:rPr>
            <w:color w:val="0000EE"/>
            <w:u w:val="single"/>
          </w:rPr>
          <w:t>[1]</w:t>
        </w:r>
      </w:hyperlink>
      <w:r>
        <w:t xml:space="preserve">, </w:t>
      </w:r>
      <w:hyperlink r:id="rId11">
        <w:r>
          <w:rPr>
            <w:color w:val="0000EE"/>
            <w:u w:val="single"/>
          </w:rPr>
          <w:t>[4]</w:t>
        </w:r>
      </w:hyperlink>
      <w:r>
        <w:t xml:space="preserve">- Paragraph 6: </w:t>
      </w:r>
      <w:hyperlink r:id="rId9">
        <w:r>
          <w:rPr>
            <w:color w:val="0000EE"/>
            <w:u w:val="single"/>
          </w:rPr>
          <w:t>[1]</w:t>
        </w:r>
      </w:hyperlink>
      <w:r>
        <w:t xml:space="preserve">, </w:t>
      </w:r>
      <w:hyperlink r:id="rId11">
        <w:r>
          <w:rPr>
            <w:color w:val="0000EE"/>
            <w:u w:val="single"/>
          </w:rPr>
          <w:t>[4]</w:t>
        </w:r>
      </w:hyperlink>
      <w:r>
        <w:t xml:space="preserve">- Paragraph 7: </w:t>
      </w:r>
      <w:hyperlink r:id="rId9">
        <w:r>
          <w:rPr>
            <w:color w:val="0000EE"/>
            <w:u w:val="single"/>
          </w:rPr>
          <w:t>[1]</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https://gaycitynews.com/new-york-asian-film-festival-lgbtq-queer-unbound/</w:t>
        </w:r>
      </w:hyperlink>
      <w:r>
        <w:t xml:space="preserve"> - Please view link - unable to able to access data</w:t>
      </w:r>
      <w:r/>
    </w:p>
    <w:p>
      <w:pPr>
        <w:pStyle w:val="ListNumber"/>
        <w:spacing w:line="240" w:lineRule="auto"/>
        <w:ind w:left="720"/>
      </w:pPr>
      <w:r/>
      <w:hyperlink r:id="rId10">
        <w:r>
          <w:rPr>
            <w:color w:val="0000EE"/>
            <w:u w:val="single"/>
          </w:rPr>
          <w:t>https://www.filmlinc.org/films/montreal-my-beautiful/</w:t>
        </w:r>
      </w:hyperlink>
      <w:r>
        <w:t xml:space="preserve"> - 'Montreal, My Beautiful' is a 2025 Canadian drama directed by Xiaodan He, starring Joan Chen as Feng Xia, a Chinese Canadian immigrant wife and mother in Montreal. The film explores Feng Xia's journey of self-discovery as she embarks on a secret affair with Camille, a younger Québécoise woman. The narrative delves into themes of desire, identity, and the complexities of cultural assimilation. The film is presented in French and Mandarin with English subtitles. (</w:t>
      </w:r>
      <w:hyperlink r:id="rId13">
        <w:r>
          <w:rPr>
            <w:color w:val="0000EE"/>
            <w:u w:val="single"/>
          </w:rPr>
          <w:t>filmlinc.org</w:t>
        </w:r>
      </w:hyperlink>
      <w:r>
        <w:t>)</w:t>
      </w:r>
      <w:r/>
    </w:p>
    <w:p>
      <w:pPr>
        <w:pStyle w:val="ListNumber"/>
        <w:spacing w:line="240" w:lineRule="auto"/>
        <w:ind w:left="720"/>
      </w:pPr>
      <w:r/>
      <w:hyperlink r:id="rId12">
        <w:r>
          <w:rPr>
            <w:color w:val="0000EE"/>
            <w:u w:val="single"/>
          </w:rPr>
          <w:t>https://www.nyaff.org/press-release/2023-2</w:t>
        </w:r>
      </w:hyperlink>
      <w:r>
        <w:t xml:space="preserve"> - The 22nd edition of the New York Asian Film Festival (NYAFF) took place from July 14–30, 2023, at Film at Lincoln Center, with additional screenings at the Barrymore Film Center in Fort Lee, New Jersey. The festival showcased a diverse lineup, including eight world premieres, nine international premieres, and numerous North American and U.S. premieres, featuring films from countries such as Hong Kong, Japan, China, South Korea, and the Philippines. (</w:t>
      </w:r>
      <w:hyperlink r:id="rId14">
        <w:r>
          <w:rPr>
            <w:color w:val="0000EE"/>
            <w:u w:val="single"/>
          </w:rPr>
          <w:t>nyaff.org</w:t>
        </w:r>
      </w:hyperlink>
      <w:r>
        <w:t>)</w:t>
      </w:r>
      <w:r/>
    </w:p>
    <w:p>
      <w:pPr>
        <w:pStyle w:val="ListNumber"/>
        <w:spacing w:line="240" w:lineRule="auto"/>
        <w:ind w:left="720"/>
      </w:pPr>
      <w:r/>
      <w:hyperlink r:id="rId11">
        <w:r>
          <w:rPr>
            <w:color w:val="0000EE"/>
            <w:u w:val="single"/>
          </w:rPr>
          <w:t>https://www.nyaff.org/films</w:t>
        </w:r>
      </w:hyperlink>
      <w:r>
        <w:t xml:space="preserve"> - The New York Asian Film Festival's 2023 lineup featured a range of films, including the New York Premiere of 'Montreal, My Beautiful' (Montréal, ma belle), directed by Xiaodan He. The film stars Joan Chen as Feng Xia, a Chinese immigrant wife and mother in Montreal, whose affair with a younger Québécoise woman leads to a secret, sensual awakening. The festival also showcased other international and North American premieres. (</w:t>
      </w:r>
      <w:hyperlink r:id="rId15">
        <w:r>
          <w:rPr>
            <w:color w:val="0000EE"/>
            <w:u w:val="single"/>
          </w:rPr>
          <w:t>nyaff.org</w:t>
        </w:r>
      </w:hyperlink>
      <w:r>
        <w:t>)</w:t>
      </w:r>
      <w:r/>
    </w:p>
    <w:p>
      <w:pPr>
        <w:pStyle w:val="ListNumber"/>
        <w:spacing w:line="240" w:lineRule="auto"/>
        <w:ind w:left="720"/>
      </w:pPr>
      <w:r/>
      <w:hyperlink r:id="rId12">
        <w:r>
          <w:rPr>
            <w:color w:val="0000EE"/>
            <w:u w:val="single"/>
          </w:rPr>
          <w:t>https://www.nyaff.org/press-release/2023-2</w:t>
        </w:r>
      </w:hyperlink>
      <w:r>
        <w:t xml:space="preserve"> - The 22nd edition of the New York Asian Film Festival (NYAFF) took place from July 14–30, 2023, at Film at Lincoln Center, with additional screenings at the Barrymore Film Center in Fort Lee, New Jersey. The festival showcased a diverse lineup, including eight world premieres, nine international premieres, and numerous North American and U.S. premieres, featuring films from countries such as Hong Kong, Japan, China, South Korea, and the Philippines. (</w:t>
      </w:r>
      <w:hyperlink r:id="rId14">
        <w:r>
          <w:rPr>
            <w:color w:val="0000EE"/>
            <w:u w:val="single"/>
          </w:rPr>
          <w:t>nyaff.org</w:t>
        </w:r>
      </w:hyperlink>
      <w:r>
        <w:t>)</w:t>
      </w:r>
      <w:r/>
    </w:p>
    <w:p>
      <w:pPr>
        <w:pStyle w:val="ListNumber"/>
        <w:spacing w:line="240" w:lineRule="auto"/>
        <w:ind w:left="720"/>
      </w:pPr>
      <w:r/>
      <w:hyperlink r:id="rId11">
        <w:r>
          <w:rPr>
            <w:color w:val="0000EE"/>
            <w:u w:val="single"/>
          </w:rPr>
          <w:t>https://www.nyaff.org/films</w:t>
        </w:r>
      </w:hyperlink>
      <w:r>
        <w:t xml:space="preserve"> - The New York Asian Film Festival's 2023 lineup featured a range of films, including the New York Premiere of 'Montreal, My Beautiful' (Montréal, ma belle), directed by Xiaodan He. The film stars Joan Chen as Feng Xia, a Chinese immigrant wife and mother in Montreal, whose affair with a younger Québécoise woman leads to a secret, sensual awakening. The festival also showcased other international and North American premieres. (</w:t>
      </w:r>
      <w:hyperlink r:id="rId15">
        <w:r>
          <w:rPr>
            <w:color w:val="0000EE"/>
            <w:u w:val="single"/>
          </w:rPr>
          <w:t>nyaff.org</w:t>
        </w:r>
      </w:hyperlink>
      <w:r>
        <w:t>)</w:t>
      </w:r>
      <w:r/>
    </w:p>
    <w:p>
      <w:pPr>
        <w:pStyle w:val="ListNumber"/>
        <w:spacing w:line="240" w:lineRule="auto"/>
        <w:ind w:left="720"/>
      </w:pPr>
      <w:r/>
      <w:hyperlink r:id="rId12">
        <w:r>
          <w:rPr>
            <w:color w:val="0000EE"/>
            <w:u w:val="single"/>
          </w:rPr>
          <w:t>https://www.nyaff.org/press-release/2023-2</w:t>
        </w:r>
      </w:hyperlink>
      <w:r>
        <w:t xml:space="preserve"> - The 22nd edition of the New York Asian Film Festival (NYAFF) took place from July 14–30, 2023, at Film at Lincoln Center, with additional screenings at the Barrymore Film Center in Fort Lee, New Jersey. The festival showcased a diverse lineup, including eight world premieres, nine international premieres, and numerous North American and U.S. premieres, featuring films from countries such as Hong Kong, Japan, China, South Korea, and the Philippines. (</w:t>
      </w:r>
      <w:hyperlink r:id="rId14">
        <w:r>
          <w:rPr>
            <w:color w:val="0000EE"/>
            <w:u w:val="single"/>
          </w:rPr>
          <w:t>nyaff.org</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aycitynews.com/new-york-asian-film-festival-lgbtq-queer-unbound/" TargetMode="External"/><Relationship Id="rId10" Type="http://schemas.openxmlformats.org/officeDocument/2006/relationships/hyperlink" Target="https://www.filmlinc.org/films/montreal-my-beautiful/" TargetMode="External"/><Relationship Id="rId11" Type="http://schemas.openxmlformats.org/officeDocument/2006/relationships/hyperlink" Target="https://www.nyaff.org/films" TargetMode="External"/><Relationship Id="rId12" Type="http://schemas.openxmlformats.org/officeDocument/2006/relationships/hyperlink" Target="https://www.nyaff.org/press-release/2023-2" TargetMode="External"/><Relationship Id="rId13" Type="http://schemas.openxmlformats.org/officeDocument/2006/relationships/hyperlink" Target="https://www.filmlinc.org/films/montreal-my-beautiful/?utm_source=openai" TargetMode="External"/><Relationship Id="rId14" Type="http://schemas.openxmlformats.org/officeDocument/2006/relationships/hyperlink" Target="https://www.nyaff.org/press-release/2023-2?utm_source=openai" TargetMode="External"/><Relationship Id="rId15" Type="http://schemas.openxmlformats.org/officeDocument/2006/relationships/hyperlink" Target="https://www.nyaff.org/nyaff26/films?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