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Singles Mixer in Vancouver: Meet Me at the Gallery Offers Artful Connections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a different kind of Pride night out , the Vancouver Art Gallery and Thursday Dating are swapping swipe culture for after-hours art, DJ beats, drag, cocktails and relaxed mingling on July 24, giving queer Vancouverites a colourful, low-pressure way to meet people.</w:t>
      </w:r>
      <w:r/>
    </w:p>
    <w:p>
      <w:r/>
      <w:r>
        <w:t>Essential Takeaways</w:t>
      </w:r>
      <w:r/>
      <w:r/>
    </w:p>
    <w:p>
      <w:pPr>
        <w:pStyle w:val="ListBullet"/>
        <w:spacing w:line="240" w:lineRule="auto"/>
        <w:ind w:left="720"/>
      </w:pPr>
      <w:r/>
      <w:r>
        <w:rPr>
          <w:b/>
        </w:rPr>
        <w:t>What:</w:t>
      </w:r>
      <w:r>
        <w:t xml:space="preserve"> Meet Me at the Gallery: Pride Edition , an after-hours singles mixer with a queer focus. </w:t>
      </w:r>
      <w:r/>
    </w:p>
    <w:p>
      <w:pPr>
        <w:pStyle w:val="ListBullet"/>
        <w:spacing w:line="240" w:lineRule="auto"/>
        <w:ind w:left="720"/>
      </w:pPr>
      <w:r/>
      <w:r>
        <w:rPr>
          <w:b/>
        </w:rPr>
        <w:t>When and where:</w:t>
      </w:r>
      <w:r>
        <w:t xml:space="preserve"> July 24, 7pm–10pm at the Vancouver Art Gallery. </w:t>
      </w:r>
      <w:r/>
    </w:p>
    <w:p>
      <w:pPr>
        <w:pStyle w:val="ListBullet"/>
        <w:spacing w:line="240" w:lineRule="auto"/>
        <w:ind w:left="720"/>
      </w:pPr>
      <w:r/>
      <w:r>
        <w:rPr>
          <w:b/>
        </w:rPr>
        <w:t>Vibe:</w:t>
      </w:r>
      <w:r>
        <w:t xml:space="preserve"> Drag host, live DJ, cocktails and mocktails from The Lazy Gourmet, plus exclusive gallery access and a dance floor. </w:t>
      </w:r>
      <w:r/>
    </w:p>
    <w:p>
      <w:pPr>
        <w:pStyle w:val="ListBullet"/>
        <w:spacing w:line="240" w:lineRule="auto"/>
        <w:ind w:left="720"/>
      </w:pPr>
      <w:r/>
      <w:r>
        <w:rPr>
          <w:b/>
        </w:rPr>
        <w:t>Price:</w:t>
      </w:r>
      <w:r>
        <w:t xml:space="preserve"> Tickets start at $40; gallery members receive a $20 discount. </w:t>
      </w:r>
      <w:r/>
    </w:p>
    <w:p>
      <w:pPr>
        <w:pStyle w:val="ListBullet"/>
        <w:spacing w:line="240" w:lineRule="auto"/>
        <w:ind w:left="720"/>
      </w:pPr>
      <w:r/>
      <w:r>
        <w:rPr>
          <w:b/>
        </w:rPr>
        <w:t>Solo-friendly:</w:t>
      </w:r>
      <w:r>
        <w:t xml:space="preserve"> Organisers say roughly 40% of attendees typically come alone, so it's easy to join in.</w:t>
      </w:r>
      <w:r/>
      <w:r/>
    </w:p>
    <w:p>
      <w:pPr>
        <w:pStyle w:val="Heading2"/>
      </w:pPr>
      <w:r>
        <w:t>Why art makes a better meet-cute than a crowded bar</w:t>
      </w:r>
      <w:r/>
    </w:p>
    <w:p>
      <w:r/>
      <w:r>
        <w:t>The hook here is obvious: galleries feel calmer than bars and smarter than swipe screens. A quiet painting or a striking installation gives people something immediate to comment on, and that shared moment can turn into conversation without the awkward small talk. According to the event listing, guests will wander exhibitions on the first and second floors between chats, which makes for a softer approach to meeting new people. For folks tired of the same fluorescent-lit pub scene, this offers a tactile, visually rich backdrop for connection.</w:t>
      </w:r>
      <w:r/>
    </w:p>
    <w:p>
      <w:pPr>
        <w:pStyle w:val="Heading2"/>
      </w:pPr>
      <w:r>
        <w:t>What to expect: drag, DJs and drinks (but in a friendly way)</w:t>
      </w:r>
      <w:r/>
    </w:p>
    <w:p>
      <w:r/>
      <w:r>
        <w:t>The evening promises a playful programme , a drag host to keep energy high, a live DJ to coax people onto the dance floor, and The Lazy Gourmet serving cocktails and mocktails. That mix means you can drift between mellow gallery browsing and full-on boogie, depending on your mood. If you like an event where you can take a break from socialising and still feel part of the crowd, this hybrid setup works well. Tickets are modestly priced and members save, so it's accessible without being gimmicky.</w:t>
      </w:r>
      <w:r/>
    </w:p>
    <w:p>
      <w:pPr>
        <w:pStyle w:val="Heading2"/>
      </w:pPr>
      <w:r>
        <w:t>How this fits into Pride programming in Vancouver</w:t>
      </w:r>
      <w:r/>
    </w:p>
    <w:p>
      <w:r/>
      <w:r>
        <w:t>This mixer slots neatly into a wider flurry of Pride events across the city, which range from museum exhibitions to pop-up parties and community gatherings. Local Pride calendars show a trend toward inclusive, daytime and after-hours cultural programming that isn't solely about nightlife. That shift matters if you're looking to meet people who value arts and culture as much as a good time. It also reflects organisers wanting to create safer, more diverse spaces for queer social life beyond the usual venues.</w:t>
      </w:r>
      <w:r/>
    </w:p>
    <w:p>
      <w:pPr>
        <w:pStyle w:val="Heading2"/>
      </w:pPr>
      <w:r>
        <w:t>Tips for making the most of the night</w:t>
      </w:r>
      <w:r/>
    </w:p>
    <w:p>
      <w:r/>
      <w:r>
        <w:t>Go solo if you want , organisers report a high percentage of single attendees, so it's a welcoming environment. Dress for both gallery browsing and dancing: comfortable shoes for pacing the galleries and something festive for the dance floor. Bring a short opener: an observation about a piece of art or a question about the music is more natural than a rehearsed line. Finally, consider a membership if you think you'll attend gallery nights more often; the discount on tickets alone can make it worthwhile.</w:t>
      </w:r>
      <w:r/>
    </w:p>
    <w:p>
      <w:pPr>
        <w:pStyle w:val="Heading2"/>
      </w:pPr>
      <w:r>
        <w:t>What this event says about dating culture now</w:t>
      </w:r>
      <w:r/>
    </w:p>
    <w:p>
      <w:r/>
      <w:r>
        <w:t>Events like these are part social experiment, part civic life: they're nudging dating away from algorithmic matches and back into shared experiences. People still want serendipity, and meeting amid art frames encounters as cultural exchanges, not transactions. Whether you find romance or make a new friend, it's a chance to experience Pride together in a setting that's thoughtful, lively and a little bit queer in all the right ways.</w:t>
      </w:r>
      <w:r/>
    </w:p>
    <w:p>
      <w:r/>
      <w:r>
        <w:t>It's a small change in venue that could make every conversation feel more colourful.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[6]</w:t>
        </w:r>
      </w:hyperlink>
      <w:r>
        <w:t xml:space="preserve">- Paragraph 5: </w:t>
      </w:r>
      <w:hyperlink r:id="rId9">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https://www.straight.com/living/vancouver-art-gallerys-pride-singles-mixer-returns-this-july</w:t>
        </w:r>
      </w:hyperlink>
      <w:r>
        <w:t xml:space="preserve"> - Please view link - unable to able to access data</w:t>
      </w:r>
      <w:r/>
    </w:p>
    <w:p>
      <w:pPr>
        <w:pStyle w:val="ListNumber"/>
        <w:spacing w:line="240" w:lineRule="auto"/>
        <w:ind w:left="720"/>
      </w:pPr>
      <w:r/>
      <w:hyperlink r:id="rId9">
        <w:r>
          <w:rPr>
            <w:color w:val="0000EE"/>
            <w:u w:val="single"/>
          </w:rPr>
          <w:t>https://www.straight.com/living/vancouver-art-gallerys-pride-singles-mixer-returns-this-july</w:t>
        </w:r>
      </w:hyperlink>
      <w:r>
        <w:t xml:space="preserve"> - The Vancouver Art Gallery is collaborating with Thursday Dating to host 'Meet Me at the Gallery: Pride Edition' on July 24, 2026. This after-hours singles mixer offers the queer community an opportunity to engage in art, conversation, and connection. The event features a drag host, live DJ, cocktails and mocktails from The Lazy Gourmet, and exclusive access to exhibitions on the first and second floors. Attendees can expect a relaxed environment to meet new people, with approximately 40% of guests typically attending solo. Tickets are priced at $40+, with Gallery members receiving a $20 discount.</w:t>
      </w:r>
      <w:r/>
    </w:p>
    <w:p>
      <w:pPr>
        <w:pStyle w:val="ListNumber"/>
        <w:spacing w:line="240" w:lineRule="auto"/>
        <w:ind w:left="720"/>
      </w:pPr>
      <w:r/>
      <w:hyperlink r:id="rId11">
        <w:r>
          <w:rPr>
            <w:color w:val="0000EE"/>
            <w:u w:val="single"/>
          </w:rPr>
          <w:t>https://museumofvancouver.ca/resistories-pride</w:t>
        </w:r>
      </w:hyperlink>
      <w:r>
        <w:t xml:space="preserve"> - The Museum of Vancouver is celebrating Pride with 'ResiStories: Living Archives of Pride' on August 22, 2024. The event, emceed by Shay Dior, features drag performances inspired by queer historical moments and icons, with artists Continental Breakfast, Count Cupid, and Mx Bukuru. Scholars of queer culture and archives will provide insights into the references in each performance, followed by a panel discussion between the artists and scholars. The event is a collaboration with the UBC Public Humanities Hub and concludes the 'ResiStories' series of programming.</w:t>
      </w:r>
      <w:r/>
    </w:p>
    <w:p>
      <w:pPr>
        <w:pStyle w:val="ListNumber"/>
        <w:spacing w:line="240" w:lineRule="auto"/>
        <w:ind w:left="720"/>
      </w:pPr>
      <w:r/>
      <w:hyperlink r:id="rId10">
        <w:r>
          <w:rPr>
            <w:color w:val="0000EE"/>
            <w:u w:val="single"/>
          </w:rPr>
          <w:t>https://www.vancouverpride.ca/prideevents/2024-gateo-nl6y8-3lnk4-cwrp6-x8njr-3kb83-jtbxk-g9sx6</w:t>
        </w:r>
      </w:hyperlink>
      <w:r>
        <w:t xml:space="preserve"> - The Vancouver Visual Art Foundation is hosting the 'Art Downtown Pride Pop-Up' on July 31, 2024, from 11:00 a.m. to 6:30 p.m. at 855 West Hastings Street, Vancouver. The event transforms downtown Vancouver into an inclusive open-air gallery and studio, featuring live musical performances, educational workshops, interactive installations, and performances. It aims to inspire creativity and appreciation for the arts, fostering connections among participants and serving as a cornerstone of Vancouver's cultural calendar.</w:t>
      </w:r>
      <w:r/>
    </w:p>
    <w:p>
      <w:pPr>
        <w:pStyle w:val="ListNumber"/>
        <w:spacing w:line="240" w:lineRule="auto"/>
        <w:ind w:left="720"/>
      </w:pPr>
      <w:r/>
      <w:hyperlink r:id="rId13">
        <w:r>
          <w:rPr>
            <w:color w:val="0000EE"/>
            <w:u w:val="single"/>
          </w:rPr>
          <w:t>https://www.vancouverpride.ca/prideevents/mangosweet-x-fanny</w:t>
        </w:r>
      </w:hyperlink>
      <w:r>
        <w:t xml:space="preserve"> - On August 3, 2024, from 4:00 p.m. to 9:00 p.m., the Granville Island Lounge, Ocean Artworks at 1531 Johnston Street, Vancouver, will host 'Sweet Soul Saturday: Hot Fruit Figure Drawing &amp; Soul Stories.' The event includes a special Pride edition of Hot Fruit Figure Drawing with two models, offering poses ranging from 2-5 minutes to 20-minute sessions. No prior experience is necessary, and drawing supplies are available. Following the drawing session, 'Soul Stories' features music, poetry, and open mic spots reserved for queer individuals, with pre-registration required for open mic participation.</w:t>
      </w:r>
      <w:r/>
    </w:p>
    <w:p>
      <w:pPr>
        <w:pStyle w:val="ListNumber"/>
        <w:spacing w:line="240" w:lineRule="auto"/>
        <w:ind w:left="720"/>
      </w:pPr>
      <w:r/>
      <w:hyperlink r:id="rId12">
        <w:r>
          <w:rPr>
            <w:color w:val="0000EE"/>
            <w:u w:val="single"/>
          </w:rPr>
          <w:t>https://www.queerforqueer.com/</w:t>
        </w:r>
      </w:hyperlink>
      <w:r>
        <w:t xml:space="preserve"> - Queer For Queer is an art collective of over 30 artists from the Comox Valley and surrounding areas, many of whom are disabled. The collective aims to provide pride merchandise to Vancouver Island, ensuring that 2SLGBTQIA+ individuals have access to art created by queer people for queer people. Their first exhibition, 'Chromophobia,' is scheduled at the Pearl Ellis Gallery in Comox, BC, from July 22 to August 16, 2024, with an opening reception on July 26 from 1-3 p.m.</w:t>
      </w:r>
      <w:r/>
    </w:p>
    <w:p>
      <w:pPr>
        <w:pStyle w:val="ListNumber"/>
        <w:spacing w:line="240" w:lineRule="auto"/>
        <w:ind w:left="720"/>
      </w:pPr>
      <w:r/>
      <w:hyperlink r:id="rId14">
        <w:r>
          <w:rPr>
            <w:color w:val="0000EE"/>
            <w:u w:val="single"/>
          </w:rPr>
          <w:t>https://sumgallery.ca/about/</w:t>
        </w:r>
      </w:hyperlink>
      <w:r>
        <w:t xml:space="preserve"> - SUM gallery, located in Vancouver's Chinatown neighbourhood, is one of the only permanent spaces worldwide dedicated to the presentation of queer art. Founded in 2018 as a space for year-round programming of the Queer Arts Festival, SUM gallery brings diverse communities together to support artistic risk-taking, incite creative collaboration and experimentation, and celebrate the rich heritage of queer artists and art. The gallery is located at Suite 425 – 268 Keefer St., Vancouver, BC V6A1X5, and operates Tuesday to Saturday, 12 to 6 p.m., during active exhibitions.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raight.com/living/vancouver-art-gallerys-pride-singles-mixer-returns-this-july" TargetMode="External"/><Relationship Id="rId10" Type="http://schemas.openxmlformats.org/officeDocument/2006/relationships/hyperlink" Target="https://www.vancouverpride.ca/prideevents/2024-gateo-nl6y8-3lnk4-cwrp6-x8njr-3kb83-jtbxk-g9sx6" TargetMode="External"/><Relationship Id="rId11" Type="http://schemas.openxmlformats.org/officeDocument/2006/relationships/hyperlink" Target="https://museumofvancouver.ca/resistories-pride" TargetMode="External"/><Relationship Id="rId12" Type="http://schemas.openxmlformats.org/officeDocument/2006/relationships/hyperlink" Target="https://www.queerforqueer.com/" TargetMode="External"/><Relationship Id="rId13" Type="http://schemas.openxmlformats.org/officeDocument/2006/relationships/hyperlink" Target="https://www.vancouverpride.ca/prideevents/mangosweet-x-fanny" TargetMode="External"/><Relationship Id="rId14" Type="http://schemas.openxmlformats.org/officeDocument/2006/relationships/hyperlink" Target="https://sumgallery.ca/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