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London 2023 Moments: Why This Year Felt Bigger and Brighter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Watching London swell with colour and sound on a hot summer day, thousands of marchers and an estimated million onlookers turned the capital into a spectacular, joyful street party , here’s what made Pride London 2023 feel like a milestone, who led the procession, and what to look for next time.</w:t>
      </w:r>
      <w:r/>
    </w:p>
    <w:p>
      <w:r/>
      <w:r>
        <w:t>Essential Takeaways</w:t>
      </w:r>
      <w:r/>
      <w:r/>
    </w:p>
    <w:p>
      <w:pPr>
        <w:pStyle w:val="ListBullet"/>
        <w:spacing w:line="240" w:lineRule="auto"/>
        <w:ind w:left="720"/>
      </w:pPr>
      <w:r/>
      <w:r>
        <w:rPr>
          <w:b/>
        </w:rPr>
        <w:t>Mass turnout:</w:t>
      </w:r>
      <w:r>
        <w:t xml:space="preserve"> More than 35,000 marchers from over 600 groups processed from Hyde Park Corner to Whitehall Place, cheered by around a million spectators.</w:t>
      </w:r>
      <w:r/>
    </w:p>
    <w:p>
      <w:pPr>
        <w:pStyle w:val="ListBullet"/>
        <w:spacing w:line="240" w:lineRule="auto"/>
        <w:ind w:left="720"/>
      </w:pPr>
      <w:r/>
      <w:r>
        <w:rPr>
          <w:b/>
        </w:rPr>
        <w:t>High-profile presence:</w:t>
      </w:r>
      <w:r>
        <w:t xml:space="preserve"> Mayor Sadiq Khan marched at the front and joined in chants of “Happy Pride”, lending civic weight to the event.</w:t>
      </w:r>
      <w:r/>
    </w:p>
    <w:p>
      <w:pPr>
        <w:pStyle w:val="ListBullet"/>
        <w:spacing w:line="240" w:lineRule="auto"/>
        <w:ind w:left="720"/>
      </w:pPr>
      <w:r/>
      <w:r>
        <w:rPr>
          <w:b/>
        </w:rPr>
        <w:t>Headline talent:</w:t>
      </w:r>
      <w:r>
        <w:t xml:space="preserve"> MNEK was billed as the main stage headliner in Trafalgar Square, and Madonna was reported to be set to appear.</w:t>
      </w:r>
      <w:r/>
    </w:p>
    <w:p>
      <w:pPr>
        <w:pStyle w:val="ListBullet"/>
        <w:spacing w:line="240" w:lineRule="auto"/>
        <w:ind w:left="720"/>
      </w:pPr>
      <w:r/>
      <w:r>
        <w:rPr>
          <w:b/>
        </w:rPr>
        <w:t>Visible activism:</w:t>
      </w:r>
      <w:r>
        <w:t xml:space="preserve"> Speakers used the platform to call out international issues, including concerns about discrimination in sport.</w:t>
      </w:r>
      <w:r/>
    </w:p>
    <w:p>
      <w:pPr>
        <w:pStyle w:val="ListBullet"/>
        <w:spacing w:line="240" w:lineRule="auto"/>
        <w:ind w:left="720"/>
      </w:pPr>
      <w:r/>
      <w:r>
        <w:rPr>
          <w:b/>
        </w:rPr>
        <w:t>Vibrant atmosphere:</w:t>
      </w:r>
      <w:r>
        <w:t xml:space="preserve"> Costumes, wings, rainbow flags and fans kept spirits high on a sunny day, making the parade as much about community as politics.</w:t>
      </w:r>
      <w:r/>
      <w:r/>
    </w:p>
    <w:p>
      <w:pPr>
        <w:pStyle w:val="Heading2"/>
      </w:pPr>
      <w:r>
        <w:t>A sea of colour on a sunny route , what people remember first</w:t>
      </w:r>
      <w:r/>
    </w:p>
    <w:p>
      <w:r/>
      <w:r>
        <w:t>If you were there, the first thing you’d recall is the colour and noise , glitter, flags and the hum of thousands of voices. The route from Hyde Park Corner, along Piccadilly and into Whitehall funnels crowds into a single, electric corridor. Photographs from the day show people in full festival mode, which helped turn the march into an upbeat, sensory celebration as well as a protest.</w:t>
      </w:r>
      <w:r/>
    </w:p>
    <w:p>
      <w:r/>
      <w:r>
        <w:t>Organisers said the scale was huge, and it showed: tens of thousands of marchers, families, groups and floats packed the streets. For many, Pride has become both the capital’s liveliest party and a visible reminder of ongoing campaigning.</w:t>
      </w:r>
      <w:r/>
    </w:p>
    <w:p>
      <w:pPr>
        <w:pStyle w:val="Heading2"/>
      </w:pPr>
      <w:r>
        <w:t>Politicians, performers and parade leaders , why it mattered that Khan led the march</w:t>
      </w:r>
      <w:r/>
    </w:p>
    <w:p>
      <w:r/>
      <w:r>
        <w:t>When the Mayor of London stood near the front and led chants, it signalled that Pride is not just a cultural event but also a civic one. Having an elected leader visible in the crowd reassures many campaigners that their issues are being heard at City Hall and beyond.</w:t>
      </w:r>
      <w:r/>
    </w:p>
    <w:p>
      <w:r/>
      <w:r>
        <w:t>That presence also helped frame the day as part celebration, part advocacy. It’s a reminder that visibility can translate into influence , and that big turnout days nudge conversations about rights and services up the agenda.</w:t>
      </w:r>
      <w:r/>
    </w:p>
    <w:p>
      <w:pPr>
        <w:pStyle w:val="Heading2"/>
      </w:pPr>
      <w:r>
        <w:t>Music and star power , MNEK, Madonna reports, and the draw of a headline set</w:t>
      </w:r>
      <w:r/>
    </w:p>
    <w:p>
      <w:r/>
      <w:r>
        <w:t>Music has always been central to Pride’s energy, and this year’s main stage kept that tradition. Lewisham-born, Grammy-nominated MNEK headlined, bringing pop polish and local pride to Trafalgar Square. There were also reports Madonna would make an appearance, a reminder that big-name artists still add sparkle and pull big crowds.</w:t>
      </w:r>
      <w:r/>
    </w:p>
    <w:p>
      <w:r/>
      <w:r>
        <w:t>Pop stars don’t just entertain; they amplify messages. When artists join the bill they help the event reach bigger audiences and sometimes spotlight causes , which many marchers welcomed.</w:t>
      </w:r>
      <w:r/>
    </w:p>
    <w:p>
      <w:pPr>
        <w:pStyle w:val="Heading2"/>
      </w:pPr>
      <w:r>
        <w:t>When party meets protest , the day’s activism and why it still matters</w:t>
      </w:r>
      <w:r/>
    </w:p>
    <w:p>
      <w:r/>
      <w:r>
        <w:t>Pride remains an activist event as much as a festival, and speakers used the platform to address international issues. Campaigners highlighted how sporting bodies and other institutions could do more about discrimination, pointing to countries where LGBT+ people face bans or persecution.</w:t>
      </w:r>
      <w:r/>
    </w:p>
    <w:p>
      <w:r/>
      <w:r>
        <w:t>That mix of joy and protest keeps Pride sharp. It’s a celebration of gains so far, and a reminder that the movement’s work continues , locally and globally.</w:t>
      </w:r>
      <w:r/>
    </w:p>
    <w:p>
      <w:pPr>
        <w:pStyle w:val="Heading2"/>
      </w:pPr>
      <w:r>
        <w:t>Practical tips for next year , how to make the most of Pride</w:t>
      </w:r>
      <w:r/>
    </w:p>
    <w:p>
      <w:r/>
      <w:r>
        <w:t>If you’re planning to go next year, arrive early and pick a spot along the route if you want to see the march up close. Bring water and a fan on warm days, and wear comfortable shoes , the city’s cobbles aren’t forgiving. If you’re there for the music, check the timetable so you don’t miss headline sets in Trafalgar Square.</w:t>
      </w:r>
      <w:r/>
    </w:p>
    <w:p>
      <w:r/>
      <w:r>
        <w:t>And if you want to support causes beyond the day, follow the groups that marched; many ask for volunteers or donations year-round.</w:t>
      </w:r>
      <w:r/>
    </w:p>
    <w:p>
      <w:r/>
      <w:r>
        <w:t>It's a small change that can make every Pride outing safer, louder and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0">
        <w:r>
          <w:rPr>
            <w:color w:val="0000EE"/>
            <w:u w:val="single"/>
          </w:rPr>
          <w:t>[6]</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9">
        <w:r>
          <w:rPr>
            <w:color w:val="0000EE"/>
            <w:u w:val="single"/>
          </w:rPr>
          <w:t>[1]</w:t>
        </w:r>
      </w:hyperlink>
      <w:r>
        <w:t xml:space="preserve">, </w:t>
      </w:r>
      <w:hyperlink r:id="rId13">
        <w:r>
          <w:rPr>
            <w:color w:val="0000EE"/>
            <w:u w:val="single"/>
          </w:rPr>
          <w:t>[5]</w:t>
        </w:r>
      </w:hyperlink>
      <w:r>
        <w:t xml:space="preserve">- Paragraph 5: </w:t>
      </w:r>
      <w:hyperlink r:id="rId11">
        <w:r>
          <w:rPr>
            <w:color w:val="0000EE"/>
            <w:u w:val="single"/>
          </w:rPr>
          <w:t>[3]</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https://www.mylondon.news/whats-on/whats-on-news/gallery/first-london-pride-photos-one-34237884</w:t>
        </w:r>
      </w:hyperlink>
      <w:r>
        <w:t xml:space="preserve"> - Please view link - unable to able to access data</w:t>
      </w:r>
      <w:r/>
    </w:p>
    <w:p>
      <w:pPr>
        <w:pStyle w:val="ListNumber"/>
        <w:spacing w:line="240" w:lineRule="auto"/>
        <w:ind w:left="720"/>
      </w:pPr>
      <w:r/>
      <w:hyperlink r:id="rId10">
        <w:r>
          <w:rPr>
            <w:color w:val="0000EE"/>
            <w:u w:val="single"/>
          </w:rPr>
          <w:t>https://www.standard.co.uk/news/london/pride-london-2023-lgbt-hyde-park-whitehall-sadiq-khan-march-parade-b1091480.html</w:t>
        </w:r>
      </w:hyperlink>
      <w:r>
        <w:t xml:space="preserve"> - An estimated one million people attended the 51st annual Pride parade in London on 1 July 2023. The parade began at Hyde Park Corner, passing through Oxford Circus, Piccadilly Circus, and Trafalgar Square, before concluding at Whitehall. The event celebrated the LGBTQ+ community with vibrant displays of rainbows and glitter, marking 51 years since the first march for gay rights in the capital. Performers included Adam Lambert and Idina Menzel, highlighting the parade's blend of celebration and protest for equal rights.</w:t>
      </w:r>
      <w:r/>
    </w:p>
    <w:p>
      <w:pPr>
        <w:pStyle w:val="ListNumber"/>
        <w:spacing w:line="240" w:lineRule="auto"/>
        <w:ind w:left="720"/>
      </w:pPr>
      <w:r/>
      <w:hyperlink r:id="rId11">
        <w:r>
          <w:rPr>
            <w:color w:val="0000EE"/>
            <w:u w:val="single"/>
          </w:rPr>
          <w:t>https://www.vogue.co.uk/gallery/pride-london-2023</w:t>
        </w:r>
      </w:hyperlink>
      <w:r>
        <w:t xml:space="preserve"> - British Vogue showcased 72 joyful pictures from the 2023 London Pride parade, which embraced the theme 'Never March Alone' to support the trans and non-binary communities. Tens of thousands participated in the event, marking 51 years since the inaugural march in 1972. The parade route included Hyde Park Corner, Piccadilly Circus, Haymarket, Pall Mall, and Trafalgar Square, where performances by Rita Ora and Adam Lambert took place. The images captured the vibrant and lively scenes of dancers, performers, and colourful floats.</w:t>
      </w:r>
      <w:r/>
    </w:p>
    <w:p>
      <w:pPr>
        <w:pStyle w:val="ListNumber"/>
        <w:spacing w:line="240" w:lineRule="auto"/>
        <w:ind w:left="720"/>
      </w:pPr>
      <w:r/>
      <w:hyperlink r:id="rId12">
        <w:r>
          <w:rPr>
            <w:color w:val="0000EE"/>
            <w:u w:val="single"/>
          </w:rPr>
          <w:t>https://www.theguardian.com/music/2023/oct/20/eight-things-we-learned-madonna-celebration-tour-london</w:t>
        </w:r>
      </w:hyperlink>
      <w:r>
        <w:t xml:space="preserve"> - The Guardian reported on Madonna's Celebration Tour, which began in London in October 2023. Despite a life-threatening bacterial infection earlier in the year, Madonna delivered a dazzling performance at The O2 Arena. The tour featured a diverse cast, including Black, Latin, queer, and trans dancers, and paid tribute to peers and community members lost to AIDS. The show incorporated elements of ballroom culture, with appearances by RuPaul’s Drag Race winner Bob the Drag Queen as an MC.</w:t>
      </w:r>
      <w:r/>
    </w:p>
    <w:p>
      <w:pPr>
        <w:pStyle w:val="ListNumber"/>
        <w:spacing w:line="240" w:lineRule="auto"/>
        <w:ind w:left="720"/>
      </w:pPr>
      <w:r/>
      <w:hyperlink r:id="rId13">
        <w:r>
          <w:rPr>
            <w:color w:val="0000EE"/>
            <w:u w:val="single"/>
          </w:rPr>
          <w:t>https://www.itv.com/news/london/2023-10-15/madonna-urges-fans-to-unite-in-light-and-love-as-tour-opens-in-london</w:t>
        </w:r>
      </w:hyperlink>
      <w:r>
        <w:t xml:space="preserve"> - ITV News London covered Madonna's opening night of her Celebration Tour at The O2 Arena in London on 14 October 2023. During the performance, Madonna urged fans to unite in 'light and love' to promote peace in the Middle East and globally. The concert featured a mix of classic songs from her four-decade career, extravagant outfits, and theatrical stage setups. Several of her six children joined her on stage throughout the nearly two-and-a-half-hour performance.</w:t>
      </w:r>
      <w:r/>
    </w:p>
    <w:p>
      <w:pPr>
        <w:pStyle w:val="ListNumber"/>
        <w:spacing w:line="240" w:lineRule="auto"/>
        <w:ind w:left="720"/>
      </w:pPr>
      <w:r/>
      <w:hyperlink r:id="rId10">
        <w:r>
          <w:rPr>
            <w:color w:val="0000EE"/>
            <w:u w:val="single"/>
          </w:rPr>
          <w:t>https://www.standard.co.uk/news/london/pride-london-2023-lgbt-hyde-park-whitehall-sadiq-khan-march-parade-b1091480.html</w:t>
        </w:r>
      </w:hyperlink>
      <w:r>
        <w:t xml:space="preserve"> - An estimated one million people attended the 51st annual Pride parade in London on 1 July 2023. The parade began at Hyde Park Corner, passing through Oxford Circus, Piccadilly Circus, and Trafalgar Square, before concluding at Whitehall. The event celebrated the LGBTQ+ community with vibrant displays of rainbows and glitter, marking 51 years since the first march for gay rights in the capital. Performers included Adam Lambert and Idina Menzel, highlighting the parade's blend of celebration and protest for equal rights.</w:t>
      </w:r>
      <w:r/>
    </w:p>
    <w:p>
      <w:pPr>
        <w:pStyle w:val="ListNumber"/>
        <w:spacing w:line="240" w:lineRule="auto"/>
        <w:ind w:left="720"/>
      </w:pPr>
      <w:r/>
      <w:hyperlink r:id="rId10">
        <w:r>
          <w:rPr>
            <w:color w:val="0000EE"/>
            <w:u w:val="single"/>
          </w:rPr>
          <w:t>https://www.standard.co.uk/news/london/pride-london-2023-lgbt-hyde-park-whitehall-sadiq-khan-march-parade-b1091480.html</w:t>
        </w:r>
      </w:hyperlink>
      <w:r>
        <w:t xml:space="preserve"> - An estimated one million people attended the 51st annual Pride parade in London on 1 July 2023. The parade began at Hyde Park Corner, passing through Oxford Circus, Piccadilly Circus, and Trafalgar Square, before concluding at Whitehall. The event celebrated the LGBTQ+ community with vibrant displays of rainbows and glitter, marking 51 years since the first march for gay rights in the capital. Performers included Adam Lambert and Idina Menzel, highlighting the parade's blend of celebration and protest for equal rights.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ylondon.news/whats-on/whats-on-news/gallery/first-london-pride-photos-one-34237884" TargetMode="External"/><Relationship Id="rId10" Type="http://schemas.openxmlformats.org/officeDocument/2006/relationships/hyperlink" Target="https://www.standard.co.uk/news/london/pride-london-2023-lgbt-hyde-park-whitehall-sadiq-khan-march-parade-b1091480.html" TargetMode="External"/><Relationship Id="rId11" Type="http://schemas.openxmlformats.org/officeDocument/2006/relationships/hyperlink" Target="https://www.vogue.co.uk/gallery/pride-london-2023" TargetMode="External"/><Relationship Id="rId12" Type="http://schemas.openxmlformats.org/officeDocument/2006/relationships/hyperlink" Target="https://www.theguardian.com/music/2023/oct/20/eight-things-we-learned-madonna-celebration-tour-london" TargetMode="External"/><Relationship Id="rId13" Type="http://schemas.openxmlformats.org/officeDocument/2006/relationships/hyperlink" Target="https://www.itv.com/news/london/2023-10-15/madonna-urges-fans-to-unite-in-light-and-love-as-tour-opens-in-lond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