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Pride in London Highlights: What to Know About the 2026 Parade and Parties</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Celebrate loudly: thousands turned out for Pride in London 2026, with a colourful parade, packed stages and a theme that’s sparking conversations , here’s a quick guide to what happened, where to be and how to enjoy the day safely and sustainably.</w:t>
      </w:r>
      <w:r/>
    </w:p>
    <w:p>
      <w:r/>
      <w:r>
        <w:t>Essential takeaways</w:t>
      </w:r>
      <w:r/>
      <w:r/>
    </w:p>
    <w:p>
      <w:pPr>
        <w:pStyle w:val="ListBullet"/>
        <w:spacing w:line="240" w:lineRule="auto"/>
        <w:ind w:left="720"/>
      </w:pPr>
      <w:r/>
      <w:r>
        <w:rPr>
          <w:b/>
        </w:rPr>
        <w:t>Huge turnout:</w:t>
      </w:r>
      <w:r>
        <w:t xml:space="preserve"> Tens of thousands marched through central London, filling streets with music and colour.</w:t>
      </w:r>
      <w:r/>
    </w:p>
    <w:p>
      <w:pPr>
        <w:pStyle w:val="ListBullet"/>
        <w:spacing w:line="240" w:lineRule="auto"/>
        <w:ind w:left="720"/>
      </w:pPr>
      <w:r/>
      <w:r>
        <w:rPr>
          <w:b/>
        </w:rPr>
        <w:t>Parade route and timings:</w:t>
      </w:r>
      <w:r>
        <w:t xml:space="preserve"> The main procession followed the established central route; plan for road closures and busy Tube stations.</w:t>
      </w:r>
      <w:r/>
    </w:p>
    <w:p>
      <w:pPr>
        <w:pStyle w:val="ListBullet"/>
        <w:spacing w:line="240" w:lineRule="auto"/>
        <w:ind w:left="720"/>
      </w:pPr>
      <w:r/>
      <w:r>
        <w:rPr>
          <w:b/>
        </w:rPr>
        <w:t>Theme and line-up:</w:t>
      </w:r>
      <w:r>
        <w:t xml:space="preserve"> This year’s theme shaped floats and performances, with headline acts on multiple stages across the city.</w:t>
      </w:r>
      <w:r/>
    </w:p>
    <w:p>
      <w:pPr>
        <w:pStyle w:val="ListBullet"/>
        <w:spacing w:line="240" w:lineRule="auto"/>
        <w:ind w:left="720"/>
      </w:pPr>
      <w:r/>
      <w:r>
        <w:rPr>
          <w:b/>
        </w:rPr>
        <w:t>Practicalities:</w:t>
      </w:r>
      <w:r>
        <w:t xml:space="preserve"> Expect crowd control measures, a strong volunteer presence and accessible facilities, though arrive early to avoid queues.</w:t>
      </w:r>
      <w:r/>
    </w:p>
    <w:p>
      <w:pPr>
        <w:pStyle w:val="ListBullet"/>
        <w:spacing w:line="240" w:lineRule="auto"/>
        <w:ind w:left="720"/>
      </w:pPr>
      <w:r/>
      <w:r>
        <w:rPr>
          <w:b/>
        </w:rPr>
        <w:t>Vibe:</w:t>
      </w:r>
      <w:r>
        <w:t xml:space="preserve"> A mix of joyful celebration and political messaging, with community groups prominent alongside corporate contingents.</w:t>
      </w:r>
      <w:r/>
      <w:r/>
    </w:p>
    <w:p>
      <w:pPr>
        <w:pStyle w:val="Heading2"/>
      </w:pPr>
      <w:r>
        <w:t>Opening hook: a city painted in Pride colours</w:t>
      </w:r>
      <w:r/>
    </w:p>
    <w:p>
      <w:r/>
      <w:r>
        <w:t>London felt bright and electric as people gathered to celebrate Pride 2026, the air full of drums, chants and the occasional spray of confetti. According to The Guardian, tens of thousands marched in the annual parade, turning central thoroughfares into a moving, noisy festival. The visual spectacle was matched by serious messages on equality and rights, so the day balanced euphoria with purpose.</w:t>
      </w:r>
      <w:r/>
    </w:p>
    <w:p>
      <w:pPr>
        <w:pStyle w:val="Heading2"/>
      </w:pPr>
      <w:r>
        <w:t>What the parade looked like and who turned up</w:t>
      </w:r>
      <w:r/>
    </w:p>
    <w:p>
      <w:r/>
      <w:r>
        <w:t>Floats, community groups, activists and celebrities all took part in a procession that snaked through the city. ITV reported that thousands took part directly in the parade, while crowds lined the route to cheer them on. Many contingents used bold visuals to amplify causes, and there was a clear sense that this was both a party and a platform for voices that still need to be heard.</w:t>
      </w:r>
      <w:r/>
    </w:p>
    <w:p>
      <w:pPr>
        <w:pStyle w:val="Heading2"/>
      </w:pPr>
      <w:r>
        <w:t>Theme and music: why this year felt different</w:t>
      </w:r>
      <w:r/>
    </w:p>
    <w:p>
      <w:r/>
      <w:r>
        <w:t>Pride organisers announced a unifying theme and a music line-up that drew in a broad crowd, with stages across the capital hosting headline acts and emerging performers. Time Out covered the theme and music details, noting how programming aimed to represent diverse communities and tastes. If you want the full experience next year, follow the official line-up announcements and book any ticketed shows early , popular sets sell out fast.</w:t>
      </w:r>
      <w:r/>
    </w:p>
    <w:p>
      <w:pPr>
        <w:pStyle w:val="Heading2"/>
      </w:pPr>
      <w:r>
        <w:t>Getting there, seeing more, and avoiding the crush</w:t>
      </w:r>
      <w:r/>
    </w:p>
    <w:p>
      <w:r/>
      <w:r>
        <w:t>Plan your journey: LBC and ITV both highlighted the need to check timings and parade routes in advance, because road closures and tube congestion are inevitable. Arrive early if you want a good viewing spot, bring water, and wear comfortable shoes , the day involves lots of standing and walking. For accessibility, Pride provides facilities and stewards to help, but it’s worth checking specific site maps and assistance points before you travel.</w:t>
      </w:r>
      <w:r/>
    </w:p>
    <w:p>
      <w:pPr>
        <w:pStyle w:val="Heading2"/>
      </w:pPr>
      <w:r>
        <w:t>Safety, sustainability and community spirit</w:t>
      </w:r>
      <w:r/>
    </w:p>
    <w:p>
      <w:r/>
      <w:r>
        <w:t>Organisers emphasised stewarding, first-aid stations and clear public-safety messaging, while volunteers helped keep things moving. Sustainability was visible too, with groups encouraging reusable bottles and litter-free zones. The tone across reports was upbeat but realistic: Pride remains a celebration, yet it’s also a reminder of ongoing struggles for rights and inclusion. Many attendees said the mix of joy and activism is exactly what makes Pride feel vital.</w:t>
      </w:r>
      <w:r/>
    </w:p>
    <w:p>
      <w:r/>
      <w:r>
        <w:t>It's a small change in routine that can make your Pride experience easier and more meaningful next time.</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[6]</w:t>
        </w:r>
      </w:hyperlink>
      <w:r>
        <w:t xml:space="preserve">, </w:t>
      </w:r>
      <w:hyperlink r:id="rId9">
        <w:r>
          <w:rPr>
            <w:color w:val="0000EE"/>
            <w:u w:val="single"/>
          </w:rPr>
          <w:t>[4]</w:t>
        </w:r>
      </w:hyperlink>
      <w:r>
        <w:t xml:space="preserve">- Paragraph 2: </w:t>
      </w:r>
      <w:hyperlink r:id="rId11">
        <w:r>
          <w:rPr>
            <w:color w:val="0000EE"/>
            <w:u w:val="single"/>
          </w:rPr>
          <w:t>[3]</w:t>
        </w:r>
      </w:hyperlink>
      <w:r>
        <w:t xml:space="preserve">, </w:t>
      </w:r>
      <w:hyperlink r:id="rId10">
        <w:r>
          <w:rPr>
            <w:color w:val="0000EE"/>
            <w:u w:val="single"/>
          </w:rPr>
          <w:t>[6]</w:t>
        </w:r>
      </w:hyperlink>
      <w:r>
        <w:t xml:space="preserve">- Paragraph 3: </w:t>
      </w:r>
      <w:hyperlink r:id="rId12">
        <w:r>
          <w:rPr>
            <w:color w:val="0000EE"/>
            <w:u w:val="single"/>
          </w:rPr>
          <w:t>[7]</w:t>
        </w:r>
      </w:hyperlink>
      <w:r>
        <w:t xml:space="preserve">, </w:t>
      </w:r>
      <w:hyperlink r:id="rId9">
        <w:r>
          <w:rPr>
            <w:color w:val="0000EE"/>
            <w:u w:val="single"/>
          </w:rPr>
          <w:t>[4]</w:t>
        </w:r>
      </w:hyperlink>
      <w:r>
        <w:t xml:space="preserve">- Paragraph 4: </w:t>
      </w:r>
      <w:hyperlink r:id="rId13">
        <w:r>
          <w:rPr>
            <w:color w:val="0000EE"/>
            <w:u w:val="single"/>
          </w:rPr>
          <w:t>[5]</w:t>
        </w:r>
      </w:hyperlink>
      <w:r>
        <w:t xml:space="preserve">, </w:t>
      </w:r>
      <w:hyperlink r:id="rId14">
        <w:r>
          <w:rPr>
            <w:color w:val="0000EE"/>
            <w:u w:val="single"/>
          </w:rPr>
          <w:t>[2]</w:t>
        </w:r>
      </w:hyperlink>
      <w:r>
        <w:t xml:space="preserve">- Paragraph 5: </w:t>
      </w:r>
      <w:hyperlink r:id="rId10">
        <w:r>
          <w:rPr>
            <w:color w:val="0000EE"/>
            <w:u w:val="single"/>
          </w:rPr>
          <w:t>[6]</w:t>
        </w:r>
      </w:hyperlink>
      <w:r>
        <w:t xml:space="preserve">, </w:t>
      </w:r>
      <w:hyperlink r:id="rId11">
        <w:r>
          <w:rPr>
            <w:color w:val="0000EE"/>
            <w:u w:val="single"/>
          </w:rPr>
          <w:t>[3]</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https://www.theguardian.com/world/gallery/2026/jul/04/pride-london-in-pictures</w:t>
        </w:r>
      </w:hyperlink>
      <w:r>
        <w:t xml:space="preserve"> - Please view link - unable to able to access data</w:t>
      </w:r>
      <w:r/>
    </w:p>
    <w:p>
      <w:pPr>
        <w:pStyle w:val="ListNumber"/>
        <w:spacing w:line="240" w:lineRule="auto"/>
        <w:ind w:left="720"/>
      </w:pPr>
      <w:r/>
      <w:hyperlink r:id="rId14">
        <w:r>
          <w:rPr>
            <w:color w:val="0000EE"/>
            <w:u w:val="single"/>
          </w:rPr>
          <w:t>https://www.itv.com/news/london/2026-07-03/pride-in-london-what-you-need-to-know</w:t>
        </w:r>
      </w:hyperlink>
      <w:r>
        <w:t xml:space="preserve"> - This article provides essential information about the 2026 Pride in London event, including the expected attendance of over a million people and the participation of more than 35,000 marchers from over 600 diverse groups. It details the parade route, starting at Hyde Park Corner and ending at Whitehall, and highlights the various entertainment stages across central London, such as Trafalgar Square's main stage featuring MNEK. The piece also discusses the heavy police presence in Westminster to ensure public safety during the celebrations.</w:t>
      </w:r>
      <w:r/>
    </w:p>
    <w:p>
      <w:pPr>
        <w:pStyle w:val="ListNumber"/>
        <w:spacing w:line="240" w:lineRule="auto"/>
        <w:ind w:left="720"/>
      </w:pPr>
      <w:r/>
      <w:hyperlink r:id="rId11">
        <w:r>
          <w:rPr>
            <w:color w:val="0000EE"/>
            <w:u w:val="single"/>
          </w:rPr>
          <w:t>https://www.itv.com/news/london/2026-07-05/thousands-take-part-in-pride-in-london-parade</w:t>
        </w:r>
      </w:hyperlink>
      <w:r>
        <w:t xml:space="preserve"> - This report covers the Pride in London parade held on 4 July 2026, noting the participation of thousands of activists marching through central London. It mentions Mayor Sadiq Khan leading the march and addresses speculation about pop superstar Madonna's attendance, clarifying that she did not appear at the event's Trafalgar Square stage. The article also touches upon campaigners' concerns regarding the rights of trans people during the celebrations.</w:t>
      </w:r>
      <w:r/>
    </w:p>
    <w:p>
      <w:pPr>
        <w:pStyle w:val="ListNumber"/>
        <w:spacing w:line="240" w:lineRule="auto"/>
        <w:ind w:left="720"/>
      </w:pPr>
      <w:r/>
      <w:hyperlink r:id="rId9">
        <w:r>
          <w:rPr>
            <w:color w:val="0000EE"/>
            <w:u w:val="single"/>
          </w:rPr>
          <w:t>https://www.theguardian.com/world/gallery/2026/jul/04/pride-london-in-pictures</w:t>
        </w:r>
      </w:hyperlink>
      <w:r>
        <w:t xml:space="preserve"> - This photo gallery showcases images from the 2026 Pride in London event, capturing members and supporters of the LGBTQ+ community celebrating the annual parade. The collection includes vibrant scenes from Piccadilly Circus, with its rainbow decorations, and highlights the expected attendance of over 1.5 million people. The gallery also features colourful attire and accessories worn by parade-goers, reflecting the festive atmosphere of the event.</w:t>
      </w:r>
      <w:r/>
    </w:p>
    <w:p>
      <w:pPr>
        <w:pStyle w:val="ListNumber"/>
        <w:spacing w:line="240" w:lineRule="auto"/>
        <w:ind w:left="720"/>
      </w:pPr>
      <w:r/>
      <w:hyperlink r:id="rId13">
        <w:r>
          <w:rPr>
            <w:color w:val="0000EE"/>
            <w:u w:val="single"/>
          </w:rPr>
          <w:t>https://www.lbc.co.uk/article/pride-in-london-2026-what-you-need-to-know-from-timings-to-parade-route-and-road-5HjdcTd_2/</w:t>
        </w:r>
      </w:hyperlink>
      <w:r>
        <w:t xml:space="preserve"> - This article provides comprehensive details about the 2026 Pride in London event, including the expected attendance of around 1.8 million people and the participation of approximately 35,000 marchers from over 600 groups. It outlines the parade route, starting at Hyde Park Corner and ending at Whitehall, and discusses road closures and other logistical considerations. The piece also highlights the event's focus on promoting equality for the LGBTQ+ community through various performances and activities.</w:t>
      </w:r>
      <w:r/>
    </w:p>
    <w:p>
      <w:pPr>
        <w:pStyle w:val="ListNumber"/>
        <w:spacing w:line="240" w:lineRule="auto"/>
        <w:ind w:left="720"/>
      </w:pPr>
      <w:r/>
      <w:hyperlink r:id="rId10">
        <w:r>
          <w:rPr>
            <w:color w:val="0000EE"/>
            <w:u w:val="single"/>
          </w:rPr>
          <w:t>https://www.theguardian.com/world/2026/jul/04/tens-of-thousands-march-in-london-for-annual-pride-parade</w:t>
        </w:r>
      </w:hyperlink>
      <w:r>
        <w:t xml:space="preserve"> - This article reports on the 2026 Pride in London parade, noting the participation of more than 35,000 people from about 600 groups. It details the parade route from Hyde Park Corner to Whitehall via Piccadilly and mentions Mayor Sadiq Khan joining the crowd. The piece also reflects on the history of Pride in London, referencing the first official Pride march in July 1972.</w:t>
      </w:r>
      <w:r/>
    </w:p>
    <w:p>
      <w:pPr>
        <w:pStyle w:val="ListNumber"/>
        <w:spacing w:line="240" w:lineRule="auto"/>
        <w:ind w:left="720"/>
      </w:pPr>
      <w:r/>
      <w:hyperlink r:id="rId12">
        <w:r>
          <w:rPr>
            <w:color w:val="0000EE"/>
            <w:u w:val="single"/>
          </w:rPr>
          <w:t>https://www.timeout.com/london/news/pride-in-london-has-announced-its-2026-theme-and-music-lineup-heres-what-you-need-to-know-060926</w:t>
        </w:r>
      </w:hyperlink>
      <w:r>
        <w:t xml:space="preserve"> - This article announces the theme and music lineup for the 2026 Pride in London event. The theme, 'Many Voices. One Front,' focuses on intergenerational power and addresses critical issues such as trans healthcare rights, Black and Brown queer visibility, chosen family rights, and ending hate crime. The piece also highlights MNEK as the headliner for the Trafalgar Square stage and discusses the event's commitment to inclusivity and community engagement.</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www.theguardian.com/world/gallery/2026/jul/04/pride-london-in-pictures" TargetMode="External"/><Relationship Id="rId10" Type="http://schemas.openxmlformats.org/officeDocument/2006/relationships/hyperlink" Target="https://www.theguardian.com/world/2026/jul/04/tens-of-thousands-march-in-london-for-annual-pride-parade" TargetMode="External"/><Relationship Id="rId11" Type="http://schemas.openxmlformats.org/officeDocument/2006/relationships/hyperlink" Target="https://www.itv.com/news/london/2026-07-05/thousands-take-part-in-pride-in-london-parade" TargetMode="External"/><Relationship Id="rId12" Type="http://schemas.openxmlformats.org/officeDocument/2006/relationships/hyperlink" Target="https://www.timeout.com/london/news/pride-in-london-has-announced-its-2026-theme-and-music-lineup-heres-what-you-need-to-know-060926" TargetMode="External"/><Relationship Id="rId13" Type="http://schemas.openxmlformats.org/officeDocument/2006/relationships/hyperlink" Target="https://www.lbc.co.uk/article/pride-in-london-2026-what-you-need-to-know-from-timings-to-parade-route-and-road-5HjdcTd_2/" TargetMode="External"/><Relationship Id="rId14" Type="http://schemas.openxmlformats.org/officeDocument/2006/relationships/hyperlink" Target="https://www.itv.com/news/london/2026-07-03/pride-in-london-what-you-need-to-know"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