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Beauty Campaigns: SM Beauty’s “So Much Pride” Puts Community First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celebrating SM Beauty’s return of So Much Pride, a week-long Pride campaign that turned stores and a disco-themed event into a vivid stage for LGBTQIA+ visibility, deals, and community stories, showing why beauty retail still matters as a platform for inclusion.</w:t>
      </w:r>
      <w:r/>
    </w:p>
    <w:p>
      <w:r/>
      <w:r>
        <w:t>Essential Takeaways</w:t>
      </w:r>
      <w:r/>
      <w:r/>
    </w:p>
    <w:p>
      <w:pPr>
        <w:pStyle w:val="ListBullet"/>
        <w:spacing w:line="240" w:lineRule="auto"/>
        <w:ind w:left="720"/>
      </w:pPr>
      <w:r/>
      <w:r>
        <w:rPr>
          <w:b/>
        </w:rPr>
        <w:t>Nationwide reach:</w:t>
      </w:r>
      <w:r>
        <w:t xml:space="preserve"> SM Beauty ran So Much Pride across its 79 stores with promos and brand participation that reached shoppers islandwide.</w:t>
      </w:r>
      <w:r/>
    </w:p>
    <w:p>
      <w:pPr>
        <w:pStyle w:val="ListBullet"/>
        <w:spacing w:line="240" w:lineRule="auto"/>
        <w:ind w:left="720"/>
      </w:pPr>
      <w:r/>
      <w:r>
        <w:rPr>
          <w:b/>
        </w:rPr>
        <w:t>Event energy:</w:t>
      </w:r>
      <w:r>
        <w:t xml:space="preserve"> A Disco Proud: Shine Loud, Shine Proud event at SM City North EDSA The Block featured drag, panels, and live beauty demos.</w:t>
      </w:r>
      <w:r/>
    </w:p>
    <w:p>
      <w:pPr>
        <w:pStyle w:val="ListBullet"/>
        <w:spacing w:line="240" w:lineRule="auto"/>
        <w:ind w:left="720"/>
      </w:pPr>
      <w:r/>
      <w:r>
        <w:rPr>
          <w:b/>
        </w:rPr>
        <w:t>Brands involved:</w:t>
      </w:r>
      <w:r>
        <w:t xml:space="preserve"> Dozens of labels took part, including Maybelline, Avon, Revlon, Happy Skin, BLK, and more, bringing discounts and activations.</w:t>
      </w:r>
      <w:r/>
    </w:p>
    <w:p>
      <w:pPr>
        <w:pStyle w:val="ListBullet"/>
        <w:spacing w:line="240" w:lineRule="auto"/>
        <w:ind w:left="720"/>
      </w:pPr>
      <w:r/>
      <w:r>
        <w:rPr>
          <w:b/>
        </w:rPr>
        <w:t>Community voices:</w:t>
      </w:r>
      <w:r>
        <w:t xml:space="preserve"> Trans advocates, drag performers and content creators shared stories and practical beauty tips on stage.</w:t>
      </w:r>
      <w:r/>
    </w:p>
    <w:p>
      <w:pPr>
        <w:pStyle w:val="ListBullet"/>
        <w:spacing w:line="240" w:lineRule="auto"/>
        <w:ind w:left="720"/>
      </w:pPr>
      <w:r/>
      <w:r>
        <w:rPr>
          <w:b/>
        </w:rPr>
        <w:t>Everyday allyship:</w:t>
      </w:r>
      <w:r>
        <w:t xml:space="preserve"> SM Beauty framed the campaign as more than a month-long gesture, promising ongoing inclusion through products, programming and stores.</w:t>
      </w:r>
      <w:r/>
      <w:r/>
    </w:p>
    <w:p>
      <w:pPr>
        <w:pStyle w:val="Heading2"/>
      </w:pPr>
      <w:r>
        <w:t>What happened on the ground , a colourful week that mixed bargains and pride</w:t>
      </w:r>
      <w:r/>
    </w:p>
    <w:p>
      <w:r/>
      <w:r>
        <w:t>SM Beauty’s So Much Pride ran from 25 June to 1 July, with promotions and activations across participating brands and 79 stores nationwide, making the campaign easy to spot in malls and online. The in-person highlight was a jam-packed event at SM City North EDSA The Block, where a disco-themed production added a tactile, celebratory feel, think strobe lights, glitter and a crowd that cheered loud. According to coverage, the blend of sales and live programming helped the campaign feel both useful and joyful, which is often what shoppers want from Pride retail.</w:t>
      </w:r>
      <w:r/>
    </w:p>
    <w:p>
      <w:pPr>
        <w:pStyle w:val="Heading2"/>
      </w:pPr>
      <w:r>
        <w:t>Who took the stage , personalities, advocates and practical beauty tips</w:t>
      </w:r>
      <w:r/>
    </w:p>
    <w:p>
      <w:r/>
      <w:r>
        <w:t>The event combined entertainment and education. AC Soriano hosted, drag performer Maureen Biology and Drag Race Philippines judge KaladKaren performed and spoke, and trans advocate Rica Salomon led a brand talk. Makeup artists and creators like Muriel Vega Perez and Paul Allen demonstrated looks, while Johnrey Almonte ran a ramp competition. That mix matters: shoppers got to see representation onstage and also pick up everyday tips, from colour play to product picks, which turns a promo into something personally relevant.</w:t>
      </w:r>
      <w:r/>
    </w:p>
    <w:p>
      <w:pPr>
        <w:pStyle w:val="Heading2"/>
      </w:pPr>
      <w:r>
        <w:t>Why brands join , visibility, sales and long-term positioning</w:t>
      </w:r>
      <w:r/>
    </w:p>
    <w:p>
      <w:r/>
      <w:r>
        <w:t>Retailers and brands often treat Pride as both a moral and commercial moment, and SM Beauty’s event explicitly leaned into both. By gathering mainstream labels, Maybelline, Avon, Revlon, Happy Skin and many indie names, the campaign amplified queer creators and made inclusive messaging visible in shopping aisles. Industry watchers note that when major retailers sustain that messaging beyond a single month, it shifts public expectations and helps brands avoid the “one-off” pitfall of performative Pride.</w:t>
      </w:r>
      <w:r/>
    </w:p>
    <w:p>
      <w:pPr>
        <w:pStyle w:val="Heading2"/>
      </w:pPr>
      <w:r>
        <w:t>How to shop Pride smart , practical tips for buyers</w:t>
      </w:r>
      <w:r/>
    </w:p>
    <w:p>
      <w:r/>
      <w:r>
        <w:t>If you want to support meaningful Pride retail, look beyond rainbow packaging. Check whether a brand partners with community organisations, features queer talent in programming, or commits to year-round initiatives. At in-store events, ask about shade ranges, product returns and demonstration samples, live demos, like those at SM Beauty’s event, quickly show if a product truly works for diverse skin tones. And if you can, attend talks or performances: they’re where stories and useful tips are shared.</w:t>
      </w:r>
      <w:r/>
    </w:p>
    <w:p>
      <w:pPr>
        <w:pStyle w:val="Heading2"/>
      </w:pPr>
      <w:r>
        <w:t>The takeaway , small gestures, bigger impact</w:t>
      </w:r>
      <w:r/>
    </w:p>
    <w:p>
      <w:r/>
      <w:r>
        <w:t>SM Beauty framed So Much Pride as an ongoing commitment rather than a single-month stunt, and the festival-style event paired with nationwide promos made the message tangible for shoppers. It’s the kind of retail moment that, when done well, both sells products and spotlights people, something the beauty scene needs more of.</w:t>
      </w:r>
      <w:r/>
    </w:p>
    <w:p>
      <w:r/>
      <w:r>
        <w:t>It's a small change that can make every beauty buy feel a bit more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Paragraph 2: </w:t>
      </w:r>
      <w:hyperlink r:id="rId10">
        <w:r>
          <w:rPr>
            <w:color w:val="0000EE"/>
            <w:u w:val="single"/>
          </w:rPr>
          <w:t>[2]</w:t>
        </w:r>
      </w:hyperlink>
      <w:r>
        <w:t xml:space="preserve">- Paragraph 3: </w:t>
      </w:r>
      <w:hyperlink r:id="rId10">
        <w:r>
          <w:rPr>
            <w:color w:val="0000EE"/>
            <w:u w:val="single"/>
          </w:rPr>
          <w:t>[2]</w:t>
        </w:r>
      </w:hyperlink>
      <w:r>
        <w:t xml:space="preserve">- Paragraph 4: </w:t>
      </w:r>
      <w:hyperlink r:id="rId10">
        <w:r>
          <w:rPr>
            <w:color w:val="0000EE"/>
            <w:u w:val="single"/>
          </w:rPr>
          <w:t>[2]</w:t>
        </w:r>
      </w:hyperlink>
      <w:r>
        <w:t xml:space="preserve">- Paragraph 5: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https://rodmagaru.com/2026/07/sm-beautys-pride-commitment-goes-beyond-june/</w:t>
        </w:r>
      </w:hyperlink>
      <w:r>
        <w:t xml:space="preserve"> - Please view link - unable to able to access data</w:t>
      </w:r>
      <w:r/>
    </w:p>
    <w:p>
      <w:pPr>
        <w:pStyle w:val="ListNumber"/>
        <w:spacing w:line="240" w:lineRule="auto"/>
        <w:ind w:left="720"/>
      </w:pPr>
      <w:r/>
      <w:hyperlink r:id="rId10">
        <w:r>
          <w:rPr>
            <w:color w:val="0000EE"/>
            <w:u w:val="single"/>
          </w:rPr>
          <w:t>https://newswav.com/article/sm-beauty-marks-pride-month-with-nationwide-campaign-A2606_AfM6Ql</w:t>
        </w:r>
      </w:hyperlink>
      <w:r>
        <w:t xml:space="preserve"> - SM Beauty's nationwide campaign for Pride Month 2026, themed 'Disco Proud: Shine Loud, Shine Proud', ran from June 25 to July 1, featuring in-store activities and exclusive discounts across 79 stores. Participating brands included BLK, Happy Skin, BYS, IMMA, OTWOO, Absidy, Issy, Maybelline, Avon, Vice, Skintific, Chic Centre, Bobbie, Hued, Nivea, YOU, Dazzle Me, GlamFX, Sola, Cosrx, BBIA, OMG, Barenbliss, Revlon, Lavojoy, Too Cool For School, Ready Set Glow, and Timephoria. The campaign aimed to highlight self-expression and visibility within the LGBTQIA+ community. (</w:t>
      </w:r>
      <w:hyperlink r:id="rId11">
        <w:r>
          <w:rPr>
            <w:color w:val="0000EE"/>
            <w:u w:val="single"/>
          </w:rPr>
          <w:t>newswav.com</w:t>
        </w:r>
      </w:hyperlink>
      <w:r>
        <w:t>)</w:t>
      </w:r>
      <w:r/>
    </w:p>
    <w:p>
      <w:pPr>
        <w:pStyle w:val="ListNumber"/>
        <w:spacing w:line="240" w:lineRule="auto"/>
        <w:ind w:left="720"/>
      </w:pPr>
      <w:r/>
      <w:hyperlink r:id="rId10">
        <w:r>
          <w:rPr>
            <w:color w:val="0000EE"/>
            <w:u w:val="single"/>
          </w:rPr>
          <w:t>https://newswav.com/article/sm-beauty-marks-pride-month-with-nationwide-campaign-A2606_AfM6Ql</w:t>
        </w:r>
      </w:hyperlink>
      <w:r>
        <w:t xml:space="preserve"> - SM Beauty's nationwide campaign for Pride Month 2026, themed 'Disco Proud: Shine Loud, Shine Proud', ran from June 25 to July 1, featuring in-store activities and exclusive discounts across 79 stores. Participating brands included BLK, Happy Skin, BYS, IMMA, OTWOO, Absidy, Issy, Maybelline, Avon, Vice, Skintific, Chic Centre, Bobbie, Hued, Nivea, YOU, Dazzle Me, GlamFX, Sola, Cosrx, BBIA, OMG, Barenbliss, Revlon, Lavojoy, Too Cool For School, Ready Set Glow, and Timephoria. The campaign aimed to highlight self-expression and visibility within the LGBTQIA+ community. (</w:t>
      </w:r>
      <w:hyperlink r:id="rId11">
        <w:r>
          <w:rPr>
            <w:color w:val="0000EE"/>
            <w:u w:val="single"/>
          </w:rPr>
          <w:t>newswav.com</w:t>
        </w:r>
      </w:hyperlink>
      <w:r>
        <w:t>)</w:t>
      </w:r>
      <w:r/>
    </w:p>
    <w:p>
      <w:pPr>
        <w:pStyle w:val="ListNumber"/>
        <w:spacing w:line="240" w:lineRule="auto"/>
        <w:ind w:left="720"/>
      </w:pPr>
      <w:r/>
      <w:hyperlink r:id="rId10">
        <w:r>
          <w:rPr>
            <w:color w:val="0000EE"/>
            <w:u w:val="single"/>
          </w:rPr>
          <w:t>https://newswav.com/article/sm-beauty-marks-pride-month-with-nationwide-campaign-A2606_AfM6Ql</w:t>
        </w:r>
      </w:hyperlink>
      <w:r>
        <w:t xml:space="preserve"> - SM Beauty's nationwide campaign for Pride Month 2026, themed 'Disco Proud: Shine Loud, Shine Proud', ran from June 25 to July 1, featuring in-store activities and exclusive discounts across 79 stores. Participating brands included BLK, Happy Skin, BYS, IMMA, OTWOO, Absidy, Issy, Maybelline, Avon, Vice, Skintific, Chic Centre, Bobbie, Hued, Nivea, YOU, Dazzle Me, GlamFX, Sola, Cosrx, BBIA, OMG, Barenbliss, Revlon, Lavojoy, Too Cool For School, Ready Set Glow, and Timephoria. The campaign aimed to highlight self-expression and visibility within the LGBTQIA+ community. (</w:t>
      </w:r>
      <w:hyperlink r:id="rId11">
        <w:r>
          <w:rPr>
            <w:color w:val="0000EE"/>
            <w:u w:val="single"/>
          </w:rPr>
          <w:t>newswav.com</w:t>
        </w:r>
      </w:hyperlink>
      <w:r>
        <w:t>)</w:t>
      </w:r>
      <w:r/>
    </w:p>
    <w:p>
      <w:pPr>
        <w:pStyle w:val="ListNumber"/>
        <w:spacing w:line="240" w:lineRule="auto"/>
        <w:ind w:left="720"/>
      </w:pPr>
      <w:r/>
      <w:hyperlink r:id="rId10">
        <w:r>
          <w:rPr>
            <w:color w:val="0000EE"/>
            <w:u w:val="single"/>
          </w:rPr>
          <w:t>https://newswav.com/article/sm-beauty-marks-pride-month-with-nationwide-campaign-A2606_AfM6Ql</w:t>
        </w:r>
      </w:hyperlink>
      <w:r>
        <w:t xml:space="preserve"> - SM Beauty's nationwide campaign for Pride Month 2026, themed 'Disco Proud: Shine Loud, Shine Proud', ran from June 25 to July 1, featuring in-store activities and exclusive discounts across 79 stores. Participating brands included BLK, Happy Skin, BYS, IMMA, OTWOO, Absidy, Issy, Maybelline, Avon, Vice, Skintific, Chic Centre, Bobbie, Hued, Nivea, YOU, Dazzle Me, GlamFX, Sola, Cosrx, BBIA, OMG, Barenbliss, Revlon, Lavojoy, Too Cool For School, Ready Set Glow, and Timephoria. The campaign aimed to highlight self-expression and visibility within the LGBTQIA+ community. (</w:t>
      </w:r>
      <w:hyperlink r:id="rId11">
        <w:r>
          <w:rPr>
            <w:color w:val="0000EE"/>
            <w:u w:val="single"/>
          </w:rPr>
          <w:t>newswav.com</w:t>
        </w:r>
      </w:hyperlink>
      <w:r>
        <w:t>)</w:t>
      </w:r>
      <w:r/>
    </w:p>
    <w:p>
      <w:pPr>
        <w:pStyle w:val="ListNumber"/>
        <w:spacing w:line="240" w:lineRule="auto"/>
        <w:ind w:left="720"/>
      </w:pPr>
      <w:r/>
      <w:hyperlink r:id="rId10">
        <w:r>
          <w:rPr>
            <w:color w:val="0000EE"/>
            <w:u w:val="single"/>
          </w:rPr>
          <w:t>https://newswav.com/article/sm-beauty-marks-pride-month-with-nationwide-campaign-A2606_AfM6Ql</w:t>
        </w:r>
      </w:hyperlink>
      <w:r>
        <w:t xml:space="preserve"> - SM Beauty's nationwide campaign for Pride Month 2026, themed 'Disco Proud: Shine Loud, Shine Proud', ran from June 25 to July 1, featuring in-store activities and exclusive discounts across 79 stores. Participating brands included BLK, Happy Skin, BYS, IMMA, OTWOO, Absidy, Issy, Maybelline, Avon, Vice, Skintific, Chic Centre, Bobbie, Hued, Nivea, YOU, Dazzle Me, GlamFX, Sola, Cosrx, BBIA, OMG, Barenbliss, Revlon, Lavojoy, Too Cool For School, Ready Set Glow, and Timephoria. The campaign aimed to highlight self-expression and visibility within the LGBTQIA+ community. (</w:t>
      </w:r>
      <w:hyperlink r:id="rId11">
        <w:r>
          <w:rPr>
            <w:color w:val="0000EE"/>
            <w:u w:val="single"/>
          </w:rPr>
          <w:t>newswav.com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rodmagaru.com/2026/07/sm-beautys-pride-commitment-goes-beyond-june/" TargetMode="External"/><Relationship Id="rId10" Type="http://schemas.openxmlformats.org/officeDocument/2006/relationships/hyperlink" Target="https://newswav.com/article/sm-beauty-marks-pride-month-with-nationwide-campaign-A2606_AfM6Ql" TargetMode="External"/><Relationship Id="rId11" Type="http://schemas.openxmlformats.org/officeDocument/2006/relationships/hyperlink" Target="https://newswav.com/article/sm-beauty-marks-pride-month-with-nationwide-campaign-A2606_AfM6Ql?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