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Pines Party 2026 Preview: What to Expect at Fire Island’s Altar Ego Weekend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summer travel plans as Fire Island prepares for Pines Party 2026 , a three‑day queer celebration on the sand that mixes ritual, rave energy and fundraising, and matters because it keeps a beloved community tradition alive while protecting the Pines’ fragile beach culture.</w:t>
      </w:r>
      <w:r/>
    </w:p>
    <w:p>
      <w:r/>
      <w:r>
        <w:t>Essential Takeaways</w:t>
      </w:r>
      <w:r/>
      <w:r/>
    </w:p>
    <w:p>
      <w:pPr>
        <w:pStyle w:val="ListBullet"/>
        <w:spacing w:line="240" w:lineRule="auto"/>
        <w:ind w:left="720"/>
      </w:pPr>
      <w:r/>
      <w:r>
        <w:rPr>
          <w:b/>
        </w:rPr>
        <w:t>When and where:</w:t>
      </w:r>
      <w:r>
        <w:t xml:space="preserve"> Pines Party runs across a summer weekend on Fire Island Pines, with main events from Friday evening through Sunday morning. </w:t>
      </w:r>
      <w:r/>
    </w:p>
    <w:p>
      <w:pPr>
        <w:pStyle w:val="ListBullet"/>
        <w:spacing w:line="240" w:lineRule="auto"/>
        <w:ind w:left="720"/>
      </w:pPr>
      <w:r/>
      <w:r>
        <w:rPr>
          <w:b/>
        </w:rPr>
        <w:t>Theme:</w:t>
      </w:r>
      <w:r>
        <w:t xml:space="preserve"> 2026 is “Altar Ego,” inviting mythic, ritual and costume-driven interpretations , expect dramatic looks and sunrise moments. </w:t>
      </w:r>
      <w:r/>
    </w:p>
    <w:p>
      <w:pPr>
        <w:pStyle w:val="ListBullet"/>
        <w:spacing w:line="240" w:lineRule="auto"/>
        <w:ind w:left="720"/>
      </w:pPr>
      <w:r/>
      <w:r>
        <w:rPr>
          <w:b/>
        </w:rPr>
        <w:t>Lineup and format:</w:t>
      </w:r>
      <w:r>
        <w:t xml:space="preserve"> DJs, pool parties, a main beach party and morning afters create a festival feel, with VIP receptions and curated sets. </w:t>
      </w:r>
      <w:r/>
    </w:p>
    <w:p>
      <w:pPr>
        <w:pStyle w:val="ListBullet"/>
        <w:spacing w:line="240" w:lineRule="auto"/>
        <w:ind w:left="720"/>
      </w:pPr>
      <w:r/>
      <w:r>
        <w:rPr>
          <w:b/>
        </w:rPr>
        <w:t>Community and charity:</w:t>
      </w:r>
      <w:r>
        <w:t xml:space="preserve"> The event has raised millions for local causes and continues to prioritise beach care and fundraising. </w:t>
      </w:r>
      <w:r/>
    </w:p>
    <w:p>
      <w:pPr>
        <w:pStyle w:val="ListBullet"/>
        <w:spacing w:line="240" w:lineRule="auto"/>
        <w:ind w:left="720"/>
      </w:pPr>
      <w:r/>
      <w:r>
        <w:rPr>
          <w:b/>
        </w:rPr>
        <w:t>Practical vibe:</w:t>
      </w:r>
      <w:r>
        <w:t xml:space="preserve"> Think festival production with a beachy, intimate feel , bring costumes, sun protection, and a plan for transport and accommodation.</w:t>
      </w:r>
      <w:r/>
      <w:r/>
    </w:p>
    <w:p>
      <w:pPr>
        <w:pStyle w:val="Heading2"/>
      </w:pPr>
      <w:r>
        <w:t>Why Pines Party still matters: more than a dance on the sand</w:t>
      </w:r>
      <w:r/>
    </w:p>
    <w:p>
      <w:r/>
      <w:r>
        <w:t>Pines Party isn’t just a seasonal bash; it’s become a ritual in its own right, blending pounding house music with quieter, almost spiritual sunrise moments that stick with people. Organisers describe the weekend as a place where ritual becomes transformation, and you can feel that in the way themes and costumes are treated like a shared language. According to the event’s history, what began after the Morning Party’s run has grown into a fundraiser that supports several local causes while protecting the dunes, so your ticket helps the community as much as it fuels the dancefloor.</w:t>
      </w:r>
      <w:r/>
    </w:p>
    <w:p>
      <w:pPr>
        <w:pStyle w:val="Heading2"/>
      </w:pPr>
      <w:r>
        <w:t>Altar Ego: how to interpret the theme without overthinking it</w:t>
      </w:r>
      <w:r/>
    </w:p>
    <w:p>
      <w:r/>
      <w:r>
        <w:t>The 2026 theme, Altar Ego, asks attendees to lean into myth, legend and queer traditions , from flagging to camped‑up deity looks. That means you can go literal with robe and crown motifs, or take a subtler route with ritualised accessories and makeup that reads well at sunrise. The theme works because it invites creativity: some people will go all out, others will riff on the idea with a single striking piece. Either way, the visual payoff at golden hour is part of the draw.</w:t>
      </w:r>
      <w:r/>
    </w:p>
    <w:p>
      <w:pPr>
        <w:pStyle w:val="Heading2"/>
      </w:pPr>
      <w:r>
        <w:t>Weekend structure and who plays when</w:t>
      </w:r>
      <w:r/>
    </w:p>
    <w:p>
      <w:r/>
      <w:r>
        <w:t>Expect a full weekend of curated moments: a Friday VIP reception to ease you in, a Saturday pool party to cool off and socialise, the marquee beach party running into the early hours, and closing after‑parties for those who can’t let go. DJs on the bill include a mix of established names and underground selectors, creating a circuit that feels more like a queer house‑music festival than a single club night. Check the official weekend schedule for set times so you don’t miss a favourite act , and build in downtime to enjoy the harbour strolls that people rave about.</w:t>
      </w:r>
      <w:r/>
    </w:p>
    <w:p>
      <w:pPr>
        <w:pStyle w:val="Heading2"/>
      </w:pPr>
      <w:r>
        <w:t>Practical tips: getting there, staying safe and keeping the beach beautiful</w:t>
      </w:r>
      <w:r/>
    </w:p>
    <w:p>
      <w:r/>
      <w:r>
        <w:t>Fire Island is deliberately low‑key and car‑free, so plan your transport early , ferries and accommodation book up fast. Pack sun protection, a light layer for cool mornings, comfortable sandals and a waterproof pouch for your phone. The organisers have always emphasised post‑party clean‑up, so bring re‑usable bottles, dispose of waste properly and follow volunteer guidance if you want to help. If you’re new, buy tickets early and consider a VIP pass for an easier entry and calmer first night.</w:t>
      </w:r>
      <w:r/>
    </w:p>
    <w:p>
      <w:pPr>
        <w:pStyle w:val="Heading2"/>
      </w:pPr>
      <w:r>
        <w:t>The legacy: fundraising, community and a sense of home</w:t>
      </w:r>
      <w:r/>
    </w:p>
    <w:p>
      <w:r/>
      <w:r>
        <w:t>Since its launch, Pines Party has raised significant funds for local foundations and defence efforts, turning a late‑summer ritual into tangible support for the community. Organisers and long‑time attendees often mention that sense of returning home , the communal rituals, the cross‑generational hand‑offs, the quiet walk after dawn. It’s part rave, part reunion, and part cultural ceremony; that mix is what ensures Pines Party stays relevant year after year.</w:t>
      </w:r>
      <w:r/>
    </w:p>
    <w:p>
      <w:r/>
      <w:r>
        <w:t>It’s a small change that can make every weekend at the Pines feel both magical and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12">
        <w:r>
          <w:rPr>
            <w:color w:val="0000EE"/>
            <w:u w:val="single"/>
          </w:rPr>
          <w:t>[3]</w:t>
        </w:r>
      </w:hyperlink>
      <w:r>
        <w:t xml:space="preserve">, </w:t>
      </w:r>
      <w:hyperlink r:id="rId11">
        <w:r>
          <w:rPr>
            <w:color w:val="0000EE"/>
            <w:u w:val="single"/>
          </w:rPr>
          <w:t>[6]</w:t>
        </w:r>
      </w:hyperlink>
      <w:r>
        <w:t xml:space="preserve">- Paragraph 5: </w:t>
      </w:r>
      <w:hyperlink r:id="rId9">
        <w:r>
          <w:rPr>
            <w:color w:val="0000EE"/>
            <w:u w:val="single"/>
          </w:rPr>
          <w:t>[1]</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https://www.gaycities.com/articles/106069/fire-island-gears-up-for-pines-party-2026-heres-a-taste-of-what-to-expect/</w:t>
        </w:r>
      </w:hyperlink>
      <w:r>
        <w:t xml:space="preserve"> - Please view link - unable to able to access data</w:t>
      </w:r>
      <w:r/>
    </w:p>
    <w:p>
      <w:pPr>
        <w:pStyle w:val="ListNumber"/>
        <w:spacing w:line="240" w:lineRule="auto"/>
        <w:ind w:left="720"/>
      </w:pPr>
      <w:r/>
      <w:hyperlink r:id="rId10">
        <w:r>
          <w:rPr>
            <w:color w:val="0000EE"/>
            <w:u w:val="single"/>
          </w:rPr>
          <w:t>https://www.pinesparty.com/history</w:t>
        </w:r>
      </w:hyperlink>
      <w:r>
        <w:t xml:space="preserve"> - The Pines Party, a prominent event in Fire Island's queer nightlife, traces its origins to the Morning Party, a fundraiser initiated in 1983 for the Gay Men's Health Crisis (GMHC). This event evolved from the earlier Beach '79 fundraiser. In 1998, GMHC discontinued the Morning Party due to controversies, leading to the creation of the Pines Party in 1999. The inaugural event, themed 'Arabian Nights,' marked the beginning of an annual tradition that has since become a cornerstone of Fire Island's summer calendar.</w:t>
      </w:r>
      <w:r/>
    </w:p>
    <w:p>
      <w:pPr>
        <w:pStyle w:val="ListNumber"/>
        <w:spacing w:line="240" w:lineRule="auto"/>
        <w:ind w:left="720"/>
      </w:pPr>
      <w:r/>
      <w:hyperlink r:id="rId12">
        <w:r>
          <w:rPr>
            <w:color w:val="0000EE"/>
            <w:u w:val="single"/>
          </w:rPr>
          <w:t>https://www.pinesparty.com/helpful-information</w:t>
        </w:r>
      </w:hyperlink>
      <w:r>
        <w:t xml:space="preserve"> - Scheduled from July 31 to August 2, 2026, the Pines Party in Fire Island Pines is a weekend-long fundraiser featuring themed parties, performances, and community gatherings. The event supports The Pines Foundation, Stonewall Community Foundation, and the Fire Island Pines Seashore Defense Fund. Attendees must be 21 or older, with tickets being non-refundable but transferable. Various ticket options are available, including individual event tickets and weekend passes, with premium tickets offering access to VIP areas at select events.</w:t>
      </w:r>
      <w:r/>
    </w:p>
    <w:p>
      <w:pPr>
        <w:pStyle w:val="ListNumber"/>
        <w:spacing w:line="240" w:lineRule="auto"/>
        <w:ind w:left="720"/>
      </w:pPr>
      <w:r/>
      <w:hyperlink r:id="rId11">
        <w:r>
          <w:rPr>
            <w:color w:val="0000EE"/>
            <w:u w:val="single"/>
          </w:rPr>
          <w:t>https://www.pinesparty.com/weekend</w:t>
        </w:r>
      </w:hyperlink>
      <w:r>
        <w:t xml:space="preserve"> - The 2026 Pines Party, themed 'Altar Ego,' is set for July 31 to August 2 in Fire Island Pines. The event promises a transformative journey celebrating cultural myths and legends through glamorous expression and community. The weekend's schedule includes 'Divine,' a VIP celebration on Friday evening; 'Lore,' a pool party on Saturday afternoon; and 'AltAr Ego,' the main beach party on Saturday night, running until 6 am Sunday morning. The event features a lineup of renowned DJs and artists, offering a unique and immersive experience.</w:t>
      </w:r>
      <w:r/>
    </w:p>
    <w:p>
      <w:pPr>
        <w:pStyle w:val="ListNumber"/>
        <w:spacing w:line="240" w:lineRule="auto"/>
        <w:ind w:left="720"/>
      </w:pPr>
      <w:r/>
      <w:hyperlink r:id="rId11">
        <w:r>
          <w:rPr>
            <w:color w:val="0000EE"/>
            <w:u w:val="single"/>
          </w:rPr>
          <w:t>https://www.pinesparty.com/weekend</w:t>
        </w:r>
      </w:hyperlink>
      <w:r>
        <w:t xml:space="preserve"> - The 2026 Pines Party, themed 'Altar Ego,' is set for July 31 to August 2 in Fire Island Pines. The event promises a transformative journey celebrating cultural myths and legends through glamorous expression and community. The weekend's schedule includes 'Divine,' a VIP celebration on Friday evening; 'Lore,' a pool party on Saturday afternoon; and 'AltAr Ego,' the main beach party on Saturday night, running until 6 am Sunday morning. The event features a lineup of renowned DJs and artists, offering a unique and immersive experience.</w:t>
      </w:r>
      <w:r/>
    </w:p>
    <w:p>
      <w:pPr>
        <w:pStyle w:val="ListNumber"/>
        <w:spacing w:line="240" w:lineRule="auto"/>
        <w:ind w:left="720"/>
      </w:pPr>
      <w:r/>
      <w:hyperlink r:id="rId11">
        <w:r>
          <w:rPr>
            <w:color w:val="0000EE"/>
            <w:u w:val="single"/>
          </w:rPr>
          <w:t>https://www.pinesparty.com/weekend</w:t>
        </w:r>
      </w:hyperlink>
      <w:r>
        <w:t xml:space="preserve"> - The 2026 Pines Party, themed 'Altar Ego,' is set for July 31 to August 2 in Fire Island Pines. The event promises a transformative journey celebrating cultural myths and legends through glamorous expression and community. The weekend's schedule includes 'Divine,' a VIP celebration on Friday evening; 'Lore,' a pool party on Saturday afternoon; and 'AltAr Ego,' the main beach party on Saturday night, running until 6 am Sunday morning. The event features a lineup of renowned DJs and artists, offering a unique and immersive experience.</w:t>
      </w:r>
      <w:r/>
    </w:p>
    <w:p>
      <w:pPr>
        <w:pStyle w:val="ListNumber"/>
        <w:spacing w:line="240" w:lineRule="auto"/>
        <w:ind w:left="720"/>
      </w:pPr>
      <w:r/>
      <w:hyperlink r:id="rId11">
        <w:r>
          <w:rPr>
            <w:color w:val="0000EE"/>
            <w:u w:val="single"/>
          </w:rPr>
          <w:t>https://www.pinesparty.com/weekend</w:t>
        </w:r>
      </w:hyperlink>
      <w:r>
        <w:t xml:space="preserve"> - The 2026 Pines Party, themed 'Altar Ego,' is set for July 31 to August 2 in Fire Island Pines. The event promises a transformative journey celebrating cultural myths and legends through glamorous expression and community. The weekend's schedule includes 'Divine,' a VIP celebration on Friday evening; 'Lore,' a pool party on Saturday afternoon; and 'AltAr Ego,' the main beach party on Saturday night, running until 6 am Sunday morning. The event features a lineup of renowned DJs and artists, offering a unique and immersive experience.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aycities.com/articles/106069/fire-island-gears-up-for-pines-party-2026-heres-a-taste-of-what-to-expect/" TargetMode="External"/><Relationship Id="rId10" Type="http://schemas.openxmlformats.org/officeDocument/2006/relationships/hyperlink" Target="https://www.pinesparty.com/history" TargetMode="External"/><Relationship Id="rId11" Type="http://schemas.openxmlformats.org/officeDocument/2006/relationships/hyperlink" Target="https://www.pinesparty.com/weekend" TargetMode="External"/><Relationship Id="rId12" Type="http://schemas.openxmlformats.org/officeDocument/2006/relationships/hyperlink" Target="https://www.pinesparty.com/helpful-inform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