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Palm Springs Events This Week: Summer Cabaret, Art Walks and 90s Dance Night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are flocking to Palm Springs this week for music, art and community‑centred nights out; from intimate cabaret performances at CVRep to The Lofts Art Walk and a ’90s queer kickback, here’s what to expect and how to make the most of each moment.</w:t>
      </w:r>
      <w:r/>
    </w:p>
    <w:p>
      <w:r/>
      <w:r>
        <w:t>Essential Takeaways</w:t>
      </w:r>
      <w:r/>
      <w:r/>
    </w:p>
    <w:p>
      <w:pPr>
        <w:pStyle w:val="ListBullet"/>
        <w:spacing w:line="240" w:lineRule="auto"/>
        <w:ind w:left="720"/>
      </w:pPr>
      <w:r/>
      <w:r>
        <w:rPr>
          <w:b/>
        </w:rPr>
        <w:t>Cabaret nights:</w:t>
      </w:r>
      <w:r>
        <w:t xml:space="preserve"> Robert Yacko and Emily Skinner headline CVRep’s Summer Cabaret Series, intimate shows with strong storytelling and musicality.</w:t>
      </w:r>
      <w:r/>
    </w:p>
    <w:p>
      <w:pPr>
        <w:pStyle w:val="ListBullet"/>
        <w:spacing w:line="240" w:lineRule="auto"/>
        <w:ind w:left="720"/>
      </w:pPr>
      <w:r/>
      <w:r>
        <w:rPr>
          <w:b/>
        </w:rPr>
        <w:t>Art stroll:</w:t>
      </w:r>
      <w:r>
        <w:t xml:space="preserve"> The Lofts Art Walk runs 4–7pm and opens eight galleries and working studios , expect mixed media, screen printing and hyper‑surreal pieces.</w:t>
      </w:r>
      <w:r/>
    </w:p>
    <w:p>
      <w:pPr>
        <w:pStyle w:val="ListBullet"/>
        <w:spacing w:line="240" w:lineRule="auto"/>
        <w:ind w:left="720"/>
      </w:pPr>
      <w:r/>
      <w:r>
        <w:rPr>
          <w:b/>
        </w:rPr>
        <w:t>Big weekend:</w:t>
      </w:r>
      <w:r>
        <w:t xml:space="preserve"> ALL OUT 90s Queer Kickback brings retro club hits, live dancers and community vibes on Saturday night.</w:t>
      </w:r>
      <w:r/>
    </w:p>
    <w:p>
      <w:pPr>
        <w:pStyle w:val="ListBullet"/>
        <w:spacing w:line="240" w:lineRule="auto"/>
        <w:ind w:left="720"/>
      </w:pPr>
      <w:r/>
      <w:r>
        <w:rPr>
          <w:b/>
        </w:rPr>
        <w:t>Family‑friendly options:</w:t>
      </w:r>
      <w:r>
        <w:t xml:space="preserve"> Palm Springs Power baseball games offer cheap drinks, kid‑friendly Saturdays and summer league action through mid‑July.</w:t>
      </w:r>
      <w:r/>
    </w:p>
    <w:p>
      <w:pPr>
        <w:pStyle w:val="ListBullet"/>
        <w:spacing w:line="240" w:lineRule="auto"/>
        <w:ind w:left="720"/>
      </w:pPr>
      <w:r/>
      <w:r>
        <w:rPr>
          <w:b/>
        </w:rPr>
        <w:t>Community hubs:</w:t>
      </w:r>
      <w:r>
        <w:t xml:space="preserve"> Meditation sessions, Villagefest street fair and food truck gatherings give quieter, budget‑friendly ways to connect.</w:t>
      </w:r>
      <w:r/>
      <w:r/>
    </w:p>
    <w:p>
      <w:pPr>
        <w:pStyle w:val="Heading2"/>
      </w:pPr>
      <w:r>
        <w:t>Cabaret in an intimate room , why CVRep feels special this week</w:t>
      </w:r>
      <w:r/>
    </w:p>
    <w:p>
      <w:r/>
      <w:r>
        <w:t>If you like your live music with a story behind every song, CVRep’s Summer Cabaret Series is the kind of evening that sticks with you, thanks to the close‑quarters feel and artists who chat between numbers. Robert Yacko opens the week, bringing a personal, singer‑songwriter sensibility on Tuesday, and Emily Skinner, with her Broadway polish, follows on Thursday evening. According to CVRep’s listings, each show is one night only, which makes them feel extra precious , buy a ticket if you want a polished, emotional night out. Practical tip: arrive early for the best seats and a chance to soak up the theatre’s atmosphere.</w:t>
      </w:r>
      <w:r/>
    </w:p>
    <w:p>
      <w:pPr>
        <w:pStyle w:val="Heading2"/>
      </w:pPr>
      <w:r>
        <w:t>Roaming The Lofts Art Walk , what to look for and how to plan</w:t>
      </w:r>
      <w:r/>
    </w:p>
    <w:p>
      <w:r/>
      <w:r>
        <w:t>The Lofts Art Walk is a compact, late‑afternoon circuit that’s perfect for a wander with friends or a date that’s low on pressure and high on discovery. The event highlights a variety of practices , from geometric abstraction to screen printing and hyper‑surreal works , across eight galleries and studios in the district. The Lofts Art District’s own calendar makes it easy to map a route, so wear comfortable shoes and allow time to chat with artists; that’s often where you learn the best backstories. If you’re buying art, bring a photo for scale or measure the wall where you intend to hang a piece.</w:t>
      </w:r>
      <w:r/>
    </w:p>
    <w:p>
      <w:pPr>
        <w:pStyle w:val="Heading2"/>
      </w:pPr>
      <w:r>
        <w:t>ALL OUT , a 90s queer kickback that feels like a neighbourhood reunion</w:t>
      </w:r>
      <w:r/>
    </w:p>
    <w:p>
      <w:r/>
      <w:r>
        <w:t>Saturday’s ALL OUT party channels the energy of retro club nights with a DJ set full of ’90s hits, live dancers and small bites included with entry. It’s run by The Center, so there’s a community focus as well as the chance to relive a decade of big beats and bigger attitudes. Expect a relaxed dress code and friendly crowds; if nostalgia’s your thing, it’s a foolproof night. Tip: the event includes a drink ticket, so pace yourself and arrive ready to dance.</w:t>
      </w:r>
      <w:r/>
    </w:p>
    <w:p>
      <w:pPr>
        <w:pStyle w:val="Heading2"/>
      </w:pPr>
      <w:r>
        <w:t>Family and low‑cost evenings , baseball, Villagefest and meditation</w:t>
      </w:r>
      <w:r/>
    </w:p>
    <w:p>
      <w:r/>
      <w:r>
        <w:t>Not every event needs to be late or expensive. Palm Springs Power’s summer league games are a lively, budget‑friendly outing with $3 draft beers on Tuesdays, $6 margaritas on Wednesdays and free admission for kids under 12 on Saturdays , the season runs through mid‑July so there’s still time. Villagefest on Thursday night turns downtown into a street fair of food, entertainment and local makers, while weekly meditation classes at Cathedral City Library and the Dharmachakra Kadampa Buddhist Center offer a calm, midday reset. These options are perfect if you want community without the nightclub scene.</w:t>
      </w:r>
      <w:r/>
    </w:p>
    <w:p>
      <w:pPr>
        <w:pStyle w:val="Heading2"/>
      </w:pPr>
      <w:r>
        <w:t>Food trucks, theatre and ongoing shows , options for every mood</w:t>
      </w:r>
      <w:r/>
    </w:p>
    <w:p>
      <w:r/>
      <w:r>
        <w:t>If you prefer your weekend with food on a picnic blanket, the Wanderlust Food Truck Festival at Sunrise Park gathers more than twenty vendors for a mixed menu of comfort and global dishes. Meanwhile Prism Theater keeps a busy schedule: Ronnie Larsen’s Making Porn runs through August and The Book of Merman plays later in the month, giving you comedy and camp across multiple nights. Practical advice: check show ratings , some productions are explicitly R‑rated , and book early for popular nights.</w:t>
      </w:r>
      <w:r/>
    </w:p>
    <w:p>
      <w:r/>
      <w:r>
        <w:t>It’s a small change to your usual weekend, but swapping in a cabaret or art walk can make your week feel fresher.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9">
        <w:r>
          <w:rPr>
            <w:color w:val="0000EE"/>
            <w:u w:val="single"/>
          </w:rPr>
          <w:t>[1]</w:t>
        </w:r>
      </w:hyperlink>
      <w:r>
        <w:t xml:space="preserve">- Paragraph 4: </w:t>
      </w:r>
      <w:hyperlink r:id="rId9">
        <w:r>
          <w:rPr>
            <w:color w:val="0000EE"/>
            <w:u w:val="single"/>
          </w:rPr>
          <w:t>[1]</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https://kgaypalmsprings.com/gay-desert-guide-week-of-july-6-2026/?utm_source=rss&amp;utm_medium=rss&amp;utm_campaign=gay-desert-guide-week-of-july-6-2026</w:t>
        </w:r>
      </w:hyperlink>
      <w:r>
        <w:t xml:space="preserve"> - Please view link - unable to able to access data</w:t>
      </w:r>
      <w:r/>
    </w:p>
    <w:p>
      <w:pPr>
        <w:pStyle w:val="ListNumber"/>
        <w:spacing w:line="240" w:lineRule="auto"/>
        <w:ind w:left="720"/>
      </w:pPr>
      <w:r/>
      <w:hyperlink r:id="rId10">
        <w:r>
          <w:rPr>
            <w:color w:val="0000EE"/>
            <w:u w:val="single"/>
          </w:rPr>
          <w:t>https://gaydesertguide.com/events/robert-yacko-summer-cabaret-series-at-cvrep/</w:t>
        </w:r>
      </w:hyperlink>
      <w:r>
        <w:t xml:space="preserve"> - Robert Yacko is set to perform on Tuesday, July 7, 2026, at 7:30 PM as part of CVRep's Summer Cabaret Series. This event offers an intimate evening of music and storytelling, showcasing Yacko's unique musical perspective in a one-night-only format at CVRep, located at 68510 E. Palm Canyon Drive, Cathedral City, CA. Tickets are available through the event website.</w:t>
      </w:r>
      <w:r/>
    </w:p>
    <w:p>
      <w:pPr>
        <w:pStyle w:val="ListNumber"/>
        <w:spacing w:line="240" w:lineRule="auto"/>
        <w:ind w:left="720"/>
      </w:pPr>
      <w:r/>
      <w:hyperlink r:id="rId12">
        <w:r>
          <w:rPr>
            <w:color w:val="0000EE"/>
            <w:u w:val="single"/>
          </w:rPr>
          <w:t>https://gaydesertguide.com/events/the-lofts-art-walk/</w:t>
        </w:r>
      </w:hyperlink>
      <w:r>
        <w:t xml:space="preserve"> - The Lofts Art Walk is scheduled for Thursday, July 9, 2026, from 4:00 PM to 7:00 PM at The Lofts Art District, 610 S. Belardo Rd, Palm Springs, CA. This monthly event provides access to eight galleries and working studios, featuring a diverse range of artistic styles, including geometric abstraction, screen printing, hyper-surrealism, and mixed media. Visitors can meet artists, browse new works, and experience the vibrant creative energy of the district.</w:t>
      </w:r>
      <w:r/>
    </w:p>
    <w:p>
      <w:pPr>
        <w:pStyle w:val="ListNumber"/>
        <w:spacing w:line="240" w:lineRule="auto"/>
        <w:ind w:left="720"/>
      </w:pPr>
      <w:r/>
      <w:hyperlink r:id="rId11">
        <w:r>
          <w:rPr>
            <w:color w:val="0000EE"/>
            <w:u w:val="single"/>
          </w:rPr>
          <w:t>https://gaydesertguide.com/events/emily-skinner-summer-cabaret-series-at-cvrep/</w:t>
        </w:r>
      </w:hyperlink>
      <w:r>
        <w:t xml:space="preserve"> - Emily Skinner will perform on Thursday, July 9, 2026, at 7:30 PM as part of CVRep's Summer Cabaret Series. This one-night-only cabaret performance continues the series, where each artist offers a unique blend of music and storytelling. The event takes place at CVRep, 68510 E. Palm Canyon Drive, Cathedral City, CA. Tickets are available through the event website.</w:t>
      </w:r>
      <w:r/>
    </w:p>
    <w:p>
      <w:pPr>
        <w:pStyle w:val="ListNumber"/>
        <w:spacing w:line="240" w:lineRule="auto"/>
        <w:ind w:left="720"/>
      </w:pPr>
      <w:r/>
      <w:hyperlink r:id="rId14">
        <w:r>
          <w:rPr>
            <w:color w:val="0000EE"/>
            <w:u w:val="single"/>
          </w:rPr>
          <w:t>https://www.facebook.com/p/The-Lofts-Arts-District-100085460859372/</w:t>
        </w:r>
      </w:hyperlink>
      <w:r>
        <w:t xml:space="preserve"> - The Lofts Art District hosts a 2nd Thursday Art Walk every month, including the upcoming event on July 9, 2026, from 4:00 PM to 7:00 PM. This event allows attendees to explore eight galleries and working studios, featuring a dynamic mix of artistic styles. The Lofts Art District is located at 610 S. Belardo Rd, Palm Springs, CA. For more information, visit their Facebook page.</w:t>
      </w:r>
      <w:r/>
    </w:p>
    <w:p>
      <w:pPr>
        <w:pStyle w:val="ListNumber"/>
        <w:spacing w:line="240" w:lineRule="auto"/>
        <w:ind w:left="720"/>
      </w:pPr>
      <w:r/>
      <w:hyperlink r:id="rId13">
        <w:r>
          <w:rPr>
            <w:color w:val="0000EE"/>
            <w:u w:val="single"/>
          </w:rPr>
          <w:t>https://www.theloftsartdistrict.com/</w:t>
        </w:r>
      </w:hyperlink>
      <w:r>
        <w:t xml:space="preserve"> - The Lofts Art District in Palm Springs is a vibrant community featuring eight galleries and working studios. The district hosts a 2nd Thursday Art Walk every month, including the upcoming event on July 9, 2026, from 4:00 PM to 7:00 PM. Visitors can explore a diverse range of artistic styles and meet the artists behind the works. The Lofts Art District is located at 610 S. Belardo Rd, Palm Springs, CA.</w:t>
      </w:r>
      <w:r/>
    </w:p>
    <w:p>
      <w:pPr>
        <w:pStyle w:val="ListNumber"/>
        <w:spacing w:line="240" w:lineRule="auto"/>
        <w:ind w:left="720"/>
      </w:pPr>
      <w:r/>
      <w:hyperlink r:id="rId15">
        <w:r>
          <w:rPr>
            <w:color w:val="0000EE"/>
            <w:u w:val="single"/>
          </w:rPr>
          <w:t>https://cvrep.org/uncategorized/cvrep-summer-series/</w:t>
        </w:r>
      </w:hyperlink>
      <w:r>
        <w:t xml:space="preserve"> - CVRep's Summer Series offers a variety of performances, including cabaret, jazz, classical music, dance, and staged readings. The series runs through July 30, 2026, with performances every Tuesday and Thursday at 7:30 PM. Tickets can be purchased through the CVRep website or by calling their box office. The performances take place at CVRep, 68510 E. Palm Canyon Drive, Cathedral City, CA.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gaypalmsprings.com/gay-desert-guide-week-of-july-6-2026/?utm_source=rss&amp;utm_medium=rss&amp;utm_campaign=gay-desert-guide-week-of-july-6-2026" TargetMode="External"/><Relationship Id="rId10" Type="http://schemas.openxmlformats.org/officeDocument/2006/relationships/hyperlink" Target="https://gaydesertguide.com/events/robert-yacko-summer-cabaret-series-at-cvrep/" TargetMode="External"/><Relationship Id="rId11" Type="http://schemas.openxmlformats.org/officeDocument/2006/relationships/hyperlink" Target="https://gaydesertguide.com/events/emily-skinner-summer-cabaret-series-at-cvrep/" TargetMode="External"/><Relationship Id="rId12" Type="http://schemas.openxmlformats.org/officeDocument/2006/relationships/hyperlink" Target="https://gaydesertguide.com/events/the-lofts-art-walk/" TargetMode="External"/><Relationship Id="rId13" Type="http://schemas.openxmlformats.org/officeDocument/2006/relationships/hyperlink" Target="https://www.theloftsartdistrict.com/" TargetMode="External"/><Relationship Id="rId14" Type="http://schemas.openxmlformats.org/officeDocument/2006/relationships/hyperlink" Target="https://www.facebook.com/p/The-Lofts-Arts-District-100085460859372/" TargetMode="External"/><Relationship Id="rId15" Type="http://schemas.openxmlformats.org/officeDocument/2006/relationships/hyperlink" Target="https://cvrep.org/uncategorized/cvrep-summer-se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