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Teen Comedy Reframes Gender with Heart and Laughs: She’s The He Review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flocking to queer-centred stories on screen, and She’s The He arrives as a playful, pointed rework of the teen-comedy you thought you knew. Writer-director Siobhan McCarthy turns nostalgia into an invitation to laugh, think and, quite deliberately, see transness as ordinary.</w:t>
      </w:r>
      <w:r/>
    </w:p>
    <w:p>
      <w:r/>
      <w:r>
        <w:t>Essential Takeaways</w:t>
      </w:r>
      <w:r/>
      <w:r/>
    </w:p>
    <w:p>
      <w:pPr>
        <w:pStyle w:val="ListBullet"/>
        <w:spacing w:line="240" w:lineRule="auto"/>
        <w:ind w:left="720"/>
      </w:pPr>
      <w:r/>
      <w:r>
        <w:rPr>
          <w:b/>
        </w:rPr>
        <w:t>Fresh spin on a familiar genre:</w:t>
      </w:r>
      <w:r>
        <w:t xml:space="preserve"> A gender-swap teen comedy reframed from a trans creator’s perspective, mixing humour with sincere emotional beats.</w:t>
      </w:r>
      <w:r/>
    </w:p>
    <w:p>
      <w:pPr>
        <w:pStyle w:val="ListBullet"/>
        <w:spacing w:line="240" w:lineRule="auto"/>
        <w:ind w:left="720"/>
      </w:pPr>
      <w:r/>
      <w:r>
        <w:rPr>
          <w:b/>
        </w:rPr>
        <w:t>Authentic casting and crew:</w:t>
      </w:r>
      <w:r>
        <w:t xml:space="preserve"> Notable presence of trans artists both on screen and behind the camera, giving the film a lived-in, honest feel.</w:t>
      </w:r>
      <w:r/>
    </w:p>
    <w:p>
      <w:pPr>
        <w:pStyle w:val="ListBullet"/>
        <w:spacing w:line="240" w:lineRule="auto"/>
        <w:ind w:left="720"/>
      </w:pPr>
      <w:r/>
      <w:r>
        <w:rPr>
          <w:b/>
        </w:rPr>
        <w:t>Sharp cultural timing:</w:t>
      </w:r>
      <w:r>
        <w:t xml:space="preserve"> The film responds to ongoing public debates about transgender lives with wit, not sermonising.</w:t>
      </w:r>
      <w:r/>
    </w:p>
    <w:p>
      <w:pPr>
        <w:pStyle w:val="ListBullet"/>
        <w:spacing w:line="240" w:lineRule="auto"/>
        <w:ind w:left="720"/>
      </w:pPr>
      <w:r/>
      <w:r>
        <w:rPr>
          <w:b/>
        </w:rPr>
        <w:t>Accessible and human:</w:t>
      </w:r>
      <w:r>
        <w:t xml:space="preserve"> Dialogue and situations are grounded; the film aims to build empathy through relatable teenage stakes.</w:t>
      </w:r>
      <w:r/>
    </w:p>
    <w:p>
      <w:pPr>
        <w:pStyle w:val="ListBullet"/>
        <w:spacing w:line="240" w:lineRule="auto"/>
        <w:ind w:left="720"/>
      </w:pPr>
      <w:r/>
      <w:r>
        <w:rPr>
          <w:b/>
        </w:rPr>
        <w:t>Tone mix:</w:t>
      </w:r>
      <w:r>
        <w:t xml:space="preserve"> Expect broad comic setups alongside quieter, reflective moments, funny one minute, quietly affecting the next.</w:t>
      </w:r>
      <w:r/>
      <w:r/>
    </w:p>
    <w:p>
      <w:pPr>
        <w:pStyle w:val="Heading2"/>
      </w:pPr>
      <w:r>
        <w:t>Why this teen comedy feels different , and familiar</w:t>
      </w:r>
      <w:r/>
    </w:p>
    <w:p>
      <w:r/>
      <w:r>
        <w:t>The opening impression is a cousin of She’s the Man or 10 Things I Hate About You, but with a softer, sharper edge. You feel the comfort of classic teen rom-com beats, the school corridors, whispered rumours, the chaotic energy of final-year hijinks, yet the emotional texture is quieter, more specific. According to festival listings and reviews, McCarthy leans into those conventions to pry open assumptions about gender, and the result is both recognisable and surprising. If you like your nostalgia with a twist, this delivers.</w:t>
      </w:r>
      <w:r/>
    </w:p>
    <w:p>
      <w:pPr>
        <w:pStyle w:val="Heading2"/>
      </w:pPr>
      <w:r>
        <w:t>The origin story: lockdown, nostalgia and a clear idea</w:t>
      </w:r>
      <w:r/>
    </w:p>
    <w:p>
      <w:r/>
      <w:r>
        <w:t>McCarthy wrote the screenplay in a burst of clarity during the Covid lockdown, revisiting the streets of their adolescence and the teen films that once comforted them. That mix of nostalgia and the contemporary spotlight on “bathroom politics” nudged the idea from subtext to centre stage. The backstory matters because it explains the film’s tone: lovingly indebted to genre trappings, but intent on making the trans experience visible and human, not a punchline.</w:t>
      </w:r>
      <w:r/>
    </w:p>
    <w:p>
      <w:pPr>
        <w:pStyle w:val="Heading2"/>
      </w:pPr>
      <w:r>
        <w:t>Characters, casting and why authenticity counts</w:t>
      </w:r>
      <w:r/>
    </w:p>
    <w:p>
      <w:r/>
      <w:r>
        <w:t>At the heart of the movie are two friends whose prank takes an unexpected turn when one discovers a deeper truth about herself. Reviews and festival notes highlight the performances as grounded, comic timing paired with real vulnerability. Beyond the leads, McCarthy made a point of hiring trans people in front of and behind the camera, which changes the film’s texture. That representation isn’t just political, it makes scenes feel lived-in and specific, and it helps avoid the flattened caricatures teen comedies sometimes fall into.</w:t>
      </w:r>
      <w:r/>
    </w:p>
    <w:p>
      <w:pPr>
        <w:pStyle w:val="Heading2"/>
      </w:pPr>
      <w:r>
        <w:t>Where humour meets purpose , and how it lands</w:t>
      </w:r>
      <w:r/>
    </w:p>
    <w:p>
      <w:r/>
      <w:r>
        <w:t>This isn’t a lecture dressed as a rom-com. The laughs are earned, often via situational chaos or sharp dialogue, and the quieter beats give the comedy weight. Critics have noted that the film invites viewers who might expect to disagree to find something recognisable in the characters. In practice, that means the movie aims to nudge rather than preach: a small, human-focused storytelling strategy that often lands more effectively than heavy-handed messaging.</w:t>
      </w:r>
      <w:r/>
    </w:p>
    <w:p>
      <w:pPr>
        <w:pStyle w:val="Heading2"/>
      </w:pPr>
      <w:r>
        <w:t>Practical viewing notes , who will love it and why</w:t>
      </w:r>
      <w:r/>
    </w:p>
    <w:p>
      <w:r/>
      <w:r>
        <w:t>If you enjoy classics like She’s the Man or Some Like It Hot for their caper energy, you’ll enjoy the structural familiarity here. If you care about authentic representation, the casting and crew choices make this a must-watch. For parents or educators wondering whether it’s appropriate for younger teens, expect frank but sensitive handling of identity and friendship, more coming-of-age than trauma-focused. Festivals and early reviews suggest it’s a smart pick for discussion after viewing.</w:t>
      </w:r>
      <w:r/>
    </w:p>
    <w:p>
      <w:r/>
      <w:r>
        <w:t>It's a small change to a well-worn formula that makes every laugh and revelation feel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[3]</w:t>
        </w:r>
      </w:hyperlink>
      <w:r>
        <w:t xml:space="preserve">- Paragraph 4: </w:t>
      </w:r>
      <w:hyperlink r:id="rId9">
        <w:r>
          <w:rPr>
            <w:color w:val="0000EE"/>
            <w:u w:val="single"/>
          </w:rPr>
          <w:t>[1]</w:t>
        </w:r>
      </w:hyperlink>
      <w:r>
        <w:t xml:space="preserve">, </w:t>
      </w:r>
      <w:hyperlink r:id="rId14">
        <w:r>
          <w:rPr>
            <w:color w:val="0000EE"/>
            <w:u w:val="single"/>
          </w:rPr>
          <w:t>[4]</w:t>
        </w:r>
      </w:hyperlink>
      <w:r>
        <w:t xml:space="preserve">- Paragraph 5: </w:t>
      </w:r>
      <w:hyperlink r:id="rId15">
        <w:r>
          <w:rPr>
            <w:color w:val="0000EE"/>
            <w:u w:val="single"/>
          </w:rPr>
          <w:t>[7]</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https://www.slugmag.com/arts/siobhan-mccarthy-and-the-cast-talks-shes-the-he/</w:t>
        </w:r>
      </w:hyperlink>
      <w:r>
        <w:t xml:space="preserve"> - Please view link - unable to able to access data</w:t>
      </w:r>
      <w:r/>
    </w:p>
    <w:p>
      <w:pPr>
        <w:pStyle w:val="ListNumber"/>
        <w:spacing w:line="240" w:lineRule="auto"/>
        <w:ind w:left="720"/>
      </w:pPr>
      <w:r/>
      <w:hyperlink r:id="rId10">
        <w:r>
          <w:rPr>
            <w:color w:val="0000EE"/>
            <w:u w:val="single"/>
          </w:rPr>
          <w:t>https://www.rottentomatoes.com/m/shes_the_he</w:t>
        </w:r>
      </w:hyperlink>
      <w:r>
        <w:t xml:space="preserve"> - 'She's the He' is a 2026 comedy film directed by Siobhan McCarthy, featuring a predominantly trans and non-binary cast. The film follows high school friends Ethan and Alex, who pretend to be trans women to dispel gay rumours and help Alex get closer to his crush, Sasha. The movie has received positive reviews, holding a 100% rating on Rotten Tomatoes based on 34 critic reviews. Critics praise its sharp wit and genuine heart, noting its refreshing take on the high school comedy genre. (</w:t>
      </w:r>
      <w:hyperlink r:id="rId16">
        <w:r>
          <w:rPr>
            <w:color w:val="0000EE"/>
            <w:u w:val="single"/>
          </w:rPr>
          <w:t>rottentomatoes.com</w:t>
        </w:r>
      </w:hyperlink>
      <w:r>
        <w:t>)</w:t>
      </w:r>
      <w:r/>
    </w:p>
    <w:p>
      <w:pPr>
        <w:pStyle w:val="ListNumber"/>
        <w:spacing w:line="240" w:lineRule="auto"/>
        <w:ind w:left="720"/>
      </w:pPr>
      <w:r/>
      <w:hyperlink r:id="rId13">
        <w:r>
          <w:rPr>
            <w:color w:val="0000EE"/>
            <w:u w:val="single"/>
          </w:rPr>
          <w:t>https://www.rogerebert.com/reviews/shes-the-he-trans-comedy-movie-review-2026</w:t>
        </w:r>
      </w:hyperlink>
      <w:r>
        <w:t xml:space="preserve"> - In her review for RogerEbert.com, critic Tomris Laffly describes 'She's the He!' as a delightful modern-day high-school flick that satirises the 'bathroom scare' moral panic. She commends the film for ridiculing the right-wing moral panic by showing its actual silliness at face value. The review highlights the film's ability to balance loony satire with heartfelt commentary, making it both funny and sweet. (</w:t>
      </w:r>
      <w:hyperlink r:id="rId17">
        <w:r>
          <w:rPr>
            <w:color w:val="0000EE"/>
            <w:u w:val="single"/>
          </w:rPr>
          <w:t>rogerebert.com</w:t>
        </w:r>
      </w:hyperlink>
      <w:r>
        <w:t>)</w:t>
      </w:r>
      <w:r/>
    </w:p>
    <w:p>
      <w:pPr>
        <w:pStyle w:val="ListNumber"/>
        <w:spacing w:line="240" w:lineRule="auto"/>
        <w:ind w:left="720"/>
      </w:pPr>
      <w:r/>
      <w:hyperlink r:id="rId14">
        <w:r>
          <w:rPr>
            <w:color w:val="0000EE"/>
            <w:u w:val="single"/>
          </w:rPr>
          <w:t>https://www.slantmagazine.com/film/shes-the-he-review-siobhan-mccarthy/</w:t>
        </w:r>
      </w:hyperlink>
      <w:r>
        <w:t xml:space="preserve"> - Derek Smith's review in Slant Magazine praises 'She's the He' for its gleeful subversion of teen comedy tropes and its lampooning of transgender 'panic' defenses. He notes that the film strikes the right balance between loony satire and heartfelt commentary, making it as funny as it is sweet. Smith also highlights the film's unique take on the coming-of-age tale by filtering it through a distinctly queer lens. (</w:t>
      </w:r>
      <w:hyperlink r:id="rId18">
        <w:r>
          <w:rPr>
            <w:color w:val="0000EE"/>
            <w:u w:val="single"/>
          </w:rPr>
          <w:t>slantmagazine.com</w:t>
        </w:r>
      </w:hyperlink>
      <w:r>
        <w:t>)</w:t>
      </w:r>
      <w:r/>
    </w:p>
    <w:p>
      <w:pPr>
        <w:pStyle w:val="ListNumber"/>
        <w:spacing w:line="240" w:lineRule="auto"/>
        <w:ind w:left="720"/>
      </w:pPr>
      <w:r/>
      <w:hyperlink r:id="rId12">
        <w:r>
          <w:rPr>
            <w:color w:val="0000EE"/>
            <w:u w:val="single"/>
          </w:rPr>
          <w:t>https://cineramafilm.com/2025/10/15/shes-the-he-review/</w:t>
        </w:r>
      </w:hyperlink>
      <w:r>
        <w:t xml:space="preserve"> - Neil Baker's review for Cinerama Film describes 'She's the He' as a colourful, vibrant, and proudly trans coming-of-age comedy. He notes that the film embraces the classic high school comedy while exploring social constructs and taking aim at the fearmongering trans young people are subject to. Baker commends McCarthy for delivering a film that proudly beats its own drum and shouts, 'We’re here, and we ain’t going nowhere!' (</w:t>
      </w:r>
      <w:hyperlink r:id="rId19">
        <w:r>
          <w:rPr>
            <w:color w:val="0000EE"/>
            <w:u w:val="single"/>
          </w:rPr>
          <w:t>cineramafilm.com</w:t>
        </w:r>
      </w:hyperlink>
      <w:r>
        <w:t>)</w:t>
      </w:r>
      <w:r/>
    </w:p>
    <w:p>
      <w:pPr>
        <w:pStyle w:val="ListNumber"/>
        <w:spacing w:line="240" w:lineRule="auto"/>
        <w:ind w:left="720"/>
      </w:pPr>
      <w:r/>
      <w:hyperlink r:id="rId11">
        <w:r>
          <w:rPr>
            <w:color w:val="0000EE"/>
            <w:u w:val="single"/>
          </w:rPr>
          <w:t>https://www.siff.net/festival/shes-the-he</w:t>
        </w:r>
      </w:hyperlink>
      <w:r>
        <w:t xml:space="preserve"> - The Seattle International Film Festival (SIFF) describes 'She's the He' as a refreshing, authentic comedy that speaks to both trans and cis kids in a language they immediately recognise as their own. The film is noted for its heart and hilarity, with a cast and crew made up mainly of transgender and queer individuals. SIFF highlights the film's ability to deliver a Bottoms-esque teen satire with a unique perspective. (</w:t>
      </w:r>
      <w:hyperlink r:id="rId20">
        <w:r>
          <w:rPr>
            <w:color w:val="0000EE"/>
            <w:u w:val="single"/>
          </w:rPr>
          <w:t>siff.net</w:t>
        </w:r>
      </w:hyperlink>
      <w:r>
        <w:t>)</w:t>
      </w:r>
      <w:r/>
    </w:p>
    <w:p>
      <w:pPr>
        <w:pStyle w:val="ListNumber"/>
        <w:spacing w:line="240" w:lineRule="auto"/>
        <w:ind w:left="720"/>
      </w:pPr>
      <w:r/>
      <w:hyperlink r:id="rId15">
        <w:r>
          <w:rPr>
            <w:color w:val="0000EE"/>
            <w:u w:val="single"/>
          </w:rPr>
          <w:t>https://www.metacritic.com/movie/shes-the-he/</w:t>
        </w:r>
      </w:hyperlink>
      <w:r>
        <w:t xml:space="preserve"> - Metacritic reports that 'She's the He' has a generally favorable reception, with a Metascore of 72 based on four critic reviews. The film is described as a comedy directed and written by Siobhan McCarthy, following two high school seniors who pose as trans women to quell gay rumours. Critics have praised the film for its unique take on the coming-of-age genre and its handling of trans identity. (</w:t>
      </w:r>
      <w:hyperlink r:id="rId21">
        <w:r>
          <w:rPr>
            <w:color w:val="0000EE"/>
            <w:u w:val="single"/>
          </w:rPr>
          <w:t>metacritic.com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lugmag.com/arts/siobhan-mccarthy-and-the-cast-talks-shes-the-he/" TargetMode="External"/><Relationship Id="rId10" Type="http://schemas.openxmlformats.org/officeDocument/2006/relationships/hyperlink" Target="https://www.rottentomatoes.com/m/shes_the_he" TargetMode="External"/><Relationship Id="rId11" Type="http://schemas.openxmlformats.org/officeDocument/2006/relationships/hyperlink" Target="https://www.siff.net/festival/shes-the-he" TargetMode="External"/><Relationship Id="rId12" Type="http://schemas.openxmlformats.org/officeDocument/2006/relationships/hyperlink" Target="https://cineramafilm.com/2025/10/15/shes-the-he-review/" TargetMode="External"/><Relationship Id="rId13" Type="http://schemas.openxmlformats.org/officeDocument/2006/relationships/hyperlink" Target="https://www.rogerebert.com/reviews/shes-the-he-trans-comedy-movie-review-2026" TargetMode="External"/><Relationship Id="rId14" Type="http://schemas.openxmlformats.org/officeDocument/2006/relationships/hyperlink" Target="https://www.slantmagazine.com/film/shes-the-he-review-siobhan-mccarthy/" TargetMode="External"/><Relationship Id="rId15" Type="http://schemas.openxmlformats.org/officeDocument/2006/relationships/hyperlink" Target="https://www.metacritic.com/movie/shes-the-he/" TargetMode="External"/><Relationship Id="rId16" Type="http://schemas.openxmlformats.org/officeDocument/2006/relationships/hyperlink" Target="https://www.rottentomatoes.com/m/shes_the_he?utm_source=openai" TargetMode="External"/><Relationship Id="rId17" Type="http://schemas.openxmlformats.org/officeDocument/2006/relationships/hyperlink" Target="https://www.rogerebert.com/reviews/shes-the-he-trans-comedy-movie-review-2026?utm_source=openai" TargetMode="External"/><Relationship Id="rId18" Type="http://schemas.openxmlformats.org/officeDocument/2006/relationships/hyperlink" Target="https://www.slantmagazine.com/film/shes-the-he-review-siobhan-mccarthy/?utm_source=openai" TargetMode="External"/><Relationship Id="rId19" Type="http://schemas.openxmlformats.org/officeDocument/2006/relationships/hyperlink" Target="https://cineramafilm.com/2025/10/15/shes-the-he-review/?utm_source=openai" TargetMode="External"/><Relationship Id="rId20" Type="http://schemas.openxmlformats.org/officeDocument/2006/relationships/hyperlink" Target="https://www.siff.net/festival/shes-the-he?utm_source=openai" TargetMode="External"/><Relationship Id="rId21" Type="http://schemas.openxmlformats.org/officeDocument/2006/relationships/hyperlink" Target="https://www.metacritic.com/movie/shes-the-h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