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LGBTQ+ Films to Keep the Pride Spirit Going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still hungry for queer stories: new LGBTQ+ films are now in cinemas and on VOD, serving everything from razor-sharp satire to tender teen comedies , and they matter because representation keeps evolving on screen. Here’s what to watch, why they’re worth your time, and what to expect before you press play.</w:t>
      </w:r>
      <w:r/>
    </w:p>
    <w:p>
      <w:r/>
      <w:r>
        <w:t>Essential Takeaways</w:t>
      </w:r>
      <w:r/>
      <w:r/>
    </w:p>
    <w:p>
      <w:pPr>
        <w:pStyle w:val="ListBullet"/>
        <w:spacing w:line="240" w:lineRule="auto"/>
        <w:ind w:left="720"/>
      </w:pPr>
      <w:r/>
      <w:r>
        <w:rPr>
          <w:b/>
        </w:rPr>
        <w:t>Maddie’s Secret:</w:t>
      </w:r>
      <w:r>
        <w:t xml:space="preserve"> a drag-led, foodie satire with earnest drama and a subtle emotional core; Early’s performance is vivid and watchable. </w:t>
      </w:r>
      <w:r/>
    </w:p>
    <w:p>
      <w:pPr>
        <w:pStyle w:val="ListBullet"/>
        <w:spacing w:line="240" w:lineRule="auto"/>
        <w:ind w:left="720"/>
      </w:pPr>
      <w:r/>
      <w:r>
        <w:rPr>
          <w:b/>
        </w:rPr>
        <w:t>Fucktoys:</w:t>
      </w:r>
      <w:r>
        <w:t xml:space="preserve"> scrappy 16mm debut mixing sex work, queer folklore and big personality cameos; stylish but uneven and provocative. </w:t>
      </w:r>
      <w:r/>
    </w:p>
    <w:p>
      <w:pPr>
        <w:pStyle w:val="ListBullet"/>
        <w:spacing w:line="240" w:lineRule="auto"/>
        <w:ind w:left="720"/>
      </w:pPr>
      <w:r/>
      <w:r>
        <w:rPr>
          <w:b/>
        </w:rPr>
        <w:t>She’s the He:</w:t>
      </w:r>
      <w:r>
        <w:t xml:space="preserve"> a raunchy yet sensitive teen comedy boosting trans visibility with a largely trans cast. </w:t>
      </w:r>
      <w:r/>
    </w:p>
    <w:p>
      <w:pPr>
        <w:pStyle w:val="ListBullet"/>
        <w:spacing w:line="240" w:lineRule="auto"/>
        <w:ind w:left="720"/>
      </w:pPr>
      <w:r/>
      <w:r>
        <w:rPr>
          <w:b/>
        </w:rPr>
        <w:t>Hot Girl Summer:</w:t>
      </w:r>
      <w:r>
        <w:t xml:space="preserve"> German sex-comedy remake leaning on embarrassment humour; appealing cast, sophomoric laughs. </w:t>
      </w:r>
      <w:r/>
    </w:p>
    <w:p>
      <w:pPr>
        <w:pStyle w:val="ListBullet"/>
        <w:spacing w:line="240" w:lineRule="auto"/>
        <w:ind w:left="720"/>
      </w:pPr>
      <w:r/>
      <w:r>
        <w:rPr>
          <w:b/>
        </w:rPr>
        <w:t>The Rebrand:</w:t>
      </w:r>
      <w:r>
        <w:t xml:space="preserve"> queer-led slow-burn horror and true-crime send-up that finds momentum once scares arrive.</w:t>
      </w:r>
      <w:r/>
      <w:r/>
    </w:p>
    <w:p>
      <w:pPr>
        <w:pStyle w:val="Heading2"/>
      </w:pPr>
      <w:r>
        <w:t>Why John Early’s Maddie’s Secret feels fresh and familiar</w:t>
      </w:r>
      <w:r/>
    </w:p>
    <w:p>
      <w:r/>
      <w:r>
        <w:t>The opening scene hits with a deliciously theatrical flavour: drag, food porn and a protagonist who’s both glamorous and quietly damaged. According to reviews, John Early directs himself as Maddie, a recipe developer whose public persona masks a private struggle with bulimia. The result plays like a loving nod to old TV movie melodrama while using modern influencer culture for laughs and tension. This mix of satire and sincerity is Early’s strength , it keeps the film from tipping into camp and lets quieter moments land. If you enjoy character pieces that hide a serious heart under showbiz shimmer, Maddie’s Secret is a neat pick.</w:t>
      </w:r>
      <w:r/>
    </w:p>
    <w:p>
      <w:pPr>
        <w:pStyle w:val="Heading2"/>
      </w:pPr>
      <w:r>
        <w:t>Fucktoys: risky, raw and shot on 16mm , expect to be divided</w:t>
      </w:r>
      <w:r/>
    </w:p>
    <w:p>
      <w:r/>
      <w:r>
        <w:t>If you like films with texture, Annapurna Sriram’s Fucktoys delivers on grainy 16mm style and bold, sometimes brutal storytelling. The setup is simple and oddball , a sex worker trying to raise cash and lift a “curse” with the help of a tarot-reading queer icon , but the journeys she takes are episodic and unpredictable. Reviews suggest the ensemble gives strong performances and that a late sequence with François Arnaud stands out, even while vulgar or uneven moments will test viewers’ patience. Watch this if you want cinema that feels handmade, confrontational and willing to trade polish for personality.</w:t>
      </w:r>
      <w:r/>
    </w:p>
    <w:p>
      <w:pPr>
        <w:pStyle w:val="Heading2"/>
      </w:pPr>
      <w:r>
        <w:t>She’s the He: a teen comedy that actually centres trans voices</w:t>
      </w:r>
      <w:r/>
    </w:p>
    <w:p>
      <w:r/>
      <w:r>
        <w:t>There’s a sweet, surprising heart to She’s the He, which uses raunch and high-school antics to do something kinder: spotlight trans kids and their friendships. Director Siobhan McCarthy reportedly casts trans actors in central roles, which helps the film avoid cheap gags and gives its emotional beats weight. The premise , two boys pretending to be trans so one can woo a girl , is deliberately foolish, but the film leans into awkwardness to build empathy and laughs. Expect teen hijinks, sharp moments about identity, and a focus on how friendships survive when one person’s truth shifts.</w:t>
      </w:r>
      <w:r/>
    </w:p>
    <w:p>
      <w:pPr>
        <w:pStyle w:val="Heading2"/>
      </w:pPr>
      <w:r>
        <w:t>Hot Girl Summer: German remake that keeps things awkward and loud</w:t>
      </w:r>
      <w:r/>
    </w:p>
    <w:p>
      <w:r/>
      <w:r>
        <w:t>This sex-comedy remake mines embarrassment for laughs, with three friends on a quest to find sexual confidence , often in uncomfortable, silly ways. The film’s gags lean sophomoric and some viewers will find the repetition wearing, but the cast brings charisma and a willingness to be humiliated on screen. It’s a light, noisy watch best suited to viewers who favour broad comedy over subtlety, and who don’t mind a fair dash of cringe for the sake of catharsis.</w:t>
      </w:r>
      <w:r/>
    </w:p>
    <w:p>
      <w:pPr>
        <w:pStyle w:val="Heading2"/>
      </w:pPr>
      <w:r>
        <w:t>The Rebrand: queer horror with true-crime glints and slow-build terror</w:t>
      </w:r>
      <w:r/>
    </w:p>
    <w:p>
      <w:r/>
      <w:r>
        <w:t>The Rebrand frames itself as a true-crime-style episode and uses influencer culture as its villainous playground. The setup , a documentary shoot at a couple’s home that turns sinister , is a solid vessel for creeping dread. Critics note a few indulgent stretches of “content” filming that slow things down, but once the film commits to scares, it gains steam. For horror fans who appreciate social satire and an all-queer cast and crew, this one’s worth a look, especially if you enjoy slow-burn tension that tips into violence.</w:t>
      </w:r>
      <w:r/>
    </w:p>
    <w:p>
      <w:pPr>
        <w:pStyle w:val="Heading2"/>
      </w:pPr>
      <w:r>
        <w:t>How to pick which queer film to watch tonight</w:t>
      </w:r>
      <w:r/>
    </w:p>
    <w:p>
      <w:r/>
      <w:r>
        <w:t>Think mood first: want laughs and heart? Try She’s the He or Maddie’s Secret. Craving something rougher and art-house? Fucktoys’ 16mm grit will do the trick. Need a palate cleanser of silly embarrassment? Hot Girl Summer fits. And if you like creeping dread wrapped in social commentary, The Rebrand will keep you up. Check runtime, content warnings, and whether the film’s tone leans satirical or sincere , that’ll spare surprises.</w:t>
      </w:r>
      <w:r/>
    </w:p>
    <w:p>
      <w:r/>
      <w:r>
        <w:t>It’s a small change that can make every movie night feel more like Pride: pick a queer film, invite a friend, and savour stories made by and for the people they represent.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4">
        <w:r>
          <w:rPr>
            <w:color w:val="0000EE"/>
            <w:u w:val="single"/>
          </w:rPr>
          <w:t>[7]</w:t>
        </w:r>
      </w:hyperlink>
      <w:r>
        <w:t xml:space="preserve">, </w:t>
      </w:r>
      <w:hyperlink r:id="rId15">
        <w:r>
          <w:rPr>
            <w:color w:val="0000EE"/>
            <w:u w:val="single"/>
          </w:rPr>
          <w:t>[5]</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https://epgn.com/2026/07/06/keep-the-pride-spirit-going-with-these-new-lgbtq-films/</w:t>
        </w:r>
      </w:hyperlink>
      <w:r>
        <w:t xml:space="preserve"> - Please view link - unable to able to access data</w:t>
      </w:r>
      <w:r/>
    </w:p>
    <w:p>
      <w:pPr>
        <w:pStyle w:val="ListNumber"/>
        <w:spacing w:line="240" w:lineRule="auto"/>
        <w:ind w:left="720"/>
      </w:pPr>
      <w:r/>
      <w:hyperlink r:id="rId10">
        <w:r>
          <w:rPr>
            <w:color w:val="0000EE"/>
            <w:u w:val="single"/>
          </w:rPr>
          <w:t>https://theweek.com/culture-life/film/maddies-secret-rose-of-nevada</w:t>
        </w:r>
      </w:hyperlink>
      <w:r>
        <w:t xml:space="preserve"> - This article reviews two films: 'Maddie's Secret' and 'Rose of Nevada'. 'Maddie's Secret', directed by and starring John Early, is a satirical homage to 1980s and 1990s TV movies, featuring Early cross-dressing as Maddie, a woman battling bulimia amid sudden viral fame. The film balances high camp with deep sincerity, praised for its boldness and emotional authenticity. 'Rose of Nevada', directed by Mark Jenkin, presents a surreal time-travel scenario where two men aboard a cursed fishing trawler return to find themselves in 1993, with their former lives erased. The film's dreamlike style, enhanced by grainy 16mm film and dubbed dialogue, is noted for its unique and haunting quality, with performances adding emotional depth to this unconventional story.</w:t>
      </w:r>
      <w:r/>
    </w:p>
    <w:p>
      <w:pPr>
        <w:pStyle w:val="ListNumber"/>
        <w:spacing w:line="240" w:lineRule="auto"/>
        <w:ind w:left="720"/>
      </w:pPr>
      <w:r/>
      <w:hyperlink r:id="rId11">
        <w:r>
          <w:rPr>
            <w:color w:val="0000EE"/>
            <w:u w:val="single"/>
          </w:rPr>
          <w:t>https://en.wikipedia.org/wiki/Maddie%27s_Secret</w:t>
        </w:r>
      </w:hyperlink>
      <w:r>
        <w:t xml:space="preserve"> - 'Maddie's Secret' is a 2025 American comedy film written, directed, and produced by John Early in his directorial debut. The film stars Early, Kate Berlant, Eric Rahill, Kristen Johnston, Claudia O'Doherty, Conner O'Malley, Vanessa Bayer, and Chris Bauer. It premiered at the 2025 Toronto International Film Festival on September 4, 2025. The film follows Maddie, a food influencer who secretly struggles with bulimia, and explores themes of fame, body image, and personal struggle.</w:t>
      </w:r>
      <w:r/>
    </w:p>
    <w:p>
      <w:pPr>
        <w:pStyle w:val="ListNumber"/>
        <w:spacing w:line="240" w:lineRule="auto"/>
        <w:ind w:left="720"/>
      </w:pPr>
      <w:r/>
      <w:hyperlink r:id="rId12">
        <w:r>
          <w:rPr>
            <w:color w:val="0000EE"/>
            <w:u w:val="single"/>
          </w:rPr>
          <w:t>https://en.wikipedia.org/wiki/Fucktoys</w:t>
        </w:r>
      </w:hyperlink>
      <w:r>
        <w:t xml:space="preserve"> - 'Fucktoys' is a 2025 American surrealist black comedy-drama film written and directed by Annapurna Sriram in her feature filmmaking debut. The film stars Sriram, Sadie Scott, François Arnaud, Big Freedia, Damian Young, and Brandon Flynn. It premiered at the South by Southwest Film Festival on March 9, 2025, where it received the Special Jury Award in Narrative Feature Competition. The film follows AP, a sex worker in Trashtown, who embarks on a series of encounters with various clients, including Robert, who claims he may be gay, and a character known as 'The Mechanic', who is under house arrest. The film is noted for its style, unevenness, and strong performances.</w:t>
      </w:r>
      <w:r/>
    </w:p>
    <w:p>
      <w:pPr>
        <w:pStyle w:val="ListNumber"/>
        <w:spacing w:line="240" w:lineRule="auto"/>
        <w:ind w:left="720"/>
      </w:pPr>
      <w:r/>
      <w:hyperlink r:id="rId15">
        <w:r>
          <w:rPr>
            <w:color w:val="0000EE"/>
            <w:u w:val="single"/>
          </w:rPr>
          <w:t>https://www.fucknews.art/en/movies/fucktoys</w:t>
        </w:r>
      </w:hyperlink>
      <w:r>
        <w:t xml:space="preserve"> - This review of 'Fucktoys' by Annapurna Sriram describes the film as an independent, bold, and anarchic work that is a visually explosive journey into a world of decay and fetishism, yet also a declaration of freedom. Set in the dystopian 'Trashtown, USA', the film mixes sex, magic, sacrifices, and power dynamics in a neon-drenched, dreamlike universe. Shot on 16mm film, it amplifies the decadent yet nostalgic atmosphere. The film is tinted with pastel and neon colors, with a production design that evokes a dilapidated yet vibrant world, at once familiar and alienating.</w:t>
      </w:r>
      <w:r/>
    </w:p>
    <w:p>
      <w:pPr>
        <w:pStyle w:val="ListNumber"/>
        <w:spacing w:line="240" w:lineRule="auto"/>
        <w:ind w:left="720"/>
      </w:pPr>
      <w:r/>
      <w:hyperlink r:id="rId13">
        <w:r>
          <w:rPr>
            <w:color w:val="0000EE"/>
            <w:u w:val="single"/>
          </w:rPr>
          <w:t>https://enzian.org/film/f-cktoys</w:t>
        </w:r>
      </w:hyperlink>
      <w:r>
        <w:t xml:space="preserve"> - This page provides information about the film 'F-cktoys', directed by Annapurna Sriram. The film is described as a wild, unfiltered debut where AP seeks a cosmic reset after a tarot reading tells her she needs $1,000 and a sacrificial lamb to lift her curse. The film is noted for its homage to French New Wave cinema and the rebellious vibe of 90s-era Gregg Araki. It features a spunky cast of queer darlings, including Big Freedia, Brandon Flynn, and François Arnaud. The film won the Special Jury Award for a Multi-Hyphenate at the SXSW Film Festival.</w:t>
      </w:r>
      <w:r/>
    </w:p>
    <w:p>
      <w:pPr>
        <w:pStyle w:val="ListNumber"/>
        <w:spacing w:line="240" w:lineRule="auto"/>
        <w:ind w:left="720"/>
      </w:pPr>
      <w:r/>
      <w:hyperlink r:id="rId14">
        <w:r>
          <w:rPr>
            <w:color w:val="0000EE"/>
            <w:u w:val="single"/>
          </w:rPr>
          <w:t>https://cineccentric.com/2025/07/21/fucktoys/</w:t>
        </w:r>
      </w:hyperlink>
      <w:r>
        <w:t xml:space="preserve"> - This review of 'Fucktoys' by Annapurna Sriram describes the film as unruly, absurdist, and full of salacious irony, making a clear point of breaking the rules. Beneath all the craziness and kinks lies a surprisingly heartfelt exploration of friendship, exploitation, and survival in a society unable to differentiate between authenticity and paid performance. The film follows AP, a young sex worker convinced she has been cursed, and her journey through Trashtown, encountering various characters that force her to navigate the pervasively transactional reality of her world.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pgn.com/2026/07/06/keep-the-pride-spirit-going-with-these-new-lgbtq-films/" TargetMode="External"/><Relationship Id="rId10" Type="http://schemas.openxmlformats.org/officeDocument/2006/relationships/hyperlink" Target="https://theweek.com/culture-life/film/maddies-secret-rose-of-nevada" TargetMode="External"/><Relationship Id="rId11" Type="http://schemas.openxmlformats.org/officeDocument/2006/relationships/hyperlink" Target="https://en.wikipedia.org/wiki/Maddie%27s_Secret" TargetMode="External"/><Relationship Id="rId12" Type="http://schemas.openxmlformats.org/officeDocument/2006/relationships/hyperlink" Target="https://en.wikipedia.org/wiki/Fucktoys" TargetMode="External"/><Relationship Id="rId13" Type="http://schemas.openxmlformats.org/officeDocument/2006/relationships/hyperlink" Target="https://enzian.org/film/f-cktoys" TargetMode="External"/><Relationship Id="rId14" Type="http://schemas.openxmlformats.org/officeDocument/2006/relationships/hyperlink" Target="https://cineccentric.com/2025/07/21/fucktoys/" TargetMode="External"/><Relationship Id="rId15" Type="http://schemas.openxmlformats.org/officeDocument/2006/relationships/hyperlink" Target="https://www.fucknews.art/en/movies/fucktoy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