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Melanie C Moments: DJing, Pride and Why LGBTQ+ Fans Matter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nostalgia and new beats as Melanie C blends her Spice Girls past with a fresh dance-music present; the star DJed at BST Hyde Park, joined Scissor Sisters on stage and credited the LGBTQ+ community with giving her deeper self-acceptance , here’s why it matters now.</w:t>
      </w:r>
      <w:r/>
    </w:p>
    <w:p>
      <w:r/>
      <w:r>
        <w:t>Essential Takeaways</w:t>
      </w:r>
      <w:r/>
      <w:r/>
    </w:p>
    <w:p>
      <w:pPr>
        <w:pStyle w:val="ListBullet"/>
        <w:spacing w:line="240" w:lineRule="auto"/>
        <w:ind w:left="720"/>
      </w:pPr>
      <w:r/>
      <w:r>
        <w:rPr>
          <w:b/>
        </w:rPr>
        <w:t>Hyde Park highlight:</w:t>
      </w:r>
      <w:r>
        <w:t xml:space="preserve"> Melanie C DJed at BST and performed with Scissor Sisters, calling it a joyous, almost childlike moment.</w:t>
      </w:r>
      <w:r/>
    </w:p>
    <w:p>
      <w:pPr>
        <w:pStyle w:val="ListBullet"/>
        <w:spacing w:line="240" w:lineRule="auto"/>
        <w:ind w:left="720"/>
      </w:pPr>
      <w:r/>
      <w:r>
        <w:rPr>
          <w:b/>
        </w:rPr>
        <w:t>Career evolution:</w:t>
      </w:r>
      <w:r>
        <w:t xml:space="preserve"> She’s moved from Spice Girls pop to solo work and into DJing and dance-influenced albums like Sweat.</w:t>
      </w:r>
      <w:r/>
    </w:p>
    <w:p>
      <w:pPr>
        <w:pStyle w:val="ListBullet"/>
        <w:spacing w:line="240" w:lineRule="auto"/>
        <w:ind w:left="720"/>
      </w:pPr>
      <w:r/>
      <w:r>
        <w:rPr>
          <w:b/>
        </w:rPr>
        <w:t>Community impact:</w:t>
      </w:r>
      <w:r>
        <w:t xml:space="preserve"> Melanie C says queer fans and collaborations with drag and non-binary artists helped her find self-acceptance.</w:t>
      </w:r>
      <w:r/>
    </w:p>
    <w:p>
      <w:pPr>
        <w:pStyle w:val="ListBullet"/>
        <w:spacing w:line="240" w:lineRule="auto"/>
        <w:ind w:left="720"/>
      </w:pPr>
      <w:r/>
      <w:r>
        <w:rPr>
          <w:b/>
        </w:rPr>
        <w:t>Music tastes:</w:t>
      </w:r>
      <w:r>
        <w:t xml:space="preserve"> She’s championing current acts such as RAYE, Olivia Dean and Confidence Man, mixing nostalgia with fresh club energy.</w:t>
      </w:r>
      <w:r/>
    </w:p>
    <w:p>
      <w:pPr>
        <w:pStyle w:val="ListBullet"/>
        <w:spacing w:line="240" w:lineRule="auto"/>
        <w:ind w:left="720"/>
      </w:pPr>
      <w:r/>
      <w:r>
        <w:rPr>
          <w:b/>
        </w:rPr>
        <w:t>Pride perspective:</w:t>
      </w:r>
      <w:r>
        <w:t xml:space="preserve"> She believes Pride’s joy and unity are vital amid social backlash and growing fears around change.</w:t>
      </w:r>
      <w:r/>
      <w:r/>
    </w:p>
    <w:p>
      <w:pPr>
        <w:pStyle w:val="Heading2"/>
      </w:pPr>
      <w:r>
        <w:t>A Hyde Park set that felt like coming home</w:t>
      </w:r>
      <w:r/>
    </w:p>
    <w:p>
      <w:r/>
      <w:r>
        <w:t>Melanie C described her BST Hyde Park slot as one of the most joyous times on stage she’s ever had, and you can almost hear the grin through her words. She DJed her own set, wore Meta glasses to film the moment and then hopped up with Scissor Sisters for a surprise collaboration that clearly moved her. According to Attitude, she felt giddy and a little childlike, which is exactly the kind of unfiltered delight festival crowds respond to. For fans and casual listeners alike, it signalled that she’s not treading water , she’s actually enjoying the ride.</w:t>
      </w:r>
      <w:r/>
    </w:p>
    <w:p>
      <w:pPr>
        <w:pStyle w:val="Heading2"/>
      </w:pPr>
      <w:r>
        <w:t>From pop princess to club connector</w:t>
      </w:r>
      <w:r/>
    </w:p>
    <w:p>
      <w:r/>
      <w:r>
        <w:t>The path from being in a best-selling girl band to carving out a solo identity isn’t easy, and Melanie C admits it. She told Attitude that stepping away from the Spice Girls meant proving herself again, but DJing and dance music reawakened an older passion. That shift has fed into her recent album Sweat and the energetic live sets she’s been playing at clubs and festivals. If you loved her pop past, don’t worry , the hooks are still there, but now they come with a relentless beat.</w:t>
      </w:r>
      <w:r/>
    </w:p>
    <w:p>
      <w:pPr>
        <w:pStyle w:val="Heading2"/>
      </w:pPr>
      <w:r>
        <w:t>Why queer audiences have been central to her story</w:t>
      </w:r>
      <w:r/>
    </w:p>
    <w:p>
      <w:r/>
      <w:r>
        <w:t>Melanie C puts her relationship with LGBTQ+ fans in warm, simple terms: it’s reciprocal and life-changing. She credits working with groups like Sink the Pink and touring with drag and non-binary artists as deeply educational, and even says it helped her find more self-acceptance. That kind of two-way loyalty , artist supports community, community supports artist , has underpinned many long careers, and hers is no different. Pride moments, she argues, aren’t just parties; they’re acts of cultural resistance and joyful solidarity.</w:t>
      </w:r>
      <w:r/>
    </w:p>
    <w:p>
      <w:pPr>
        <w:pStyle w:val="Heading2"/>
      </w:pPr>
      <w:r>
        <w:t>Spotlighting the rising artists she loves</w:t>
      </w:r>
      <w:r/>
    </w:p>
    <w:p>
      <w:r/>
      <w:r>
        <w:t>She’s not just looking back. Melanie C name-checks contemporary acts like RAYE, Olivia Dean and Confidence Man as the artists she’s excited by, and she’s happy to champion British talent on international stages. Seeing them thrive at festivals such as Coachella is a point of pride for her, literally and figuratively. If you want to refresh your playlist, start there: listen for strong vocals, pop songwriting with club sensibilities, and the kind of confident performance that translates to both tents and arenas.</w:t>
      </w:r>
      <w:r/>
    </w:p>
    <w:p>
      <w:pPr>
        <w:pStyle w:val="Heading2"/>
      </w:pPr>
      <w:r>
        <w:t>Why Pride feels more necessary than ever</w:t>
      </w:r>
      <w:r/>
    </w:p>
    <w:p>
      <w:r/>
      <w:r>
        <w:t>Melanie C acknowledges progress has been made, but she’s also blunt about the backlash and the fear that comes with social change. She told Attitude that the power of Pride lies in joy, dancing and unity , things that defuse fear better than debate alone. For artists and audiences who grew up in the club scene, Pride remains both a refuge and a platform. Her view is simple: keep celebrating, keep showing up, and keep making spaces where everyone feels welcome.</w:t>
      </w:r>
      <w:r/>
    </w:p>
    <w:p>
      <w:r/>
      <w:r>
        <w:t>It's a small change that can make every set and every Pride parade feel more hopeful.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[6]</w:t>
        </w:r>
      </w:hyperlink>
      <w:r>
        <w:t xml:space="preserve">- Paragraph 2: </w:t>
      </w:r>
      <w:hyperlink r:id="rId9">
        <w:r>
          <w:rPr>
            <w:color w:val="0000EE"/>
            <w:u w:val="single"/>
          </w:rPr>
          <w:t>[2]</w:t>
        </w:r>
      </w:hyperlink>
      <w:r>
        <w:t xml:space="preserve">, </w:t>
      </w:r>
      <w:hyperlink r:id="rId11">
        <w:r>
          <w:rPr>
            <w:color w:val="0000EE"/>
            <w:u w:val="single"/>
          </w:rPr>
          <w:t>[4]</w:t>
        </w:r>
      </w:hyperlink>
      <w:r>
        <w:t xml:space="preserve">- Paragraph 3: </w:t>
      </w:r>
      <w:hyperlink r:id="rId9">
        <w:r>
          <w:rPr>
            <w:color w:val="0000EE"/>
            <w:u w:val="single"/>
          </w:rPr>
          <w:t>[2]</w:t>
        </w:r>
      </w:hyperlink>
      <w:r>
        <w:t xml:space="preserve">, </w:t>
      </w:r>
      <w:hyperlink r:id="rId10">
        <w:r>
          <w:rPr>
            <w:color w:val="0000EE"/>
            <w:u w:val="single"/>
          </w:rPr>
          <w:t>[6]</w:t>
        </w:r>
      </w:hyperlink>
      <w:r>
        <w:t xml:space="preserve">- Paragraph 4: </w:t>
      </w:r>
      <w:hyperlink r:id="rId9">
        <w:r>
          <w:rPr>
            <w:color w:val="0000EE"/>
            <w:u w:val="single"/>
          </w:rPr>
          <w:t>[2]</w:t>
        </w:r>
      </w:hyperlink>
      <w:r>
        <w:t xml:space="preserve">, </w:t>
      </w:r>
      <w:hyperlink r:id="rId11">
        <w:r>
          <w:rPr>
            <w:color w:val="0000EE"/>
            <w:u w:val="single"/>
          </w:rPr>
          <w:t>[4]</w:t>
        </w:r>
      </w:hyperlink>
      <w:r>
        <w:t xml:space="preserve">- Paragraph 5: </w:t>
      </w:r>
      <w:hyperlink r:id="rId9">
        <w:r>
          <w:rPr>
            <w:color w:val="0000EE"/>
            <w:u w:val="single"/>
          </w:rPr>
          <w:t>[2]</w:t>
        </w:r>
      </w:hyperlink>
      <w:r>
        <w:t xml:space="preserve">, </w:t>
      </w:r>
      <w:hyperlink r:id="rId12">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https://www.attitude.co.uk/culture/melanie-c-says-lgbtq-community-gave-her-self-acceptance-527952/</w:t>
        </w:r>
      </w:hyperlink>
      <w:r>
        <w:t xml:space="preserve"> - Please view link - unable to able to access data</w:t>
      </w:r>
      <w:r/>
    </w:p>
    <w:p>
      <w:pPr>
        <w:pStyle w:val="ListNumber"/>
        <w:spacing w:line="240" w:lineRule="auto"/>
        <w:ind w:left="720"/>
      </w:pPr>
      <w:r/>
      <w:hyperlink r:id="rId9">
        <w:r>
          <w:rPr>
            <w:color w:val="0000EE"/>
            <w:u w:val="single"/>
          </w:rPr>
          <w:t>https://www.attitude.co.uk/culture/melanie-c-says-lgbtq-community-gave-her-self-acceptance-527952/</w:t>
        </w:r>
      </w:hyperlink>
      <w:r>
        <w:t xml:space="preserve"> - Melanie C, formerly known as Sporty Spice from the Spice Girls, reflects on her career evolution, including her solo music and DJing experiences. She discusses her recent performance at BST Hyde Park, where she joined the Scissor Sisters on stage, and the influence of the LGBTQ+ community on her self-acceptance.</w:t>
      </w:r>
      <w:r/>
    </w:p>
    <w:p>
      <w:pPr>
        <w:pStyle w:val="ListNumber"/>
        <w:spacing w:line="240" w:lineRule="auto"/>
        <w:ind w:left="720"/>
      </w:pPr>
      <w:r/>
      <w:hyperlink r:id="rId13">
        <w:r>
          <w:rPr>
            <w:color w:val="0000EE"/>
            <w:u w:val="single"/>
          </w:rPr>
          <w:t>https://www.musicbusinessworldwide.com/the-spice-girls-were-told-that-girl-bands-dont-sell/</w:t>
        </w:r>
      </w:hyperlink>
      <w:r>
        <w:t xml:space="preserve"> - Melanie C shares insights into the challenges faced by the Spice Girls, including industry skepticism about the commercial viability of girl bands. She discusses the group's impact on the music industry and her journey as a solo artist.</w:t>
      </w:r>
      <w:r/>
    </w:p>
    <w:p>
      <w:pPr>
        <w:pStyle w:val="ListNumber"/>
        <w:spacing w:line="240" w:lineRule="auto"/>
        <w:ind w:left="720"/>
      </w:pPr>
      <w:r/>
      <w:hyperlink r:id="rId11">
        <w:r>
          <w:rPr>
            <w:color w:val="0000EE"/>
            <w:u w:val="single"/>
          </w:rPr>
          <w:t>https://www.bustle.com/entertainment/melanie-c-sweat-dj-spice-girls-interview</w:t>
        </w:r>
      </w:hyperlink>
      <w:r>
        <w:t xml:space="preserve"> - In an interview with Bustle, Melanie C discusses her new album 'Sweat,' her experiences as a DJ, and her hopes for a Spice Girls reunion. She reflects on her musical evolution and the influence of dance music on her work.</w:t>
      </w:r>
      <w:r/>
    </w:p>
    <w:p>
      <w:pPr>
        <w:pStyle w:val="ListNumber"/>
        <w:spacing w:line="240" w:lineRule="auto"/>
        <w:ind w:left="720"/>
      </w:pPr>
      <w:r/>
      <w:hyperlink r:id="rId14">
        <w:r>
          <w:rPr>
            <w:color w:val="0000EE"/>
            <w:u w:val="single"/>
          </w:rPr>
          <w:t>https://www.apnews.com/article/8d3373fb9c8b23f5b9f43c69aa3f16c4</w:t>
        </w:r>
      </w:hyperlink>
      <w:r>
        <w:t xml:space="preserve"> - The Associated Press reports on Melanie C's ninth solo album 'Sweat,' highlighting her return to dance music and DJing. The article explores the album's themes of resilience and joy, and Melanie's ongoing commitment to the LGBTQ+ community.</w:t>
      </w:r>
      <w:r/>
    </w:p>
    <w:p>
      <w:pPr>
        <w:pStyle w:val="ListNumber"/>
        <w:spacing w:line="240" w:lineRule="auto"/>
        <w:ind w:left="720"/>
      </w:pPr>
      <w:r/>
      <w:hyperlink r:id="rId10">
        <w:r>
          <w:rPr>
            <w:color w:val="0000EE"/>
            <w:u w:val="single"/>
          </w:rPr>
          <w:t>https://www.scmp.com/lifestyle/entertainment/article/3351714/spice-girl-melanie-c-new-album-sweat-rave-culture-and-making-people-feel-good</w:t>
        </w:r>
      </w:hyperlink>
      <w:r>
        <w:t xml:space="preserve"> - The South China Morning Post features an interview with Melanie C about her new album 'Sweat,' discussing her roots in rave culture and her desire to make people feel good through her music.</w:t>
      </w:r>
      <w:r/>
    </w:p>
    <w:p>
      <w:pPr>
        <w:pStyle w:val="ListNumber"/>
        <w:spacing w:line="240" w:lineRule="auto"/>
        <w:ind w:left="720"/>
      </w:pPr>
      <w:r/>
      <w:hyperlink r:id="rId12">
        <w:r>
          <w:rPr>
            <w:color w:val="0000EE"/>
            <w:u w:val="single"/>
          </w:rPr>
          <w:t>https://www.the-independent.com/arts-entertainment/music/pride-london-music-lgbt-kylie-sinitta-all-saints-queer-a8990336.html</w:t>
        </w:r>
      </w:hyperlink>
      <w:r>
        <w:t xml:space="preserve"> - The Independent explores the nostalgia associated with musical acts at Pride events, including performances by artists like Melanie C. The article discusses the significance of these acts for the LGBTQ+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ttitude.co.uk/culture/melanie-c-says-lgbtq-community-gave-her-self-acceptance-527952/" TargetMode="External"/><Relationship Id="rId10" Type="http://schemas.openxmlformats.org/officeDocument/2006/relationships/hyperlink" Target="https://www.scmp.com/lifestyle/entertainment/article/3351714/spice-girl-melanie-c-new-album-sweat-rave-culture-and-making-people-feel-good" TargetMode="External"/><Relationship Id="rId11" Type="http://schemas.openxmlformats.org/officeDocument/2006/relationships/hyperlink" Target="https://www.bustle.com/entertainment/melanie-c-sweat-dj-spice-girls-interview" TargetMode="External"/><Relationship Id="rId12" Type="http://schemas.openxmlformats.org/officeDocument/2006/relationships/hyperlink" Target="https://www.the-independent.com/arts-entertainment/music/pride-london-music-lgbt-kylie-sinitta-all-saints-queer-a8990336.html" TargetMode="External"/><Relationship Id="rId13" Type="http://schemas.openxmlformats.org/officeDocument/2006/relationships/hyperlink" Target="https://www.musicbusinessworldwide.com/the-spice-girls-were-told-that-girl-bands-dont-sell/" TargetMode="External"/><Relationship Id="rId14" Type="http://schemas.openxmlformats.org/officeDocument/2006/relationships/hyperlink" Target="https://www.apnews.com/article/8d3373fb9c8b23f5b9f43c69aa3f16c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