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Limerick Pride 2026 Events to Celebrate "Pride in Our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neighbours and visitors are turning out as Limerick Pride 2026 fills the city with colour, music and conversation; a weeklong programme of events from drag masterclasses to family-friendly Pridefest aims to celebrate local groups, volunteers and the city ahead of hosting EuroPride 2028.</w:t>
      </w:r>
      <w:r/>
    </w:p>
    <w:p>
      <w:r/>
      <w:r>
        <w:t>Essential Takeaways</w:t>
      </w:r>
      <w:r/>
      <w:r/>
    </w:p>
    <w:p>
      <w:pPr>
        <w:pStyle w:val="ListBullet"/>
        <w:spacing w:line="240" w:lineRule="auto"/>
        <w:ind w:left="720"/>
      </w:pPr>
      <w:r/>
      <w:r>
        <w:rPr>
          <w:b/>
        </w:rPr>
        <w:t>Weeklong festival:</w:t>
      </w:r>
      <w:r>
        <w:t xml:space="preserve"> Events run across Limerick with something for all ages, from comedy and music to arts and crafts.</w:t>
      </w:r>
      <w:r/>
    </w:p>
    <w:p>
      <w:pPr>
        <w:pStyle w:val="ListBullet"/>
        <w:spacing w:line="240" w:lineRule="auto"/>
        <w:ind w:left="720"/>
      </w:pPr>
      <w:r/>
      <w:r>
        <w:rPr>
          <w:b/>
        </w:rPr>
        <w:t>Parade highlight:</w:t>
      </w:r>
      <w:r>
        <w:t xml:space="preserve"> The Pride Parade starts at Pery Square on Saturday at 2.15pm and ends at the Hunt Museum for family-friendly Pridefest.</w:t>
      </w:r>
      <w:r/>
    </w:p>
    <w:p>
      <w:pPr>
        <w:pStyle w:val="ListBullet"/>
        <w:spacing w:line="240" w:lineRule="auto"/>
        <w:ind w:left="720"/>
      </w:pPr>
      <w:r/>
      <w:r>
        <w:rPr>
          <w:b/>
        </w:rPr>
        <w:t>Community focus:</w:t>
      </w:r>
      <w:r>
        <w:t xml:space="preserve"> This year’s theme, Pride in Our Community, celebrates volunteers, clubs and local organisations who built Limerick Pride.</w:t>
      </w:r>
      <w:r/>
    </w:p>
    <w:p>
      <w:pPr>
        <w:pStyle w:val="ListBullet"/>
        <w:spacing w:line="240" w:lineRule="auto"/>
        <w:ind w:left="720"/>
      </w:pPr>
      <w:r/>
      <w:r>
        <w:rPr>
          <w:b/>
        </w:rPr>
        <w:t>Support services on offer:</w:t>
      </w:r>
      <w:r>
        <w:t xml:space="preserve"> GOSHH hosts support and educational meetings plus Rapid HIV testing during the week.</w:t>
      </w:r>
      <w:r/>
    </w:p>
    <w:p>
      <w:pPr>
        <w:pStyle w:val="ListBullet"/>
        <w:spacing w:line="240" w:lineRule="auto"/>
        <w:ind w:left="720"/>
      </w:pPr>
      <w:r/>
      <w:r>
        <w:rPr>
          <w:b/>
        </w:rPr>
        <w:t>EuroPride 2028 on the horizon:</w:t>
      </w:r>
      <w:r>
        <w:t xml:space="preserve"> Limerick and Clare will host the Europe-wide festival in 2028, bringing a major international spotlight.</w:t>
      </w:r>
      <w:r/>
      <w:r/>
    </w:p>
    <w:p>
      <w:pPr>
        <w:pStyle w:val="Heading2"/>
      </w:pPr>
      <w:r>
        <w:t>What to expect this week , colourful, varied and very local</w:t>
      </w:r>
      <w:r/>
    </w:p>
    <w:p>
      <w:r/>
      <w:r>
        <w:t>Limerick Pride 2026 brings a bright, buzzy programme across the city, with events designed to appeal to families, young people and the nightclub crowd alike. Expect a sensory mix of loud pop, glitter, street stalls and quieter arts offerings, so there’s something to match whatever mood you’re in. The festival director, Lisa Daly, has framed the week as a chance to thank the many small groups and volunteers who’ve shaped local Pride, and that sense of neighbourly celebration is visible across the listings. If you’re planning to go, check event times in advance , indoor and outdoor events can vary , and bring a reusable water bottle for outdoor parades.</w:t>
      </w:r>
      <w:r/>
    </w:p>
    <w:p>
      <w:pPr>
        <w:pStyle w:val="Heading2"/>
      </w:pPr>
      <w:r>
        <w:t>Parade day , family-friendly fun with a local heartbeat</w:t>
      </w:r>
      <w:r/>
    </w:p>
    <w:p>
      <w:r/>
      <w:r>
        <w:t>The weekend’s centrepiece is the Pride Parade, marching from Pery Square down Glentworth Street and Henry Street before finishing at the Hunt Museum. It’s a deliberately family-friendly route, with face painting, kids’ story time and a barbecue at Pridefest afterwards, so it’s a good option for anyone wanting a daytime, inclusive atmosphere. The Limerick LGBT Sarsfields Rugby Club will serve as grand marshals, which gives the parade a neatly local, civic feel. Arrive early for good viewing spots and consider using public transport , roads will be busy and parking limited.</w:t>
      </w:r>
      <w:r/>
    </w:p>
    <w:p>
      <w:pPr>
        <w:pStyle w:val="Heading2"/>
      </w:pPr>
      <w:r>
        <w:t>Arts, performance and alternative Pride , something offbeat too</w:t>
      </w:r>
      <w:r/>
    </w:p>
    <w:p>
      <w:r/>
      <w:r>
        <w:t>Not everything is about sequins and parades. Heretic!, Limerick’s alternative Pride run by Trans Limerick Community, showcases queer and trans art, theatre, poetry and clowning , work that leans into joy, rage and resilience in equal measure. Eleanor Valentine highlights that these fringe events aim to amplify trans voices and creative expression, which matters at a time when access to trans healthcare continues to be a pressing issue. If you’re curious about local queer culture beyond mainstream stages, seek out Heretic! events for more intimate, thought-provoking experiences.</w:t>
      </w:r>
      <w:r/>
    </w:p>
    <w:p>
      <w:pPr>
        <w:pStyle w:val="Heading2"/>
      </w:pPr>
      <w:r>
        <w:t>Learning, support and health services , practical help in the programme</w:t>
      </w:r>
      <w:r/>
    </w:p>
    <w:p>
      <w:r/>
      <w:r>
        <w:t>GOSHH on Davis Street is hosting a drag queen masterclass, but it’s also the base for youth, adult and trans support meetings and Rapid HIV testing across the week. Festivals that combine celebration with practical services are worth supporting, because they make it easy for people to access help while joining in the fun. If you or someone you know might benefit, check GOSHH’s schedule and book any confidential testing or support slots where possible to avoid long waits.</w:t>
      </w:r>
      <w:r/>
    </w:p>
    <w:p>
      <w:pPr>
        <w:pStyle w:val="Heading2"/>
      </w:pPr>
      <w:r>
        <w:t>Looking ahead to EuroPride 2028 , why this year matters</w:t>
      </w:r>
      <w:r/>
    </w:p>
    <w:p>
      <w:r/>
      <w:r>
        <w:t>There’s a broader context to the cheer this week: Limerick and Clare won the bid to host EuroPride 2028, the first time the event will take place on the island of Ireland. Organisers expect big numbers for that international festival, and this year’s Pride is being promoted as a warm-up of sorts , a chance to showcase the community and sharpen the local events programme ahead of a larger spotlight. It’s an exciting prospect for the region and a reminder that local Pride weeks can be both celebratory and strategic as cities prepare to welcome bigger audiences.</w:t>
      </w:r>
      <w:r/>
    </w:p>
    <w:p>
      <w:r/>
      <w:r>
        <w:t>It's a small change that can make every celebration more meaningful , join in, support the groups, and enjoy the colour.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[7]</w:t>
        </w:r>
      </w:hyperlink>
      <w:r>
        <w:t xml:space="preserve">- Paragraph 4: </w:t>
      </w:r>
      <w:hyperlink r:id="rId9">
        <w:r>
          <w:rPr>
            <w:color w:val="0000EE"/>
            <w:u w:val="single"/>
          </w:rPr>
          <w:t>[1]</w:t>
        </w:r>
      </w:hyperlink>
      <w:r>
        <w:t xml:space="preserve">, </w:t>
      </w:r>
      <w:hyperlink r:id="rId10">
        <w:r>
          <w:rPr>
            <w:color w:val="0000EE"/>
            <w:u w:val="single"/>
          </w:rPr>
          <w:t>[6]</w:t>
        </w:r>
      </w:hyperlink>
      <w:r>
        <w:t xml:space="preserve">- Paragraph 5: </w:t>
      </w:r>
      <w:hyperlink r:id="rId11">
        <w:r>
          <w:rPr>
            <w:color w:val="0000EE"/>
            <w:u w:val="single"/>
          </w:rPr>
          <w:t>[3]</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https://www.limerickpost.ie/2026/07/06/limerick-shows-pride-in-our-community/</w:t>
        </w:r>
      </w:hyperlink>
      <w:r>
        <w:t xml:space="preserve"> - Please view link - unable to able to access data</w:t>
      </w:r>
      <w:r/>
    </w:p>
    <w:p>
      <w:pPr>
        <w:pStyle w:val="ListNumber"/>
        <w:spacing w:line="240" w:lineRule="auto"/>
        <w:ind w:left="720"/>
      </w:pPr>
      <w:r/>
      <w:hyperlink r:id="rId10">
        <w:r>
          <w:rPr>
            <w:color w:val="0000EE"/>
            <w:u w:val="single"/>
          </w:rPr>
          <w:t>https://www.limerick.ie/council/services/your-council/your-mayor/mayor-of-limerick/newsroom/statement-from-mayor-of</w:t>
        </w:r>
      </w:hyperlink>
      <w:r>
        <w:t xml:space="preserve"> - In October 2025, Mayor of Limerick John Moran announced that Limerick and Clare will host EuroPride 2028, marking the first time the event will be held in Ireland. He highlighted the significance of this achievement, stating it reflects the region's spirit, inclusivity, and commitment to equality. The event is expected to attract tens of thousands of visitors, activists, artists, and allies from across Europe and beyond, celebrating diversity and forging new connections among LGBTQ+ communities and supporters.</w:t>
      </w:r>
      <w:r/>
    </w:p>
    <w:p>
      <w:pPr>
        <w:pStyle w:val="ListNumber"/>
        <w:spacing w:line="240" w:lineRule="auto"/>
        <w:ind w:left="720"/>
      </w:pPr>
      <w:r/>
      <w:hyperlink r:id="rId11">
        <w:r>
          <w:rPr>
            <w:color w:val="0000EE"/>
            <w:u w:val="single"/>
          </w:rPr>
          <w:t>https://www.rte.ie/news/regional/2025/1011/1538067-europride-2028/</w:t>
        </w:r>
      </w:hyperlink>
      <w:r>
        <w:t xml:space="preserve"> - In October 2025, Limerick and Clare were awarded the bid to host EuroPride 2028, marking the first time the event will be held in Ireland. The announcement was made at EuroPride's annual conference in Barcelona, where the West of Ireland secured 70% of the votes. The event is expected to draw between 100,000 and 300,000 visitors, making it the largest LGBTQ+ event ever held in Ireland.</w:t>
      </w:r>
      <w:r/>
    </w:p>
    <w:p>
      <w:pPr>
        <w:pStyle w:val="ListNumber"/>
        <w:spacing w:line="240" w:lineRule="auto"/>
        <w:ind w:left="720"/>
      </w:pPr>
      <w:r/>
      <w:hyperlink r:id="rId10">
        <w:r>
          <w:rPr>
            <w:color w:val="0000EE"/>
            <w:u w:val="single"/>
          </w:rPr>
          <w:t>https://www.limerick.ie/council/services/your-council/your-mayor/mayor-of-limerick/newsroom/statement-from-mayor-of</w:t>
        </w:r>
      </w:hyperlink>
      <w:r>
        <w:t xml:space="preserve"> - In October 2025, Mayor of Limerick John Moran announced that Limerick and Clare will host EuroPride 2028, marking the first time the event will be held in Ireland. He highlighted the significance of this achievement, stating it reflects the region's spirit, inclusivity, and commitment to equality. The event is expected to attract tens of thousands of visitors, activists, artists, and allies from across Europe and beyond, celebrating diversity and forging new connections among LGBTQ+ communities and supporters.</w:t>
      </w:r>
      <w:r/>
    </w:p>
    <w:p>
      <w:pPr>
        <w:pStyle w:val="ListNumber"/>
        <w:spacing w:line="240" w:lineRule="auto"/>
        <w:ind w:left="720"/>
      </w:pPr>
      <w:r/>
      <w:hyperlink r:id="rId11">
        <w:r>
          <w:rPr>
            <w:color w:val="0000EE"/>
            <w:u w:val="single"/>
          </w:rPr>
          <w:t>https://www.rte.ie/news/regional/2025/1011/1538067-europride-2028/</w:t>
        </w:r>
      </w:hyperlink>
      <w:r>
        <w:t xml:space="preserve"> - In October 2025, Limerick and Clare were awarded the bid to host EuroPride 2028, marking the first time the event will be held in Ireland. The announcement was made at EuroPride's annual conference in Barcelona, where the West of Ireland secured 70% of the votes. The event is expected to draw between 100,000 and 300,000 visitors, making it the largest LGBTQ+ event ever held in Ireland.</w:t>
      </w:r>
      <w:r/>
    </w:p>
    <w:p>
      <w:pPr>
        <w:pStyle w:val="ListNumber"/>
        <w:spacing w:line="240" w:lineRule="auto"/>
        <w:ind w:left="720"/>
      </w:pPr>
      <w:r/>
      <w:hyperlink r:id="rId10">
        <w:r>
          <w:rPr>
            <w:color w:val="0000EE"/>
            <w:u w:val="single"/>
          </w:rPr>
          <w:t>https://www.limerick.ie/council/services/your-council/your-mayor/mayor-of-limerick/newsroom/statement-from-mayor-of</w:t>
        </w:r>
      </w:hyperlink>
      <w:r>
        <w:t xml:space="preserve"> - In October 2025, Mayor of Limerick John Moran announced that Limerick and Clare will host EuroPride 2028, marking the first time the event will be held in Ireland. He highlighted the significance of this achievement, stating it reflects the region's spirit, inclusivity, and commitment to equality. The event is expected to attract tens of thousands of visitors, activists, artists, and allies from across Europe and beyond, celebrating diversity and forging new connections among LGBTQ+ communities and supporters.</w:t>
      </w:r>
      <w:r/>
    </w:p>
    <w:p>
      <w:pPr>
        <w:pStyle w:val="ListNumber"/>
        <w:spacing w:line="240" w:lineRule="auto"/>
        <w:ind w:left="720"/>
      </w:pPr>
      <w:r/>
      <w:hyperlink r:id="rId11">
        <w:r>
          <w:rPr>
            <w:color w:val="0000EE"/>
            <w:u w:val="single"/>
          </w:rPr>
          <w:t>https://www.rte.ie/news/regional/2025/1011/1538067-europride-2028/</w:t>
        </w:r>
      </w:hyperlink>
      <w:r>
        <w:t xml:space="preserve"> - In October 2025, Limerick and Clare were awarded the bid to host EuroPride 2028, marking the first time the event will be held in Ireland. The announcement was made at EuroPride's annual conference in Barcelona, where the West of Ireland secured 70% of the votes. The event is expected to draw between 100,000 and 300,000 visitors, making it the largest LGBTQ+ event ever held in Ireland.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merickpost.ie/2026/07/06/limerick-shows-pride-in-our-community/" TargetMode="External"/><Relationship Id="rId10" Type="http://schemas.openxmlformats.org/officeDocument/2006/relationships/hyperlink" Target="https://www.limerick.ie/council/services/your-council/your-mayor/mayor-of-limerick/newsroom/statement-from-mayor-of" TargetMode="External"/><Relationship Id="rId11" Type="http://schemas.openxmlformats.org/officeDocument/2006/relationships/hyperlink" Target="https://www.rte.ie/news/regional/2025/1011/1538067-europride-20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