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Knowsley Pride 2026 Guide: What to Expect from the Week-Long Celebration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Catch the rainbow: Knowsley Pride returns for its third year from 2–8 August, with a week of community-led events across the borough and a family-friendly finale, Rainbow in the Park, at Court Hey Park that celebrates local talent, legacy and inclusion.</w:t>
      </w:r>
      <w:r/>
    </w:p>
    <w:p>
      <w:r/>
      <w:r>
        <w:t>Essential Takeaways</w:t>
      </w:r>
      <w:r/>
      <w:r/>
    </w:p>
    <w:p>
      <w:pPr>
        <w:pStyle w:val="ListBullet"/>
        <w:spacing w:line="240" w:lineRule="auto"/>
        <w:ind w:left="720"/>
      </w:pPr>
      <w:r/>
      <w:r>
        <w:rPr>
          <w:b/>
        </w:rPr>
        <w:t>When and where:</w:t>
      </w:r>
      <w:r>
        <w:t xml:space="preserve"> Knowsley Pride runs 2–8 August, culminating in Rainbow in the Park at Court Hey Park, 12pm–2pm on Saturday 8 August.</w:t>
      </w:r>
      <w:r/>
    </w:p>
    <w:p>
      <w:pPr>
        <w:pStyle w:val="ListBullet"/>
        <w:spacing w:line="240" w:lineRule="auto"/>
        <w:ind w:left="720"/>
      </w:pPr>
      <w:r/>
      <w:r>
        <w:rPr>
          <w:b/>
        </w:rPr>
        <w:t>Remembering Michael Causer:</w:t>
      </w:r>
      <w:r>
        <w:t xml:space="preserve"> The week opens with the annual vigil for Michael Causer on Sunday 2 August at 6pm, a poignant community moment.</w:t>
      </w:r>
      <w:r/>
    </w:p>
    <w:p>
      <w:pPr>
        <w:pStyle w:val="ListBullet"/>
        <w:spacing w:line="240" w:lineRule="auto"/>
        <w:ind w:left="720"/>
      </w:pPr>
      <w:r/>
      <w:r>
        <w:rPr>
          <w:b/>
        </w:rPr>
        <w:t>What to expect:</w:t>
      </w:r>
      <w:r>
        <w:t xml:space="preserve"> Two hours of performances, workshops and DJs at Rainbow in the Park, plus local acts including House of Suarez and singer Daisy Gill.</w:t>
      </w:r>
      <w:r/>
    </w:p>
    <w:p>
      <w:pPr>
        <w:pStyle w:val="ListBullet"/>
        <w:spacing w:line="240" w:lineRule="auto"/>
        <w:ind w:left="720"/>
      </w:pPr>
      <w:r/>
      <w:r>
        <w:rPr>
          <w:b/>
        </w:rPr>
        <w:t>Family-friendly vibe:</w:t>
      </w:r>
      <w:r>
        <w:t xml:space="preserve"> The afternoon event is short, accessible and aimed at broad community participation; workshops and breakout performances make it interactive.</w:t>
      </w:r>
      <w:r/>
    </w:p>
    <w:p>
      <w:pPr>
        <w:pStyle w:val="ListBullet"/>
        <w:spacing w:line="240" w:lineRule="auto"/>
        <w:ind w:left="720"/>
      </w:pPr>
      <w:r/>
      <w:r>
        <w:rPr>
          <w:b/>
        </w:rPr>
        <w:t>Free and local:</w:t>
      </w:r>
      <w:r>
        <w:t xml:space="preserve"> The vigil and Rainbow in the Park are free to attend; full week events will be shared via One Knowsley’s channels.</w:t>
      </w:r>
      <w:r/>
      <w:r/>
    </w:p>
    <w:p>
      <w:pPr>
        <w:pStyle w:val="Heading2"/>
      </w:pPr>
      <w:r>
        <w:t>A compact week that starts with remembrance and ends in colour</w:t>
      </w:r>
      <w:r/>
    </w:p>
    <w:p>
      <w:r/>
      <w:r>
        <w:t>Knowsley Pride opens with the 18th annual vigil for Michael Causer, a quiet, emotional moment that anchors the week in history and purpose. The vigil’s place in the programme reminds everyone why Pride matters here: it began as a response to a local tragedy and has grown into a living community commitment. Expect a respectful, reflective atmosphere to set the tone before the lighter community-focused events follow.</w:t>
      </w:r>
      <w:r/>
    </w:p>
    <w:p>
      <w:pPr>
        <w:pStyle w:val="Heading2"/>
      </w:pPr>
      <w:r>
        <w:t>Rainbow in the Park: short, sharp and joyful</w:t>
      </w:r>
      <w:r/>
    </w:p>
    <w:p>
      <w:r/>
      <w:r>
        <w:t>The headline event on Saturday is deliberately brief , just two hours from noon , so it’s perfect for families and people who want something lively but low-commitment. Creative direction comes from Darren Suarez of House of Suarez, and you’ll find community workshops with breakout performances, a House of Suarez set and a Taylor Swift tribute from Daisy Gill. There’s DJ music throughout, giving the event a café-concert energy rather than a marathon festival feel.</w:t>
      </w:r>
      <w:r/>
    </w:p>
    <w:p>
      <w:pPr>
        <w:pStyle w:val="Heading2"/>
      </w:pPr>
      <w:r>
        <w:t>Community-led programming makes Knowsley Pride feel local</w:t>
      </w:r>
      <w:r/>
    </w:p>
    <w:p>
      <w:r/>
      <w:r>
        <w:t>One Knowsley has helped stitch together events across the borough, which means the week isn’t dominated by a single headline production but spread across neighbourhoods and groups. That community-led approach makes the festival feel more like a local celebration and less like a city takeover. If you’re connected to a community group, this is a good moment to get involved , organisers often welcome pop-up ideas, volunteers and small performances.</w:t>
      </w:r>
      <w:r/>
    </w:p>
    <w:p>
      <w:pPr>
        <w:pStyle w:val="Heading2"/>
      </w:pPr>
      <w:r>
        <w:t>How to plan your visit , practical tips</w:t>
      </w:r>
      <w:r/>
    </w:p>
    <w:p>
      <w:r/>
      <w:r>
        <w:t>Arrive early for the best spot in the Courtyard at Court Hey Park, and expect a relaxed crowd rather than packed festival crushes. If you’re bringing kids, the short afternoon slot is easier to manage than a full-day line-up. Check One Knowsley’s social feeds for last-minute programme updates and accessibility info, and consider public transport or car-sharing to keep parking stress low.</w:t>
      </w:r>
      <w:r/>
    </w:p>
    <w:p>
      <w:pPr>
        <w:pStyle w:val="Heading2"/>
      </w:pPr>
      <w:r>
        <w:t>Why this matters beyond the party</w:t>
      </w:r>
      <w:r/>
    </w:p>
    <w:p>
      <w:r/>
      <w:r>
        <w:t>Knowsley Pride has become an annual marker of progress and solidarity in the borough, with local leaders framing it as a chance to show that everyone is welcome. The mixture of remembrance, grassroots events and accessible celebration keeps the focus on community resilience and visibility, not just spectacle. It’s a reminder that Pride can be both joyful and serious, sometimes in the same breath.</w:t>
      </w:r>
      <w:r/>
    </w:p>
    <w:p>
      <w:r/>
      <w:r>
        <w:t>It's a small, local week with a big heart , go see what your neighbours have created.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9">
        <w:r>
          <w:rPr>
            <w:color w:val="0000EE"/>
            <w:u w:val="single"/>
          </w:rPr>
          <w:t>[2]</w:t>
        </w:r>
      </w:hyperlink>
      <w:r>
        <w:t xml:space="preserve">- Paragraph 3: </w:t>
      </w:r>
      <w:hyperlink r:id="rId9">
        <w:r>
          <w:rPr>
            <w:color w:val="0000EE"/>
            <w:u w:val="single"/>
          </w:rPr>
          <w:t>[2]</w:t>
        </w:r>
      </w:hyperlink>
      <w:r>
        <w:t xml:space="preserve">, </w:t>
      </w:r>
      <w:hyperlink r:id="rId11">
        <w:r>
          <w:rPr>
            <w:color w:val="0000EE"/>
            <w:u w:val="single"/>
          </w:rPr>
          <w:t>[4]</w:t>
        </w:r>
      </w:hyperlink>
      <w:r>
        <w:t xml:space="preserve">- Paragraph 4: </w:t>
      </w:r>
      <w:hyperlink r:id="rId9">
        <w:r>
          <w:rPr>
            <w:color w:val="0000EE"/>
            <w:u w:val="single"/>
          </w:rPr>
          <w:t>[2]</w:t>
        </w:r>
      </w:hyperlink>
      <w:r>
        <w:t xml:space="preserve">, </w:t>
      </w:r>
      <w:hyperlink r:id="rId12">
        <w:r>
          <w:rPr>
            <w:color w:val="0000EE"/>
            <w:u w:val="single"/>
          </w:rPr>
          <w:t>[7]</w:t>
        </w:r>
      </w:hyperlink>
      <w:r>
        <w:t xml:space="preserve">- Paragraph 5: </w:t>
      </w:r>
      <w:hyperlink r:id="rId9">
        <w:r>
          <w:rPr>
            <w:color w:val="0000EE"/>
            <w:u w:val="single"/>
          </w:rPr>
          <w:t>[2]</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https://www.knowsleynews.co.uk/knowsley-pride-returns-for-third-year-with-week-long-programme-celebrating-community-and-legacy/</w:t>
        </w:r>
      </w:hyperlink>
      <w:r>
        <w:t xml:space="preserve"> - Please view link - unable to able to access data</w:t>
      </w:r>
      <w:r/>
    </w:p>
    <w:p>
      <w:pPr>
        <w:pStyle w:val="ListNumber"/>
        <w:spacing w:line="240" w:lineRule="auto"/>
        <w:ind w:left="720"/>
      </w:pPr>
      <w:r/>
      <w:hyperlink r:id="rId9">
        <w:r>
          <w:rPr>
            <w:color w:val="0000EE"/>
            <w:u w:val="single"/>
          </w:rPr>
          <w:t>https://www.knowsleynews.co.uk/knowsley-pride-returns-for-third-year-with-week-long-programme-celebrating-community-and-legacy/</w:t>
        </w:r>
      </w:hyperlink>
      <w:r>
        <w:t xml:space="preserve"> - Knowsley Pride is returning for its third year in August 2026, featuring a week of community-led events culminating in an afternoon celebration at Court Hey Park. The week begins on Sunday 2nd August with the 18th annual vigil for Michael Causer, an 18-year-old murdered in a homophobic attack in 2008. The events are supported by One Knowsley and will conclude with Rainbow in the Park on Saturday 8th August, offering performances, workshops, and community celebrations. The vigil is free and open to all, starting at 6pm at the Courtyard, Court Hey Park.</w:t>
      </w:r>
      <w:r/>
    </w:p>
    <w:p>
      <w:pPr>
        <w:pStyle w:val="ListNumber"/>
        <w:spacing w:line="240" w:lineRule="auto"/>
        <w:ind w:left="720"/>
      </w:pPr>
      <w:r/>
      <w:hyperlink r:id="rId14">
        <w:r>
          <w:rPr>
            <w:color w:val="0000EE"/>
            <w:u w:val="single"/>
          </w:rPr>
          <w:t>https://www.knowsleynews.co.uk/the-countdown-is-on-to-this-years-feelgood-festival-flower-show/</w:t>
        </w:r>
      </w:hyperlink>
      <w:r>
        <w:t xml:space="preserve"> - Knowsley’s largest cultural events, the Feelgood Festival and the 28th Knowsley Flower Show, are set to return to Court Hey Park. The Feelgood Festival will take place on Saturday 1st August, offering a day of entertainment and wellbeing activities for all ages. The Flower Show, themed 'Stories in Full Bloom', will be held on Sunday 2nd August, celebrating literature and horticulture in the National Year of Reading. These events are free and open to the public, aiming to promote community engagement and cultural appreciation.</w:t>
      </w:r>
      <w:r/>
    </w:p>
    <w:p>
      <w:pPr>
        <w:pStyle w:val="ListNumber"/>
        <w:spacing w:line="240" w:lineRule="auto"/>
        <w:ind w:left="720"/>
      </w:pPr>
      <w:r/>
      <w:hyperlink r:id="rId11">
        <w:r>
          <w:rPr>
            <w:color w:val="0000EE"/>
            <w:u w:val="single"/>
          </w:rPr>
          <w:t>https://www.mandsbankarena.com/whats-on/liverpools-pride/</w:t>
        </w:r>
      </w:hyperlink>
      <w:r>
        <w:t xml:space="preserve"> - Liverpool’s Pride 2026 is scheduled to take place at the M&amp;S Bank Arena, featuring a day of joy, music, community, and colour. The event will be hosted by Debbie Darling and will showcase performances from the House of Suarez dance company and singer Sonia. The Pride event aims to celebrate the LGBTQ+ community and its allies, offering a vibrant and inclusive atmosphere for attendees.</w:t>
      </w:r>
      <w:r/>
    </w:p>
    <w:p>
      <w:pPr>
        <w:pStyle w:val="ListNumber"/>
        <w:spacing w:line="240" w:lineRule="auto"/>
        <w:ind w:left="720"/>
      </w:pPr>
      <w:r/>
      <w:hyperlink r:id="rId10">
        <w:r>
          <w:rPr>
            <w:color w:val="0000EE"/>
            <w:u w:val="single"/>
          </w:rPr>
          <w:t>https://www.queeragendamerseyside.com/event-details/sahirs-proud-as-knowsley-2026-06-04-14-00</w:t>
        </w:r>
      </w:hyperlink>
      <w:r>
        <w:t xml:space="preserve"> - Sahir's Proud As Knowsley is a support group for the LGBTQ+ community in Knowsley, offering a safe and friendly space for individuals aged 18 and over. The group meets on the first Thursday of each month in Prescot Town Centre, providing opportunities to meet others, discuss issues affecting the community, and access support. The precise location of the meeting is shared with registered attendees, and accessibility requirements can be addressed by contacting the organisers.</w:t>
      </w:r>
      <w:r/>
    </w:p>
    <w:p>
      <w:pPr>
        <w:pStyle w:val="ListNumber"/>
        <w:spacing w:line="240" w:lineRule="auto"/>
        <w:ind w:left="720"/>
      </w:pPr>
      <w:r/>
      <w:hyperlink r:id="rId13">
        <w:r>
          <w:rPr>
            <w:color w:val="0000EE"/>
            <w:u w:val="single"/>
          </w:rPr>
          <w:t>https://www.burypride.co.uk/bury-pride-returns-may-2026/</w:t>
        </w:r>
      </w:hyperlink>
      <w:r>
        <w:t xml:space="preserve"> - Bury Pride 2026 is scheduled for Saturday 30th May, taking place outdoors on Knowsley Street, adjacent to the Town Hall. The event will feature a vibrant mix of live entertainment, community stalls, a licensed bar, and activities for all ages. The Pride Parade will start at 12:15pm, led by the Mayor, and will include a carnival theme with music, samba bands, and floats. The festival will run from 10:30am to 8:00pm, with an after-party to follow.</w:t>
      </w:r>
      <w:r/>
    </w:p>
    <w:p>
      <w:pPr>
        <w:pStyle w:val="ListNumber"/>
        <w:spacing w:line="240" w:lineRule="auto"/>
        <w:ind w:left="720"/>
      </w:pPr>
      <w:r/>
      <w:hyperlink r:id="rId12">
        <w:r>
          <w:rPr>
            <w:color w:val="0000EE"/>
            <w:u w:val="single"/>
          </w:rPr>
          <w:t>https://www.knowsleysafariexperience.co.uk/events</w:t>
        </w:r>
      </w:hyperlink>
      <w:r>
        <w:t xml:space="preserve"> - Knowsley Safari offers a range of special events throughout the year, including Camp Knowsley from July 20th to August 31st, 2026. This outdoor experience provides hands-on fun, survival skills, and wild creativity. Other events include Halloween festivities from October 24th to November 1st, 2026, and Dino Takeover on June 27th and 28th, 2026, featuring baby dinosaurs, roaming raptors, and Ranger Academy training. These events aim to provide engaging and educational experiences for visitors of all ages.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nowsleynews.co.uk/knowsley-pride-returns-for-third-year-with-week-long-programme-celebrating-community-and-legacy/" TargetMode="External"/><Relationship Id="rId10" Type="http://schemas.openxmlformats.org/officeDocument/2006/relationships/hyperlink" Target="https://www.queeragendamerseyside.com/event-details/sahirs-proud-as-knowsley-2026-06-04-14-00" TargetMode="External"/><Relationship Id="rId11" Type="http://schemas.openxmlformats.org/officeDocument/2006/relationships/hyperlink" Target="https://www.mandsbankarena.com/whats-on/liverpools-pride/" TargetMode="External"/><Relationship Id="rId12" Type="http://schemas.openxmlformats.org/officeDocument/2006/relationships/hyperlink" Target="https://www.knowsleysafariexperience.co.uk/events" TargetMode="External"/><Relationship Id="rId13" Type="http://schemas.openxmlformats.org/officeDocument/2006/relationships/hyperlink" Target="https://www.burypride.co.uk/bury-pride-returns-may-2026/" TargetMode="External"/><Relationship Id="rId14" Type="http://schemas.openxmlformats.org/officeDocument/2006/relationships/hyperlink" Target="https://www.knowsleynews.co.uk/the-countdown-is-on-to-this-years-feelgood-festival-flower-sho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