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Huddersfield Pride March Photos and Why This Year's Turnout Mattered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with colour and community spirit, Huddersfield’s 2026 Pride march drew around 250 people to Greenhead Park on Saturday 4 July, marking a celebratory and reflective moment for Yorkshire’s LGBTQ+ scene and the town’s long Pride tradition. These photos show joy, remembrance and a community still pushing for progress.</w:t>
      </w:r>
      <w:r/>
    </w:p>
    <w:p>
      <w:r/>
      <w:r>
        <w:t>Essential Takeaways</w:t>
      </w:r>
      <w:r/>
      <w:r/>
    </w:p>
    <w:p>
      <w:pPr>
        <w:pStyle w:val="ListBullet"/>
        <w:spacing w:line="240" w:lineRule="auto"/>
        <w:ind w:left="720"/>
      </w:pPr>
      <w:r/>
      <w:r>
        <w:rPr>
          <w:b/>
        </w:rPr>
        <w:t>Good turnout:</w:t>
      </w:r>
      <w:r>
        <w:t xml:space="preserve"> Around 250 people attended the march, creating a lively, crowd-filled route. </w:t>
      </w:r>
      <w:r/>
    </w:p>
    <w:p>
      <w:pPr>
        <w:pStyle w:val="ListBullet"/>
        <w:spacing w:line="240" w:lineRule="auto"/>
        <w:ind w:left="720"/>
      </w:pPr>
      <w:r/>
      <w:r>
        <w:rPr>
          <w:b/>
        </w:rPr>
        <w:t>Historic echo:</w:t>
      </w:r>
      <w:r>
        <w:t xml:space="preserve"> Organisers highlighted Huddersfield’s place in Pride history and noted this was a 45th-anniversary celebration. </w:t>
      </w:r>
      <w:r/>
    </w:p>
    <w:p>
      <w:pPr>
        <w:pStyle w:val="ListBullet"/>
        <w:spacing w:line="240" w:lineRule="auto"/>
        <w:ind w:left="720"/>
      </w:pPr>
      <w:r/>
      <w:r>
        <w:rPr>
          <w:b/>
        </w:rPr>
        <w:t>Local organiser pride:</w:t>
      </w:r>
      <w:r>
        <w:t xml:space="preserve"> Huddersfield Alternative Pride shared the success on social media with a simple message: “We did it.” </w:t>
      </w:r>
      <w:r/>
    </w:p>
    <w:p>
      <w:pPr>
        <w:pStyle w:val="ListBullet"/>
        <w:spacing w:line="240" w:lineRule="auto"/>
        <w:ind w:left="720"/>
      </w:pPr>
      <w:r/>
      <w:r>
        <w:rPr>
          <w:b/>
        </w:rPr>
        <w:t>Visual feast:</w:t>
      </w:r>
      <w:r>
        <w:t xml:space="preserve"> Photos from the event show colourful banners, costumes and community groups, offering both festive and poignant moments. </w:t>
      </w:r>
      <w:r/>
      <w:r/>
    </w:p>
    <w:p>
      <w:pPr>
        <w:pStyle w:val="Heading2"/>
      </w:pPr>
      <w:r>
        <w:t>A bright, human celebration on a July afternoon</w:t>
      </w:r>
      <w:r/>
    </w:p>
    <w:p>
      <w:r/>
      <w:r>
        <w:t>The opening sight was a sea of flags and smiling faces, the sort of image that lingers , bright fabrics against a summer sky, people waving and chatting as they walked. According to local coverage, the march set off for Greenhead Park and brought a real neighbourhood energy to the town centre. Huddersfield Alternative Pride posted to social media afterwards, simply and satisfyingly: “We did it,” which captures how much getting people together still means.</w:t>
      </w:r>
      <w:r/>
    </w:p>
    <w:p>
      <w:r/>
      <w:r>
        <w:t>Huddersfield’s Pride blends celebration with a reminder of why gatherings like this started, and the photos show both sides: joyful costumes and sober banners. If you weren’t there, the images give an immediate sense of warmth and community, and of people determined to be visible.</w:t>
      </w:r>
      <w:r/>
    </w:p>
    <w:p>
      <w:pPr>
        <w:pStyle w:val="Heading2"/>
      </w:pPr>
      <w:r>
        <w:t>Why the turnout matters to a town with a Pride history</w:t>
      </w:r>
      <w:r/>
    </w:p>
    <w:p>
      <w:r/>
      <w:r>
        <w:t>Organisers underlined a local legacy: Huddersfield hosted one of the earliest UK Prides outside London, and this year marked the 45th anniversary of that history. That heritage gives the march extra weight , it’s not only a party but a commemoration of activism and progress in Yorkshire. Local outlets stressed that while the anniversary is cause for celebration, it’s also a prompt that the fight for equality isn’t done.</w:t>
      </w:r>
      <w:r/>
    </w:p>
    <w:p>
      <w:r/>
      <w:r>
        <w:t>For locals deciding whether to join next year, that mix of celebration and purpose can be compelling , you get the festival vibe, but you also join a tradition with real roots in the town.</w:t>
      </w:r>
      <w:r/>
    </w:p>
    <w:p>
      <w:pPr>
        <w:pStyle w:val="Heading2"/>
      </w:pPr>
      <w:r>
        <w:t>What the photos tell you about the mood and makeup of the march</w:t>
      </w:r>
      <w:r/>
    </w:p>
    <w:p>
      <w:r/>
      <w:r>
        <w:t>The pictures show a varied crowd: families, long-time activists, students and neighbours who came out to show support. Banners and rainbow flags dominate, but there are also quieter visual moments , people talking on park benches, children peering at colourful placards , that make the event feel inclusive rather than performative.</w:t>
      </w:r>
      <w:r/>
    </w:p>
    <w:p>
      <w:r/>
      <w:r>
        <w:t>If you’re choosing which local events to support, images like these help: they show accessibility, a friendly atmosphere and people of all ages. That matters if you want a Pride that’s community-led rather than corporate.</w:t>
      </w:r>
      <w:r/>
    </w:p>
    <w:p>
      <w:pPr>
        <w:pStyle w:val="Heading2"/>
      </w:pPr>
      <w:r>
        <w:t>How local groups and social media helped bring people together</w:t>
      </w:r>
      <w:r/>
    </w:p>
    <w:p>
      <w:r/>
      <w:r>
        <w:t>Social posts from Huddersfield Alternative Pride and community listings helped spread the word, and photos shared online turned into a kind of afterparty , a way for people who missed the march to feel part of it. Local event listings also kept details simple: where to meet, when the march moved and what to expect in the park.</w:t>
      </w:r>
      <w:r/>
    </w:p>
    <w:p>
      <w:r/>
      <w:r>
        <w:t>For anyone organising or attending future events, a practical takeaway is to lean on local community platforms and clear, friendly messaging. It gets people out, and it builds momentum for next year.</w:t>
      </w:r>
      <w:r/>
    </w:p>
    <w:p>
      <w:pPr>
        <w:pStyle w:val="Heading2"/>
      </w:pPr>
      <w:r>
        <w:t>What to expect next , more colour, more voices</w:t>
      </w:r>
      <w:r/>
    </w:p>
    <w:p>
      <w:r/>
      <w:r>
        <w:t>This year’s turnout and the images it produced suggest a steady, grassroots Pride scene in Huddersfield that’s likely to grow. People who came described it as meaningful and joyful, and organisers hinted at wanting to build on the success. If the photos are any guide, next year will be equally colourful and perhaps even noisier.</w:t>
      </w:r>
      <w:r/>
    </w:p>
    <w:p>
      <w:r/>
      <w:r>
        <w:t>Whether you’re a Huddersfield local or visiting from elsewhere in Yorkshire, keep an eye on community pages for announcements , and bring a friend.</w:t>
      </w:r>
      <w:r/>
    </w:p>
    <w:p>
      <w:r/>
      <w:r>
        <w:t>It's a small change that can make every Pride march feel more vibrant and more important.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9">
        <w:r>
          <w:rPr>
            <w:color w:val="0000EE"/>
            <w:u w:val="single"/>
          </w:rPr>
          <w:t>[4]</w:t>
        </w:r>
      </w:hyperlink>
      <w:r>
        <w:t xml:space="preserve">- Paragraph 2: </w:t>
      </w:r>
      <w:hyperlink r:id="rId9">
        <w:r>
          <w:rPr>
            <w:color w:val="0000EE"/>
            <w:u w:val="single"/>
          </w:rPr>
          <w:t>[4]</w:t>
        </w:r>
      </w:hyperlink>
      <w:r>
        <w:t xml:space="preserve">, </w:t>
      </w:r>
      <w:hyperlink r:id="rId9">
        <w:r>
          <w:rPr>
            <w:color w:val="0000EE"/>
            <w:u w:val="single"/>
          </w:rPr>
          <w:t>[5]</w:t>
        </w:r>
      </w:hyperlink>
      <w:r>
        <w:t xml:space="preserve">- Paragraph 3: </w:t>
      </w:r>
      <w:hyperlink r:id="rId9">
        <w:r>
          <w:rPr>
            <w:color w:val="0000EE"/>
            <w:u w:val="single"/>
          </w:rPr>
          <w:t>[4]</w:t>
        </w:r>
      </w:hyperlink>
      <w:r>
        <w:t xml:space="preserve">, </w:t>
      </w:r>
      <w:hyperlink r:id="rId9">
        <w:r>
          <w:rPr>
            <w:color w:val="0000EE"/>
            <w:u w:val="single"/>
          </w:rPr>
          <w:t>[6]</w:t>
        </w:r>
      </w:hyperlink>
      <w:r>
        <w:t xml:space="preserve">- Paragraph 4: </w:t>
      </w:r>
      <w:hyperlink r:id="rId11">
        <w:r>
          <w:rPr>
            <w:color w:val="0000EE"/>
            <w:u w:val="single"/>
          </w:rPr>
          <w:t>[3]</w:t>
        </w:r>
      </w:hyperlink>
      <w:r>
        <w:t xml:space="preserve">, </w:t>
      </w:r>
      <w:hyperlink r:id="rId9">
        <w:r>
          <w:rPr>
            <w:color w:val="0000EE"/>
            <w:u w:val="single"/>
          </w:rPr>
          <w:t>[4]</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https://www.examinerlive.co.uk/whats-on/whats-on-news/gallery/important-huddersfield-march-town-comes-34239696</w:t>
        </w:r>
      </w:hyperlink>
      <w:r>
        <w:t xml:space="preserve"> - Please view link - unable to able to access data</w:t>
      </w:r>
      <w:r/>
    </w:p>
    <w:p>
      <w:pPr>
        <w:pStyle w:val="ListNumber"/>
        <w:spacing w:line="240" w:lineRule="auto"/>
        <w:ind w:left="720"/>
      </w:pPr>
      <w:r/>
      <w:hyperlink r:id="rId10">
        <w:r>
          <w:rPr>
            <w:color w:val="0000EE"/>
            <w:u w:val="single"/>
          </w:rPr>
          <w:t>https://www.thelbt.org/what-s-on/music/huddersfield-pride-2026/</w:t>
        </w:r>
      </w:hyperlink>
      <w:r>
        <w:t xml:space="preserve"> - Huddersfield Pride 2026 is set to take place on Saturday, July 4, 2026, at the Lawrence Batley Theatre Courtyard. The event, in collaboration with the National Education Union, will feature free live music, dance, and drag performances, celebrating 45 years of Pride, protest, and queer community in Huddersfield. The festivities will commence with a DJ at 2 pm, followed by live acts starting at 2:30 pm, offering an afternoon of freedom and celebration.</w:t>
      </w:r>
      <w:r/>
    </w:p>
    <w:p>
      <w:pPr>
        <w:pStyle w:val="ListNumber"/>
        <w:spacing w:line="240" w:lineRule="auto"/>
        <w:ind w:left="720"/>
      </w:pPr>
      <w:r/>
      <w:hyperlink r:id="rId11">
        <w:r>
          <w:rPr>
            <w:color w:val="0000EE"/>
            <w:u w:val="single"/>
          </w:rPr>
          <w:t>https://communitydirectory.kirklees.gov.uk/communityDirectory/eventDetails.aspx?eventId=33075</w:t>
        </w:r>
      </w:hyperlink>
      <w:r>
        <w:t xml:space="preserve"> - Huddersfield Pride 2026 is scheduled for Saturday, July 4, 2026, at 2:00 pm in the Courtyard of the Lawrence Batley Theatre, Huddersfield. The event, organised in collaboration with the National Education Union, will showcase free live music, dance, and drag performances, celebrating 45 years of Pride, protest, and queer community in Huddersfield. The Pride March planned from Greenhead Park at 1 pm has been cancelled. For more information, visit the Creative Kirklees page or the Huddersfield Pride Facebook page.</w:t>
      </w:r>
      <w:r/>
    </w:p>
    <w:p>
      <w:pPr>
        <w:pStyle w:val="ListNumber"/>
        <w:spacing w:line="240" w:lineRule="auto"/>
        <w:ind w:left="720"/>
      </w:pPr>
      <w:r/>
      <w:hyperlink r:id="rId9">
        <w:r>
          <w:rPr>
            <w:color w:val="0000EE"/>
            <w:u w:val="single"/>
          </w:rPr>
          <w:t>https://www.examinerlive.co.uk/whats-on/whats-on-news/gallery/important-huddersfield-march-town-comes-34239696</w:t>
        </w:r>
      </w:hyperlink>
      <w:r>
        <w:t xml:space="preserve"> - The article features inspiring photos from the 2026 Huddersfield Pride March, a significant event in Yorkshire that took place on Saturday, July 4. The images depict a vibrant sea of colour, celebrating and commemorating LGBTQ+ culture. Organisers from Huddersfield Alternative Pride shared their success on Facebook, stating, 'We did it.' Approximately 250 people attended the occasion, with the march starting at Greenhead Park. Organisers highlighted Huddersfield's historical significance, noting, 'Huddersfield held the first UK Pride outside of London, but that doesn’t mean the fight is over. We’re celebrating the 45th anniversary.'</w:t>
      </w:r>
      <w:r/>
    </w:p>
    <w:p>
      <w:pPr>
        <w:pStyle w:val="ListNumber"/>
        <w:spacing w:line="240" w:lineRule="auto"/>
        <w:ind w:left="720"/>
      </w:pPr>
      <w:r/>
      <w:hyperlink r:id="rId9">
        <w:r>
          <w:rPr>
            <w:color w:val="0000EE"/>
            <w:u w:val="single"/>
          </w:rPr>
          <w:t>https://www.examinerlive.co.uk/whats-on/whats-on-news/gallery/important-huddersfield-march-town-comes-34239696</w:t>
        </w:r>
      </w:hyperlink>
      <w:r>
        <w:t xml:space="preserve"> - The article showcases inspiring photos from the 2026 Huddersfield Pride March, a significant event in Yorkshire that took place on Saturday, July 4. The images depict a vibrant sea of colour, celebrating and commemorating LGBTQ+ culture. Organisers from Huddersfield Alternative Pride shared their success on Facebook, stating, 'We did it.' Approximately 250 people attended the occasion, with the march starting at Greenhead Park. Organisers highlighted Huddersfield's historical significance, noting, 'Huddersfield held the first UK Pride outside of London, but that doesn’t mean the fight is over. We’re celebrating the 45th anniversary.'</w:t>
      </w:r>
      <w:r/>
    </w:p>
    <w:p>
      <w:pPr>
        <w:pStyle w:val="ListNumber"/>
        <w:spacing w:line="240" w:lineRule="auto"/>
        <w:ind w:left="720"/>
      </w:pPr>
      <w:r/>
      <w:hyperlink r:id="rId9">
        <w:r>
          <w:rPr>
            <w:color w:val="0000EE"/>
            <w:u w:val="single"/>
          </w:rPr>
          <w:t>https://www.examinerlive.co.uk/whats-on/whats-on-news/gallery/important-huddersfield-march-town-comes-34239696</w:t>
        </w:r>
      </w:hyperlink>
      <w:r>
        <w:t xml:space="preserve"> - The article features inspiring photos from the 2026 Huddersfield Pride March, a significant event in Yorkshire that took place on Saturday, July 4. The images depict a vibrant sea of colour, celebrating and commemorating LGBTQ+ culture. Organisers from Huddersfield Alternative Pride shared their success on Facebook, stating, 'We did it.' Approximately 250 people attended the occasion, with the march starting at Greenhead Park. Organisers highlighted Huddersfield's historical significance, noting, 'Huddersfield held the first UK Pride outside of London, but that doesn’t mean the fight is over. We’re celebrating the 45th anniversary.'</w:t>
      </w:r>
      <w:r/>
    </w:p>
    <w:p>
      <w:pPr>
        <w:pStyle w:val="ListNumber"/>
        <w:spacing w:line="240" w:lineRule="auto"/>
        <w:ind w:left="720"/>
      </w:pPr>
      <w:r/>
      <w:hyperlink r:id="rId9">
        <w:r>
          <w:rPr>
            <w:color w:val="0000EE"/>
            <w:u w:val="single"/>
          </w:rPr>
          <w:t>https://www.examinerlive.co.uk/whats-on/whats-on-news/gallery/important-huddersfield-march-town-comes-34239696</w:t>
        </w:r>
      </w:hyperlink>
      <w:r>
        <w:t xml:space="preserve"> - The article showcases inspiring photos from the 2026 Huddersfield Pride March, a significant event in Yorkshire that took place on Saturday, July 4. The images depict a vibrant sea of colour, celebrating and commemorating LGBTQ+ culture. Organisers from Huddersfield Alternative Pride shared their success on Facebook, stating, 'We did it.' Approximately 250 people attended the occasion, with the march starting at Greenhead Park. Organisers highlighted Huddersfield's historical significance, noting, 'Huddersfield held the first UK Pride outside of London, but that doesn’t mean the fight is over. We’re celebrating the 45th anniversary.'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xaminerlive.co.uk/whats-on/whats-on-news/gallery/important-huddersfield-march-town-comes-34239696" TargetMode="External"/><Relationship Id="rId10" Type="http://schemas.openxmlformats.org/officeDocument/2006/relationships/hyperlink" Target="https://www.thelbt.org/what-s-on/music/huddersfield-pride-2026/" TargetMode="External"/><Relationship Id="rId11" Type="http://schemas.openxmlformats.org/officeDocument/2006/relationships/hyperlink" Target="https://communitydirectory.kirklees.gov.uk/communityDirectory/eventDetails.aspx?eventId=330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