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Omnisexual vs Pansexual: What’s the Real Difference?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the subtle split between omnisexual and pansexual identities matters , especially on Omnisexual Awareness Day. Queer people, allies and curious readers are asking who these labels fit, why some stars like Kesha use them, and what the difference means in practice. This quick guide explains it plainly and with care.</w:t>
      </w:r>
      <w:r/>
    </w:p>
    <w:p>
      <w:r/>
      <w:r>
        <w:t>Essential Takeaways</w:t>
      </w:r>
      <w:r/>
      <w:r/>
    </w:p>
    <w:p>
      <w:pPr>
        <w:pStyle w:val="ListBullet"/>
        <w:spacing w:line="240" w:lineRule="auto"/>
        <w:ind w:left="720"/>
      </w:pPr>
      <w:r/>
      <w:r>
        <w:rPr>
          <w:b/>
        </w:rPr>
        <w:t>Core similarity:</w:t>
      </w:r>
      <w:r>
        <w:t xml:space="preserve"> Both omnisexual and pansexual people can be attracted to people of all genders , men, women, non-binary and beyond.</w:t>
      </w:r>
      <w:r/>
    </w:p>
    <w:p>
      <w:pPr>
        <w:pStyle w:val="ListBullet"/>
        <w:spacing w:line="240" w:lineRule="auto"/>
        <w:ind w:left="720"/>
      </w:pPr>
      <w:r/>
      <w:r>
        <w:rPr>
          <w:b/>
        </w:rPr>
        <w:t>Key nuance:</w:t>
      </w:r>
      <w:r>
        <w:t xml:space="preserve"> </w:t>
      </w:r>
      <w:r>
        <w:rPr>
          <w:b/>
        </w:rPr>
        <w:t>Omnisexual attraction often acknowledges gender as a visible and sometimes meaningful factor,</w:t>
      </w:r>
      <w:r>
        <w:t xml:space="preserve"> while pansexual attraction tends to treat gender as less relevant.</w:t>
      </w:r>
      <w:r/>
    </w:p>
    <w:p>
      <w:pPr>
        <w:pStyle w:val="ListBullet"/>
        <w:spacing w:line="240" w:lineRule="auto"/>
        <w:ind w:left="720"/>
      </w:pPr>
      <w:r/>
      <w:r>
        <w:rPr>
          <w:b/>
        </w:rPr>
        <w:t>How it feels:</w:t>
      </w:r>
      <w:r>
        <w:t xml:space="preserve"> Omnisexuals may experience different kinds of attraction toward different genders; pansexuals describe attraction more independent of gender.</w:t>
      </w:r>
      <w:r/>
    </w:p>
    <w:p>
      <w:pPr>
        <w:pStyle w:val="ListBullet"/>
        <w:spacing w:line="240" w:lineRule="auto"/>
        <w:ind w:left="720"/>
      </w:pPr>
      <w:r/>
      <w:r>
        <w:rPr>
          <w:b/>
        </w:rPr>
        <w:t>Language matters:</w:t>
      </w:r>
      <w:r>
        <w:t xml:space="preserve"> People pick labels that match their experience , there’s overlap, debate, and no single “right” word.</w:t>
      </w:r>
      <w:r/>
    </w:p>
    <w:p>
      <w:pPr>
        <w:pStyle w:val="ListBullet"/>
        <w:spacing w:line="240" w:lineRule="auto"/>
        <w:ind w:left="720"/>
      </w:pPr>
      <w:r/>
      <w:r>
        <w:rPr>
          <w:b/>
        </w:rPr>
        <w:t>Practical tip:</w:t>
      </w:r>
      <w:r>
        <w:t xml:space="preserve"> Ask someone how they define their identity rather than assuming; respect and curiosity go a long way.</w:t>
      </w:r>
      <w:r/>
      <w:r/>
    </w:p>
    <w:p>
      <w:pPr>
        <w:pStyle w:val="Heading2"/>
      </w:pPr>
      <w:r>
        <w:t>What do both labels share , and why they get mixed up</w:t>
      </w:r>
      <w:r/>
    </w:p>
    <w:p>
      <w:r/>
      <w:r>
        <w:t>Both words point to attraction to multiple genders, so they often appear side by side in conversations about sexuality. That shared ground is why celebrities who name-check either identity, like Kesha, spark curiosity and visibility. According to consumer-facing reporting and health resources, both identities sit outside binary definitions and challenge the idea that gender must determine attraction. Think of them as cousins on the same branch: very close, sometimes overlapping, but not identical.</w:t>
      </w:r>
      <w:r/>
    </w:p>
    <w:p>
      <w:pPr>
        <w:pStyle w:val="Heading2"/>
      </w:pPr>
      <w:r>
        <w:t>The tidy distinction: gender awareness vs gender irrelevance</w:t>
      </w:r>
      <w:r/>
    </w:p>
    <w:p>
      <w:r/>
      <w:r>
        <w:t>A commonly used way to separate the two is this: pansexuality is often framed as attraction without gender being a salient factor, whereas omnisexuality names attraction to all genders while still recognising gender as part of what draws someone to another person. Experts and relationship commentators have explained that “omni” literally means “all,” and that for some omnisexual people gender can animate or flavour attraction. It’s a subtle distinction, but meaningful to many.</w:t>
      </w:r>
      <w:r/>
    </w:p>
    <w:p>
      <w:pPr>
        <w:pStyle w:val="Heading2"/>
      </w:pPr>
      <w:r>
        <w:t>How it shows up in everyday romance and dating</w:t>
      </w:r>
      <w:r/>
    </w:p>
    <w:p>
      <w:r/>
      <w:r>
        <w:t>In practice, an omnisexual person might say, “I’m attracted to men, women, trans and non-binary people , and I notice different things about each,” whereas a pansexual person might say, “I’m attracted to people regardless of their gender.” On dating apps and in social life this can affect how someone describes their preferences or what they want prospective partners to know. The difference rarely changes who someone can love, but it can change how they talk about attraction and how they want others to understand them.</w:t>
      </w:r>
      <w:r/>
    </w:p>
    <w:p>
      <w:pPr>
        <w:pStyle w:val="Heading2"/>
      </w:pPr>
      <w:r>
        <w:t>Why community debate and nuance matter</w:t>
      </w:r>
      <w:r/>
    </w:p>
    <w:p>
      <w:r/>
      <w:r>
        <w:t>Sexuality labels evolve as people use them. Community discussion often highlights that many people don’t feel perfectly captured by single-word identities, and some switch labels over time. Medical and educational sites note that definitions can vary between cultures and individuals, and that attraction itself is complex. That’s why conversations in queer spaces are less about policing language and more about respect, clarity and self-definition.</w:t>
      </w:r>
      <w:r/>
    </w:p>
    <w:p>
      <w:pPr>
        <w:pStyle w:val="Heading2"/>
      </w:pPr>
      <w:r>
        <w:t>Choosing the right words , for you or someone you care about</w:t>
      </w:r>
      <w:r/>
    </w:p>
    <w:p>
      <w:r/>
      <w:r>
        <w:t>If you’re wondering which label fits, try describing your experience rather than forcing a term: do you notice gender as part of your attraction, or is it not part of the picture? You can try a label and change it later; many people refine how they identify as they meet others and reflect. And when someone tells you their identity, a simple response like “thank you for sharing” is kinder and more useful than debating semantics on the spot.</w:t>
      </w:r>
      <w:r/>
    </w:p>
    <w:p>
      <w:r/>
      <w:r>
        <w:t>It's a small difference with a big heart , labels help people feel seen, not boxed 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11">
        <w:r>
          <w:rPr>
            <w:color w:val="0000EE"/>
            <w:u w:val="single"/>
          </w:rPr>
          <w:t>[5]</w:t>
        </w:r>
      </w:hyperlink>
      <w:r>
        <w:t xml:space="preserve">, </w:t>
      </w:r>
      <w:hyperlink r:id="rId15">
        <w:r>
          <w:rPr>
            <w:color w:val="0000EE"/>
            <w:u w:val="single"/>
          </w:rPr>
          <w:t>[6]</w:t>
        </w:r>
      </w:hyperlink>
      <w:r>
        <w:t xml:space="preserve">- Paragraph 5: </w:t>
      </w:r>
      <w:hyperlink r:id="rId12">
        <w:r>
          <w:rPr>
            <w:color w:val="0000EE"/>
            <w:u w:val="single"/>
          </w:rPr>
          <w:t>[3]</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https://www.thepinknews.com/2026/07/06/difference-between-omnisexual-pansexual-kesha-feeld/</w:t>
        </w:r>
      </w:hyperlink>
      <w:r>
        <w:t xml:space="preserve"> - Please view link - unable to able to access data</w:t>
      </w:r>
      <w:r/>
    </w:p>
    <w:p>
      <w:pPr>
        <w:pStyle w:val="ListNumber"/>
        <w:spacing w:line="240" w:lineRule="auto"/>
        <w:ind w:left="720"/>
      </w:pPr>
      <w:r/>
      <w:hyperlink r:id="rId10">
        <w:r>
          <w:rPr>
            <w:color w:val="0000EE"/>
            <w:u w:val="single"/>
          </w:rPr>
          <w:t>https://www.thepinknews.com/2025/08/19/difference-between-omnisexual-pansexual-kesha-feeld/</w:t>
        </w:r>
      </w:hyperlink>
      <w:r>
        <w:t xml:space="preserve"> - In August 2025, pop superstar Kesha identified as omnisexual on the dating app Feeld, distinguishing her attraction to all genders with an awareness of their gender identity. This contrasts with pansexuality, where gender is less significant. The article also mentions singer Sophie B. Hawkins and the character Captain Jack Harkness from 'Doctor Who' as examples of omnisexuality. Feeld's vice president noted an increase in members identifying similarly after Kesha's update.</w:t>
      </w:r>
      <w:r/>
    </w:p>
    <w:p>
      <w:pPr>
        <w:pStyle w:val="ListNumber"/>
        <w:spacing w:line="240" w:lineRule="auto"/>
        <w:ind w:left="720"/>
      </w:pPr>
      <w:r/>
      <w:hyperlink r:id="rId12">
        <w:r>
          <w:rPr>
            <w:color w:val="0000EE"/>
            <w:u w:val="single"/>
          </w:rPr>
          <w:t>https://www.webmd.com/sex/what-is-omnisexual</w:t>
        </w:r>
      </w:hyperlink>
      <w:r>
        <w:t xml:space="preserve"> - WebMD defines omnisexuality as attraction to individuals of all gender identities and sexual orientations, categorising it under multisexuality. The article highlights the subtle difference between omnisexuality and pansexuality, noting that while both involve attraction to all genders, omnisexual individuals recognise gender, whereas pansexual individuals may not consider gender in their attraction.</w:t>
      </w:r>
      <w:r/>
    </w:p>
    <w:p>
      <w:pPr>
        <w:pStyle w:val="ListNumber"/>
        <w:spacing w:line="240" w:lineRule="auto"/>
        <w:ind w:left="720"/>
      </w:pPr>
      <w:r/>
      <w:hyperlink r:id="rId13">
        <w:r>
          <w:rPr>
            <w:color w:val="0000EE"/>
            <w:u w:val="single"/>
          </w:rPr>
          <w:t>https://www.medicinenet.com/pansexual_vs_omnisexual_are_they_different/article.htm</w:t>
        </w:r>
      </w:hyperlink>
      <w:r>
        <w:t xml:space="preserve"> - This article discusses the distinctions between pansexuality and omnisexuality. It explains that while both orientations involve attraction to all genders, pansexual individuals are described as 'gender-blind', not noticing gender, whereas omnisexual individuals are 'gender-aware', recognising and being attracted to individuals of all genders.</w:t>
      </w:r>
      <w:r/>
    </w:p>
    <w:p>
      <w:pPr>
        <w:pStyle w:val="ListNumber"/>
        <w:spacing w:line="240" w:lineRule="auto"/>
        <w:ind w:left="720"/>
      </w:pPr>
      <w:r/>
      <w:hyperlink r:id="rId11">
        <w:r>
          <w:rPr>
            <w:color w:val="0000EE"/>
            <w:u w:val="single"/>
          </w:rPr>
          <w:t>https://www.medicalnewstoday.com/articles/omnisexual-definition-myths-and-allyship</w:t>
        </w:r>
      </w:hyperlink>
      <w:r>
        <w:t xml:space="preserve"> - Medical News Today provides an overview of omnisexuality, describing it as attraction to people of all genders. The article notes that definitions of sexual, romantic, and gender identities can vary, and it's important to refer to a person's identity as they describe it.</w:t>
      </w:r>
      <w:r/>
    </w:p>
    <w:p>
      <w:pPr>
        <w:pStyle w:val="ListNumber"/>
        <w:spacing w:line="240" w:lineRule="auto"/>
        <w:ind w:left="720"/>
      </w:pPr>
      <w:r/>
      <w:hyperlink r:id="rId15">
        <w:r>
          <w:rPr>
            <w:color w:val="0000EE"/>
            <w:u w:val="single"/>
          </w:rPr>
          <w:t>https://www.medicalnewstoday.com/articles/pansexual</w:t>
        </w:r>
      </w:hyperlink>
      <w:r>
        <w:t xml:space="preserve"> - Medical News Today defines pansexuality as the romantic, emotional, and/or sexual attraction to people regardless of their gender. The article discusses the origins of the term, its meaning, and how it differs from other sexual orientations like bisexuality and polysexuality.</w:t>
      </w:r>
      <w:r/>
    </w:p>
    <w:p>
      <w:pPr>
        <w:pStyle w:val="ListNumber"/>
        <w:spacing w:line="240" w:lineRule="auto"/>
        <w:ind w:left="720"/>
      </w:pPr>
      <w:r/>
      <w:hyperlink r:id="rId14">
        <w:r>
          <w:rPr>
            <w:color w:val="0000EE"/>
            <w:u w:val="single"/>
          </w:rPr>
          <w:t>https://www.differencebetween.net/science/difference-between-omnisexual-and-pansexual/</w:t>
        </w:r>
      </w:hyperlink>
      <w:r>
        <w:t xml:space="preserve"> - This article outlines the differences between omnisexual and pansexual orientations. It explains that while both involve attraction to all genders, the key distinction is that omnisexual individuals are aware of and recognise gender, whereas pansexual individuals are not influenced by gender in their attraction.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6/difference-between-omnisexual-pansexual-kesha-feeld/" TargetMode="External"/><Relationship Id="rId10" Type="http://schemas.openxmlformats.org/officeDocument/2006/relationships/hyperlink" Target="https://www.thepinknews.com/2025/08/19/difference-between-omnisexual-pansexual-kesha-feeld/" TargetMode="External"/><Relationship Id="rId11" Type="http://schemas.openxmlformats.org/officeDocument/2006/relationships/hyperlink" Target="https://www.medicalnewstoday.com/articles/omnisexual-definition-myths-and-allyship" TargetMode="External"/><Relationship Id="rId12" Type="http://schemas.openxmlformats.org/officeDocument/2006/relationships/hyperlink" Target="https://www.webmd.com/sex/what-is-omnisexual" TargetMode="External"/><Relationship Id="rId13" Type="http://schemas.openxmlformats.org/officeDocument/2006/relationships/hyperlink" Target="https://www.medicinenet.com/pansexual_vs_omnisexual_are_they_different/article.htm" TargetMode="External"/><Relationship Id="rId14" Type="http://schemas.openxmlformats.org/officeDocument/2006/relationships/hyperlink" Target="https://www.differencebetween.net/science/difference-between-omnisexual-and-pansexual/" TargetMode="External"/><Relationship Id="rId15" Type="http://schemas.openxmlformats.org/officeDocument/2006/relationships/hyperlink" Target="https://www.medicalnewstoday.com/articles/pansexu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