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London Trans+ Pride 2026: Date, Theme and What to Expect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Shout it from the rooftops: London Trans+ Pride returns on Saturday 25 July, promising a huge, upbeat and politically charged march through central London; this guide explains where it starts, why the 2026 theme matters, who’s supporting it and how to take part safely.</w:t>
      </w:r>
      <w:r/>
    </w:p>
    <w:p>
      <w:r/>
      <w:r>
        <w:t>Essential takeaways</w:t>
      </w:r>
      <w:r/>
      <w:r/>
    </w:p>
    <w:p>
      <w:pPr>
        <w:pStyle w:val="ListBullet"/>
        <w:spacing w:line="240" w:lineRule="auto"/>
        <w:ind w:left="720"/>
      </w:pPr>
      <w:r/>
      <w:r>
        <w:rPr>
          <w:b/>
        </w:rPr>
        <w:t>Date and start:</w:t>
      </w:r>
      <w:r>
        <w:t xml:space="preserve"> London Trans+ Pride is on Saturday 25 July, assembling at Langham Place from 1pm.</w:t>
      </w:r>
      <w:r/>
    </w:p>
    <w:p>
      <w:pPr>
        <w:pStyle w:val="ListBullet"/>
        <w:spacing w:line="240" w:lineRule="auto"/>
        <w:ind w:left="720"/>
      </w:pPr>
      <w:r/>
      <w:r>
        <w:rPr>
          <w:b/>
        </w:rPr>
        <w:t>Theme:</w:t>
      </w:r>
      <w:r>
        <w:t xml:space="preserve"> 2026’s theme is “Our Future, Our Fight”, reflecting urgent political debate and community solidarity.</w:t>
      </w:r>
      <w:r/>
    </w:p>
    <w:p>
      <w:pPr>
        <w:pStyle w:val="ListBullet"/>
        <w:spacing w:line="240" w:lineRule="auto"/>
        <w:ind w:left="720"/>
      </w:pPr>
      <w:r/>
      <w:r>
        <w:rPr>
          <w:b/>
        </w:rPr>
        <w:t>Crowd size:</w:t>
      </w:r>
      <w:r>
        <w:t xml:space="preserve"> Organisers expect up to 100,000 people, making this potentially the biggest Trans+ Pride yet.</w:t>
      </w:r>
      <w:r/>
    </w:p>
    <w:p>
      <w:pPr>
        <w:pStyle w:val="ListBullet"/>
        <w:spacing w:line="240" w:lineRule="auto"/>
        <w:ind w:left="720"/>
      </w:pPr>
      <w:r/>
      <w:r>
        <w:rPr>
          <w:b/>
        </w:rPr>
        <w:t>What to bring:</w:t>
      </w:r>
      <w:r>
        <w:t xml:space="preserve"> Signs, banners and flags are encouraged; dress for being outside and for the mood, bright, defiant, joyful.</w:t>
      </w:r>
      <w:r/>
    </w:p>
    <w:p>
      <w:pPr>
        <w:pStyle w:val="ListBullet"/>
        <w:spacing w:line="240" w:lineRule="auto"/>
        <w:ind w:left="720"/>
      </w:pPr>
      <w:r/>
      <w:r>
        <w:rPr>
          <w:b/>
        </w:rPr>
        <w:t>Safety tip:</w:t>
      </w:r>
      <w:r>
        <w:t xml:space="preserve"> Human rights groups recommend planning meeting points, staying aware of your surroundings and following marshals’ guidance.</w:t>
      </w:r>
      <w:r/>
      <w:r/>
    </w:p>
    <w:p>
      <w:pPr>
        <w:pStyle w:val="Heading2"/>
      </w:pPr>
      <w:r>
        <w:t>What’s happening and why the date matters</w:t>
      </w:r>
      <w:r/>
    </w:p>
    <w:p>
      <w:r/>
      <w:r>
        <w:t>London Trans+ Pride takes place on Saturday 25 July, starting at Langham Place at 1pm, with the detailed route to be confirmed nearer the time. The timing matters because this year’s march comes against a backdrop of high-profile legal and policy decisions that have put trans rights in the spotlight, so what begins as a celebration also reads as a public political statement. Expect an atmosphere that’s both festive and charged, with a crowd that could feel loud, colourful and insistent.</w:t>
      </w:r>
      <w:r/>
    </w:p>
    <w:p>
      <w:pPr>
        <w:pStyle w:val="Heading2"/>
      </w:pPr>
      <w:r>
        <w:t>The theme: “Our Future, Our Fight” , what that signals</w:t>
      </w:r>
      <w:r/>
    </w:p>
    <w:p>
      <w:r/>
      <w:r>
        <w:t>Organisers picked “Our Future, Our Fight” deliberately: it’s about community resilience and demands for safety and respect. With recent court rulings and draft guidance stirring debate, the theme frames Pride as more than visibility; it’s a campaign for legal and lived recognition. Supporters from arts and politics have spoken up in favour, and you’ll see that reflected in speeches, banners and the tone of the march.</w:t>
      </w:r>
      <w:r/>
    </w:p>
    <w:p>
      <w:pPr>
        <w:pStyle w:val="Heading2"/>
      </w:pPr>
      <w:r>
        <w:t>Who’s showing up , supporters and celebrities</w:t>
      </w:r>
      <w:r/>
    </w:p>
    <w:p>
      <w:r/>
      <w:r>
        <w:t>High-profile supporters often boost visibility, and this year the chorus includes figures from music, comedy and politics. Names linked with the event help draw press and public attention, while grassroots groups and campaigners form the backbone of the march. If you’re going because you love the community, you’ll find familiar local organisers and national human rights organisations working on safety and access throughout the day.</w:t>
      </w:r>
      <w:r/>
    </w:p>
    <w:p>
      <w:pPr>
        <w:pStyle w:val="Heading2"/>
      </w:pPr>
      <w:r>
        <w:t>What to bring, wear and how to prepare</w:t>
      </w:r>
      <w:r/>
    </w:p>
    <w:p>
      <w:r/>
      <w:r>
        <w:t>Bring a flag, a banner or a homemade sign if you want to be visible; organisers encourage creative expression. Pack for being outside: comfortable shoes, water, sun protection or a waterproof layer depending on the weather. If you rely on mobility aids or accessible facilities, check the event site beforehand and arrive early. For those marching with children or first-time attendees, choose a meeting point and take a quick photo of your group together before you set off.</w:t>
      </w:r>
      <w:r/>
    </w:p>
    <w:p>
      <w:pPr>
        <w:pStyle w:val="Heading2"/>
      </w:pPr>
      <w:r>
        <w:t>Staying safe while you celebrate</w:t>
      </w:r>
      <w:r/>
    </w:p>
    <w:p>
      <w:r/>
      <w:r>
        <w:t>Human rights organisations have published practical tips for staying safe at large marches: map out simple rendezvous points, write an emergency contact on a card, and follow marshals’ instructions if the route changes. Keep an eye on event channels for route updates, as the exact pathway is TBC. If you see someone who needs help, don’t assume, ask and direct them to stewards or first aid teams.</w:t>
      </w:r>
      <w:r/>
    </w:p>
    <w:p>
      <w:pPr>
        <w:pStyle w:val="Heading2"/>
      </w:pPr>
      <w:r>
        <w:t>Why this march matters next year and beyond</w:t>
      </w:r>
      <w:r/>
    </w:p>
    <w:p>
      <w:r/>
      <w:r>
        <w:t>London Trans+ Pride started as a grassroots action in 2019 and has grown into one of the world’s largest Trans Pride marches; this year the turnout could be historic. It’s a moment for the community and allies to make visible demands while celebrating trans lives. Whether you’re marching, volunteering or cheering from the pavement, it’s a day where presence itself is part of the message.</w:t>
      </w:r>
      <w:r/>
    </w:p>
    <w:p>
      <w:r/>
      <w:r>
        <w:t>It's a small change in your calendar that can make a big difference on the streets , bring your voice, your kindness and your sense of solidarity.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[1]</w:t>
        </w:r>
      </w:hyperlink>
      <w:r>
        <w:t xml:space="preserve">, </w:t>
      </w:r>
      <w:hyperlink r:id="rId11">
        <w:r>
          <w:rPr>
            <w:color w:val="0000EE"/>
            <w:u w:val="single"/>
          </w:rPr>
          <w:t>[5]</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10">
        <w:r>
          <w:rPr>
            <w:color w:val="0000EE"/>
            <w:u w:val="single"/>
          </w:rPr>
          <w:t>[6]</w:t>
        </w:r>
      </w:hyperlink>
      <w:r>
        <w:t xml:space="preserve">, </w:t>
      </w:r>
      <w:hyperlink r:id="rId11">
        <w:r>
          <w:rPr>
            <w:color w:val="0000EE"/>
            <w:u w:val="single"/>
          </w:rPr>
          <w:t>[5]</w:t>
        </w:r>
      </w:hyperlink>
      <w:r>
        <w:t xml:space="preserve">- Paragraph 5: </w:t>
      </w:r>
      <w:hyperlink r:id="rId10">
        <w:r>
          <w:rPr>
            <w:color w:val="0000EE"/>
            <w:u w:val="single"/>
          </w:rPr>
          <w:t>[6]</w:t>
        </w:r>
      </w:hyperlink>
      <w:r>
        <w:t xml:space="preserve">, </w:t>
      </w:r>
      <w:hyperlink r:id="rId9">
        <w:r>
          <w:rPr>
            <w:color w:val="0000EE"/>
            <w:u w:val="single"/>
          </w:rPr>
          <w:t>[1]</w:t>
        </w:r>
      </w:hyperlink>
      <w:r>
        <w:t xml:space="preserve">- Paragraph 6: </w:t>
      </w:r>
      <w:hyperlink r:id="rId9">
        <w:r>
          <w:rPr>
            <w:color w:val="0000EE"/>
            <w:u w:val="single"/>
          </w:rPr>
          <w:t>[1]</w:t>
        </w:r>
      </w:hyperlink>
      <w:r>
        <w:t xml:space="preserve">, </w:t>
      </w:r>
      <w:hyperlink r:id="rId12">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https://londonist.com/london/things-to-do/london-trans-pride-date-location</w:t>
        </w:r>
      </w:hyperlink>
      <w:r>
        <w:t xml:space="preserve"> - Please view link - unable to able to access data</w:t>
      </w:r>
      <w:r/>
    </w:p>
    <w:p>
      <w:pPr>
        <w:pStyle w:val="ListNumber"/>
        <w:spacing w:line="240" w:lineRule="auto"/>
        <w:ind w:left="720"/>
      </w:pPr>
      <w:r/>
      <w:hyperlink r:id="rId9">
        <w:r>
          <w:rPr>
            <w:color w:val="0000EE"/>
            <w:u w:val="single"/>
          </w:rPr>
          <w:t>https://londonist.com/london/things-to-do/london-trans-pride-date-location</w:t>
        </w:r>
      </w:hyperlink>
      <w:r>
        <w:t xml:space="preserve"> - This article announces the return of London Trans+ Pride in 2026, scheduled for Saturday, 25 July. It highlights the event's growth since its grassroots inception in 2019, now one of the largest Trans Pride marches globally. The organisers describe it as a peaceful march through central London, open to trans+ individuals, the LGBTQIA+ community, and allies, celebrating trans+ lives and advocating for trans+ rights. The theme for 2026 is 'Our Future, Our Fight', with expectations of 100,000 attendees, making it the largest Trans+ Pride to date. Supporters include artist Travis Alabanza and comedian Eddie Izzard. The march will begin at Langham Place at 1pm, with the route to be confirmed.</w:t>
      </w:r>
      <w:r/>
    </w:p>
    <w:p>
      <w:pPr>
        <w:pStyle w:val="ListNumber"/>
        <w:spacing w:line="240" w:lineRule="auto"/>
        <w:ind w:left="720"/>
      </w:pPr>
      <w:r/>
      <w:hyperlink r:id="rId13">
        <w:r>
          <w:rPr>
            <w:color w:val="0000EE"/>
            <w:u w:val="single"/>
          </w:rPr>
          <w:t>https://www.gaydio.co.uk/uk/events/the-guide/event/trans-pride-london/</w:t>
        </w:r>
      </w:hyperlink>
      <w:r>
        <w:t xml:space="preserve"> - Gaydio provides details about London Trans+ Pride 2026, scheduled for Saturday, 25 July, from 1pm to 6pm. The event is described as a grassroots march for trans, non-binary, and intersex liberation through central London. Organisers expect the 2026 event to be the largest Trans+ Pride in history, with 100,000 people anticipated. The route is yet to be confirmed but is expected to follow a similar path through the West End. The event is free to participate in, with donations encouraged to support running costs and the organisers' year-round work.</w:t>
      </w:r>
      <w:r/>
    </w:p>
    <w:p>
      <w:pPr>
        <w:pStyle w:val="ListNumber"/>
        <w:spacing w:line="240" w:lineRule="auto"/>
        <w:ind w:left="720"/>
      </w:pPr>
      <w:r/>
      <w:hyperlink r:id="rId14">
        <w:r>
          <w:rPr>
            <w:color w:val="0000EE"/>
            <w:u w:val="single"/>
          </w:rPr>
          <w:t>https://www.london.gov.uk/events/pride-parade-2026</w:t>
        </w:r>
      </w:hyperlink>
      <w:r>
        <w:t xml:space="preserve"> - The official London City Hall page details the Pride Parade 2026, taking place on Saturday, 4 July, from 12:00pm to 6:00pm. The parade begins at Hyde Park Corner, moving along Piccadilly towards Piccadilly Circus, then south down Haymarket, passing Trafalgar Square, and finishing on Whitehall. Thousands of participants from community groups and organisations are expected to join the march, which typically finishes by 6 PM. The event honours the LGBTQIA+ movement's history while celebrating the community’s vibrant present.</w:t>
      </w:r>
      <w:r/>
    </w:p>
    <w:p>
      <w:pPr>
        <w:pStyle w:val="ListNumber"/>
        <w:spacing w:line="240" w:lineRule="auto"/>
        <w:ind w:left="720"/>
      </w:pPr>
      <w:r/>
      <w:hyperlink r:id="rId11">
        <w:r>
          <w:rPr>
            <w:color w:val="0000EE"/>
            <w:u w:val="single"/>
          </w:rPr>
          <w:t>https://www.timeout.com/london/things-to-do/london-trans-pride</w:t>
        </w:r>
      </w:hyperlink>
      <w:r>
        <w:t xml:space="preserve"> - Time Out London provides information about London Trans+ Pride 2026, scheduled for Saturday, 25 July. The article notes that the event has been growing in size and importance each year, becoming more central to the city's Pride celebrations. While full details for 2026 haven't been confirmed, previous years have seen the parade march through central London, from Trafalgar Square to Hyde Park Corner’s Wellington Arch. The event seeks to honour the memory of trans lives taken, uphold the next generation of trans revolutionaries, and support crucial trans rights.</w:t>
      </w:r>
      <w:r/>
    </w:p>
    <w:p>
      <w:pPr>
        <w:pStyle w:val="ListNumber"/>
        <w:spacing w:line="240" w:lineRule="auto"/>
        <w:ind w:left="720"/>
      </w:pPr>
      <w:r/>
      <w:hyperlink r:id="rId10">
        <w:r>
          <w:rPr>
            <w:color w:val="0000EE"/>
            <w:u w:val="single"/>
          </w:rPr>
          <w:t>https://www.londontranspride.org/</w:t>
        </w:r>
      </w:hyperlink>
      <w:r>
        <w:t xml:space="preserve"> - The official London Trans+ Pride website announces the 2026 event on Saturday, 25 July, starting at 1pm from Langham Place, W1B 3DA. The website features a poster for the event, encouraging attendees to use masks, bring signs, and wear flowers. It also includes a community callout for volunteers to apply to be stewards, highlighting the importance of safety, security, and dignity during the march. The event is described as a grassroots, community-led protest, powered entirely by volunteers and community donations.</w:t>
      </w:r>
      <w:r/>
    </w:p>
    <w:p>
      <w:pPr>
        <w:pStyle w:val="ListNumber"/>
        <w:spacing w:line="240" w:lineRule="auto"/>
        <w:ind w:left="720"/>
      </w:pPr>
      <w:r/>
      <w:hyperlink r:id="rId12">
        <w:r>
          <w:rPr>
            <w:color w:val="0000EE"/>
            <w:u w:val="single"/>
          </w:rPr>
          <w:t>https://en.wikipedia.org/wiki/London_Trans%2B_Pride</w:t>
        </w:r>
      </w:hyperlink>
      <w:r>
        <w:t xml:space="preserve"> - The Wikipedia page for London Trans+ Pride provides a comprehensive overview of the annual transgender pride march in London, England. It details the event's history, noting its co-founding in 2019 by a collective group of trans+ people, including Lucia Blayke and Finn Love, inspired by Trans Pride Brighton. The page also mentions the event's growth over the years and its significance as a trans-led demonstration advocating for transgender rights.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ondonist.com/london/things-to-do/london-trans-pride-date-location" TargetMode="External"/><Relationship Id="rId10" Type="http://schemas.openxmlformats.org/officeDocument/2006/relationships/hyperlink" Target="https://www.londontranspride.org/" TargetMode="External"/><Relationship Id="rId11" Type="http://schemas.openxmlformats.org/officeDocument/2006/relationships/hyperlink" Target="https://www.timeout.com/london/things-to-do/london-trans-pride" TargetMode="External"/><Relationship Id="rId12" Type="http://schemas.openxmlformats.org/officeDocument/2006/relationships/hyperlink" Target="https://en.wikipedia.org/wiki/London_Trans%2B_Pride" TargetMode="External"/><Relationship Id="rId13" Type="http://schemas.openxmlformats.org/officeDocument/2006/relationships/hyperlink" Target="https://www.gaydio.co.uk/uk/events/the-guide/event/trans-pride-london/" TargetMode="External"/><Relationship Id="rId14" Type="http://schemas.openxmlformats.org/officeDocument/2006/relationships/hyperlink" Target="https://www.london.gov.uk/events/pride-parade-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