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Dating Moves for Queer Daters: Why Consistency Beats Chemistry Right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slow, steady gestures are suddenly stealing the spotlight , Hinge’s latest LGBTQIA+ D.A.T.E. report shows queer daters increasingly prize follow-through over fireworks, and that shift matters for anyone swiping in a shaky world.</w:t>
      </w:r>
      <w:r/>
    </w:p>
    <w:p>
      <w:r/>
      <w:r>
        <w:t>Essential Takeaways</w:t>
      </w:r>
      <w:r/>
      <w:r/>
    </w:p>
    <w:p>
      <w:pPr>
        <w:pStyle w:val="ListBullet"/>
        <w:spacing w:line="240" w:lineRule="auto"/>
        <w:ind w:left="720"/>
      </w:pPr>
      <w:r/>
      <w:r>
        <w:rPr>
          <w:b/>
        </w:rPr>
        <w:t>Big picture:</w:t>
      </w:r>
      <w:r>
        <w:t xml:space="preserve"> Queer daters are leaning into “slowmance” , emotional intimacy built through repeat, reliable actions rather than instant spark.</w:t>
      </w:r>
      <w:r/>
    </w:p>
    <w:p>
      <w:pPr>
        <w:pStyle w:val="ListBullet"/>
        <w:spacing w:line="240" w:lineRule="auto"/>
        <w:ind w:left="720"/>
      </w:pPr>
      <w:r/>
      <w:r>
        <w:rPr>
          <w:b/>
        </w:rPr>
        <w:t>Private details matter:</w:t>
      </w:r>
      <w:r>
        <w:t xml:space="preserve"> Small gestures like midday check-ins or remembering a detail weeks later signal investment and feel reassuring.</w:t>
      </w:r>
      <w:r/>
    </w:p>
    <w:p>
      <w:pPr>
        <w:pStyle w:val="ListBullet"/>
        <w:spacing w:line="240" w:lineRule="auto"/>
        <w:ind w:left="720"/>
      </w:pPr>
      <w:r/>
      <w:r>
        <w:rPr>
          <w:b/>
        </w:rPr>
        <w:t>Higher caution:</w:t>
      </w:r>
      <w:r>
        <w:t xml:space="preserve"> Many LGBTQIA+ daters report uncertainty about the world, which makes consistency feel safer and more romantic.</w:t>
      </w:r>
      <w:r/>
    </w:p>
    <w:p>
      <w:pPr>
        <w:pStyle w:val="ListBullet"/>
        <w:spacing w:line="240" w:lineRule="auto"/>
        <w:ind w:left="720"/>
      </w:pPr>
      <w:r/>
      <w:r>
        <w:rPr>
          <w:b/>
        </w:rPr>
        <w:t>Practical tip:</w:t>
      </w:r>
      <w:r>
        <w:t xml:space="preserve"> Prioritise clear planning and follow-through , turn ideas into kept plans to stand out.</w:t>
      </w:r>
      <w:r/>
    </w:p>
    <w:p>
      <w:pPr>
        <w:pStyle w:val="ListBullet"/>
        <w:spacing w:line="240" w:lineRule="auto"/>
        <w:ind w:left="720"/>
      </w:pPr>
      <w:r/>
      <w:r>
        <w:rPr>
          <w:b/>
        </w:rPr>
        <w:t>Emotional payoff:</w:t>
      </w:r>
      <w:r>
        <w:t xml:space="preserve"> Showing up steadily creates trust and reduces the anxiety of breadcrumbing or slow-ghosting.</w:t>
      </w:r>
      <w:r/>
      <w:r/>
    </w:p>
    <w:p>
      <w:pPr>
        <w:pStyle w:val="Heading2"/>
      </w:pPr>
      <w:r>
        <w:t>Why consistency is the new flirtation</w:t>
      </w:r>
      <w:r/>
    </w:p>
    <w:p>
      <w:r/>
      <w:r>
        <w:t>Hinge’s study , assembled from over 31,000 dates and expert input , finds queer daters are shifting from “must-have chemistry” to “does this person actually show up?” That midday text or a remembered anecdote now carries warmth: it’s quiet, reassuring and feels like a promise kept. In a world where so much is uncertain, predictability can be sexy. So if you want to impress, be the person who turns plans into reality rather than staging grand gestures that fade.</w:t>
      </w:r>
      <w:r/>
    </w:p>
    <w:p>
      <w:pPr>
        <w:pStyle w:val="Heading2"/>
      </w:pPr>
      <w:r>
        <w:t>What “Private Displays of Consistency” look like in practice</w:t>
      </w:r>
      <w:r/>
    </w:p>
    <w:p>
      <w:r/>
      <w:r>
        <w:t>PDCs are the behind-the-scenes habits that signal commitment: regular check-ins, following up after a tough day, or confirming plans and actually turning up. According to dating experts featured in the report, these small acts convert interest into trust far faster than flirtatious banter. Practically, that means if you say you’ll call on Tuesday, call on Tuesday. If you want to be noticed, cultivate the habit of remembering and referencing small details , it’s low effort, high impact.</w:t>
      </w:r>
      <w:r/>
    </w:p>
    <w:p>
      <w:pPr>
        <w:pStyle w:val="Heading2"/>
      </w:pPr>
      <w:r>
        <w:t>Slowmance vs instant chemistry: which to choose and when</w:t>
      </w:r>
      <w:r/>
    </w:p>
    <w:p>
      <w:r/>
      <w:r>
        <w:t>Not every relationship needs to move at a glacier’s pace, but Hinge’s research suggests queer daters are intentionally slowing down. The benefit is clearer boundaries and stronger emotional safety; the downside can be missing sparks if both people expect different tempos. A simple rule: communicate your pace early. If you prefer to build intimacy gradually, say so. If you like quick intensity, be honest and respectful about it. That way you avoid mixed signals and the dread of breadcrumbing.</w:t>
      </w:r>
      <w:r/>
    </w:p>
    <w:p>
      <w:pPr>
        <w:pStyle w:val="Heading2"/>
      </w:pPr>
      <w:r>
        <w:t>How to show up without being clingy</w:t>
      </w:r>
      <w:r/>
    </w:p>
    <w:p>
      <w:r/>
      <w:r>
        <w:t>Showing consistent interest while keeping space is an art. Small, predictable behaviours win: suggest a plan, confirm it, send a thoughtful text after you meet, and avoid long radio silences. According to commentary around the report, queer daters are especially attuned to follow-through because unreliable behaviour feels riskier when social supports can be fragile. So match actions to words , it’s kinder, smarter, and frankly more attractive.</w:t>
      </w:r>
      <w:r/>
    </w:p>
    <w:p>
      <w:pPr>
        <w:pStyle w:val="Heading2"/>
      </w:pPr>
      <w:r>
        <w:t>Dating apps and the new etiquette: swiping with intention</w:t>
      </w:r>
      <w:r/>
    </w:p>
    <w:p>
      <w:r/>
      <w:r>
        <w:t>Apps are adapting, and daters are too. Instead of endless matches, people increasingly seek fewer interactions with deeper follow-up. Practically, that means writing a targeted opener, proposing an actual meet-up window, and prioritising messages that invite reciprocation. Hinge’s findings echo advice in several industry pieces: be deliberate, be consistent, and don’t treat matches like collectibles.</w:t>
      </w:r>
      <w:r/>
    </w:p>
    <w:p>
      <w:r/>
      <w:r>
        <w:t>It's a small change that can make every connection feel safer and more promising.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4">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https://meaws.com/news/hinge-study-reveals-that-queer-daters-prefer/104438</w:t>
        </w:r>
      </w:hyperlink>
      <w:r>
        <w:t xml:space="preserve"> - Please view link - unable to able to access data</w:t>
      </w:r>
      <w:r/>
    </w:p>
    <w:p>
      <w:pPr>
        <w:pStyle w:val="ListNumber"/>
        <w:spacing w:line="240" w:lineRule="auto"/>
        <w:ind w:left="720"/>
      </w:pPr>
      <w:r/>
      <w:hyperlink r:id="rId10">
        <w:r>
          <w:rPr>
            <w:color w:val="0000EE"/>
            <w:u w:val="single"/>
          </w:rPr>
          <w:t>https://www.thepinknews.com/2024/06/07/struggling-with-dating-apps-heres-what-you-should-be-doing-according-to-hinge/</w:t>
        </w:r>
      </w:hyperlink>
      <w:r>
        <w:t xml:space="preserve"> - Hinge's 2024 LGBTQIA+ D.A.T.E. Report reveals that queer daters are embracing 'slowmance', a conscious approach to dating that prioritises emotional intimacy and trust over rapid progression. The study, based on responses from over 14,000 users, highlights a shift towards valuing consistent communication and clear intentions in relationships. Hinge's Love &amp; Connection Expert, Moe Ari Brown, emphasises that this trend helps LGBTQIA+ daters build strong foundations necessary to navigate the complexities of modern dating.</w:t>
      </w:r>
      <w:r/>
    </w:p>
    <w:p>
      <w:pPr>
        <w:pStyle w:val="ListNumber"/>
        <w:spacing w:line="240" w:lineRule="auto"/>
        <w:ind w:left="720"/>
      </w:pPr>
      <w:r/>
      <w:hyperlink r:id="rId11">
        <w:r>
          <w:rPr>
            <w:color w:val="0000EE"/>
            <w:u w:val="single"/>
          </w:rPr>
          <w:t>https://www.globaldatinginsights.com/featured/hinge-lgbtqia-daters-wants-emotional-intimacy-slowmance-according-to-latest-study/</w:t>
        </w:r>
      </w:hyperlink>
      <w:r>
        <w:t xml:space="preserve"> - A recent Hinge study indicates that LGBTQIA+ daters prefer a 'slowmance' approach, focusing on emotional intimacy and trust-building rather than rushing into relationships. The 2024 LGBTQIA+ D.A.T.E. Report, based on data from over 14,000 users, reveals that 50% of LGBTQIA+ daters seek advice on building trust, while 58% want guidance on expressing their needs in relationships. This trend reflects a desire for deeper connections and a more deliberate pace in dating.</w:t>
      </w:r>
      <w:r/>
    </w:p>
    <w:p>
      <w:pPr>
        <w:pStyle w:val="ListNumber"/>
        <w:spacing w:line="240" w:lineRule="auto"/>
        <w:ind w:left="720"/>
      </w:pPr>
      <w:r/>
      <w:hyperlink r:id="rId12">
        <w:r>
          <w:rPr>
            <w:color w:val="0000EE"/>
            <w:u w:val="single"/>
          </w:rPr>
          <w:t>https://www.datingindustryinsights.com/news/hinge-lgbtqia-daters-prioritize-consistency</w:t>
        </w:r>
      </w:hyperlink>
      <w:r>
        <w:t xml:space="preserve"> - Hinge's 2026 LGBTQIA+ D.A.T.E. Report highlights a 'slow dating revolution' among queer daters, who are moving away from the fast-paced swipe culture in favour of slower, more intentional connections. The study, based on responses from over 31,000 users, shows that 76% of LGBTQIA+ daters feel uncertain about the world, leading them to seek clarity and consistency in their dating lives. This shift underscores the importance of emotional intimacy and trust in building meaningful relationships.</w:t>
      </w:r>
      <w:r/>
    </w:p>
    <w:p>
      <w:pPr>
        <w:pStyle w:val="ListNumber"/>
        <w:spacing w:line="240" w:lineRule="auto"/>
        <w:ind w:left="720"/>
      </w:pPr>
      <w:r/>
      <w:hyperlink r:id="rId13">
        <w:r>
          <w:rPr>
            <w:color w:val="0000EE"/>
            <w:u w:val="single"/>
          </w:rPr>
          <w:t>https://www.indy100.com/lifestyle/hinge-lgbt-dating-trends-report</w:t>
        </w:r>
      </w:hyperlink>
      <w:r>
        <w:t xml:space="preserve"> - Hinge's second annual LGBTQIA+ D.A.T.E. Report reveals that emotional intimacy is the top area where queer daters seek advice. The study, which surveyed 14,000 users, found that 50% of LGBTQIA+ daters want to learn how to build trust better, and 58% want to learn to bring up their wants and needs in relationships. The report highlights the importance of clear communication and emotional connection in the dating experiences of LGBTQIA+ individuals.</w:t>
      </w:r>
      <w:r/>
    </w:p>
    <w:p>
      <w:pPr>
        <w:pStyle w:val="ListNumber"/>
        <w:spacing w:line="240" w:lineRule="auto"/>
        <w:ind w:left="720"/>
      </w:pPr>
      <w:r/>
      <w:hyperlink r:id="rId14">
        <w:r>
          <w:rPr>
            <w:color w:val="0000EE"/>
            <w:u w:val="single"/>
          </w:rPr>
          <w:t>https://www.intomore.com/culture/dating/heres-what-queer-dating-is-like-according-to-dating-app-hinge/</w:t>
        </w:r>
      </w:hyperlink>
      <w:r>
        <w:t xml:space="preserve"> - Hinge's 2024 LGBTQIA+ D.A.T.E. Report provides insights into queer dating trends, revealing that LGBTQ+ individuals are seeking deeper connections and valuing emotional intimacy over rapid progression. The study, based on data from over 14,000 users, highlights a shift towards valuing consistent communication and clear intentions in relationships. Hinge's Love &amp; Connection Expert, Moe Ari Brown, emphasises that this trend helps LGBTQIA+ daters build strong foundations necessary to navigate the complexities of modern dating.</w:t>
      </w:r>
      <w:r/>
    </w:p>
    <w:p>
      <w:pPr>
        <w:pStyle w:val="ListNumber"/>
        <w:spacing w:line="240" w:lineRule="auto"/>
        <w:ind w:left="720"/>
      </w:pPr>
      <w:r/>
      <w:hyperlink r:id="rId15">
        <w:r>
          <w:rPr>
            <w:color w:val="0000EE"/>
            <w:u w:val="single"/>
          </w:rPr>
          <w:t>https://www.nssmag.com/it/lifestyle/37129/slowmance-the-new-dating-trend-in-the-lgbtqia-community</w:t>
        </w:r>
      </w:hyperlink>
      <w:r>
        <w:t xml:space="preserve"> - The term 'slowmance' has emerged within the LGBTQIA+ community, as highlighted in Hinge's 2024 D.A.T.E. Report. Defined as dating more consciously by slowing down the pace, setting clear boundaries, and establishing intentions, 'slowmance' reflects a shift towards valuing emotional intimacy and trust over rapid progression. This trend is part of a broader movement towards more intentional and meaningful connections in the dating experiences of LGBTQIA+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hinge-study-reveals-that-queer-daters-prefer/104438" TargetMode="External"/><Relationship Id="rId10" Type="http://schemas.openxmlformats.org/officeDocument/2006/relationships/hyperlink" Target="https://www.thepinknews.com/2024/06/07/struggling-with-dating-apps-heres-what-you-should-be-doing-according-to-hinge/" TargetMode="External"/><Relationship Id="rId11" Type="http://schemas.openxmlformats.org/officeDocument/2006/relationships/hyperlink" Target="https://www.globaldatinginsights.com/featured/hinge-lgbtqia-daters-wants-emotional-intimacy-slowmance-according-to-latest-study/" TargetMode="External"/><Relationship Id="rId12" Type="http://schemas.openxmlformats.org/officeDocument/2006/relationships/hyperlink" Target="https://www.datingindustryinsights.com/news/hinge-lgbtqia-daters-prioritize-consistency" TargetMode="External"/><Relationship Id="rId13" Type="http://schemas.openxmlformats.org/officeDocument/2006/relationships/hyperlink" Target="https://www.indy100.com/lifestyle/hinge-lgbt-dating-trends-report" TargetMode="External"/><Relationship Id="rId14" Type="http://schemas.openxmlformats.org/officeDocument/2006/relationships/hyperlink" Target="https://www.intomore.com/culture/dating/heres-what-queer-dating-is-like-according-to-dating-app-hinge/" TargetMode="External"/><Relationship Id="rId15" Type="http://schemas.openxmlformats.org/officeDocument/2006/relationships/hyperlink" Target="https://www.nssmag.com/it/lifestyle/37129/slowmance-the-new-dating-trend-in-the-lgbtqia-commun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