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Cologne Pride 2026: Record Crowds and a Bright, Bold Message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residents and visitors turned out in force: Cologne Pride drew an estimated 1.5 million people to the parade and street festival, turning the city into a vivid, noisy celebration of LGBTQ+ life , and a reminder that visibility still matters.</w:t>
      </w:r>
      <w:r/>
    </w:p>
    <w:p>
      <w:r/>
      <w:r>
        <w:t>Essential Takeaways</w:t>
      </w:r>
      <w:r/>
      <w:r/>
    </w:p>
    <w:p>
      <w:pPr>
        <w:pStyle w:val="ListBullet"/>
        <w:spacing w:line="240" w:lineRule="auto"/>
        <w:ind w:left="720"/>
      </w:pPr>
      <w:r/>
      <w:r>
        <w:rPr>
          <w:b/>
        </w:rPr>
        <w:t>Massive turnout:</w:t>
      </w:r>
      <w:r>
        <w:t xml:space="preserve"> Organisers reported around 1.5 million people at the Sunday parade and festival, a new high for Cologne Pride and the "rainbow capital". </w:t>
      </w:r>
      <w:r/>
    </w:p>
    <w:p>
      <w:pPr>
        <w:pStyle w:val="ListBullet"/>
        <w:spacing w:line="240" w:lineRule="auto"/>
        <w:ind w:left="720"/>
      </w:pPr>
      <w:r/>
      <w:r>
        <w:rPr>
          <w:b/>
        </w:rPr>
        <w:t>Peaceful atmosphere:</w:t>
      </w:r>
      <w:r>
        <w:t xml:space="preserve"> Police said the event remained calm and there were no major interventions, letting revellers celebrate late into the night. </w:t>
      </w:r>
      <w:r/>
    </w:p>
    <w:p>
      <w:pPr>
        <w:pStyle w:val="ListBullet"/>
        <w:spacing w:line="240" w:lineRule="auto"/>
        <w:ind w:left="720"/>
      </w:pPr>
      <w:r/>
      <w:r>
        <w:rPr>
          <w:b/>
        </w:rPr>
        <w:t>Political presence:</w:t>
      </w:r>
      <w:r>
        <w:t xml:space="preserve"> Prominent politicians including NRW Interior Minister Herbert Reul and Karl Lauterbach joined the procession, offering solidarity and clear statements. </w:t>
      </w:r>
      <w:r/>
    </w:p>
    <w:p>
      <w:pPr>
        <w:pStyle w:val="ListBullet"/>
        <w:spacing w:line="240" w:lineRule="auto"/>
        <w:ind w:left="720"/>
      </w:pPr>
      <w:r/>
      <w:r>
        <w:rPr>
          <w:b/>
        </w:rPr>
        <w:t>Community spirit:</w:t>
      </w:r>
      <w:r>
        <w:t xml:space="preserve"> Organisers stressed the motto "Many. Together. Strong!" as lived reality, with displays of joy, solidarity and outreach across the route. </w:t>
      </w:r>
      <w:r/>
      <w:r/>
    </w:p>
    <w:p>
      <w:pPr>
        <w:pStyle w:val="Heading2"/>
      </w:pPr>
      <w:r>
        <w:t>A parade that felt like a city-wide party</w:t>
      </w:r>
      <w:r/>
    </w:p>
    <w:p>
      <w:r/>
      <w:r>
        <w:t>Cologne’s streets were awash with colour and music as one of Europe’s biggest Pride events rolled through the city, the dense crowd creating a buzz you could almost taste. Organisers told local media that this was the largest Cologne Pride yet, and you could see why , floats, costumes and cheering groups seemed to stretch for miles. According to coverage, the scale of the turnout turned the slogan into more than words: it became a scene in motion, a visible celebration of community.</w:t>
      </w:r>
      <w:r/>
    </w:p>
    <w:p>
      <w:pPr>
        <w:pStyle w:val="Heading2"/>
      </w:pPr>
      <w:r>
        <w:t>Politics marched in step with the party</w:t>
      </w:r>
      <w:r/>
    </w:p>
    <w:p>
      <w:r/>
      <w:r>
        <w:t>This year’s Pride had an unusually high level of political attendance, with figures from across the spectrum showing up on wagons and at the kerbside. NRW Interior Minister Herbert Reul made a point of riding with Green representatives and publicly reaffirmed the police’s duty to protect everyone, while later posing for photos with drag performers. Karl Lauterbach, who regularly joins the parade, described the atmosphere as particularly upbeat this year and highlighted the broad party presence on the route. Their attendance underlines how Pride has become both a cultural and political moment.</w:t>
      </w:r>
      <w:r/>
    </w:p>
    <w:p>
      <w:pPr>
        <w:pStyle w:val="Heading2"/>
      </w:pPr>
      <w:r>
        <w:t>Why attendance and calm matter right now</w:t>
      </w:r>
      <w:r/>
    </w:p>
    <w:p>
      <w:r/>
      <w:r>
        <w:t>The scale of the turnout matters because queer communities across Germany have seen a worrying uptick in hostile incidents in recent years. A massive, peaceful public gathering sends a dual message: celebration and refusal to be intimidated. The police response , measured and non-confrontational , helped the festival keep a festival feel, letting people linger in bars and on streets long after the procession reached the end point. For many attendees, that quiet safety is as important as the confetti.</w:t>
      </w:r>
      <w:r/>
    </w:p>
    <w:p>
      <w:pPr>
        <w:pStyle w:val="Heading2"/>
      </w:pPr>
      <w:r>
        <w:t>From birthday cake to grassroots connection</w:t>
      </w:r>
      <w:r/>
    </w:p>
    <w:p>
      <w:r/>
      <w:r>
        <w:t>The parade mixed big-name participants with intimate human moments, which is part of its charm. Local politicians like Berivan Aymaz walked the route and stopped to chat with onlookers, even celebrating a birthday with a small cake handed to her mid-procession. Moments like that remind visitors this is a grassroots event as much as a headline grabber: neighbours talking, friends reuniting, and activists pressing home messages of freedom and equality.</w:t>
      </w:r>
      <w:r/>
    </w:p>
    <w:p>
      <w:pPr>
        <w:pStyle w:val="Heading2"/>
      </w:pPr>
      <w:r>
        <w:t>What this means for future Pride events</w:t>
      </w:r>
      <w:r/>
    </w:p>
    <w:p>
      <w:r/>
      <w:r>
        <w:t>Cologne’s record turnout is likely to ripple out: other cities watch carefully, organisers trade tips, and sponsors think about scale and logistics. For festival-goers, the takeaway is simple , arrive early, plan meeting points, and pick lightweight, visible clothing for the crowd. For anyone organising similar events, the success shows that clear messaging, strong community networks and visible political support can draw people in safely and loudly.</w:t>
      </w:r>
      <w:r/>
    </w:p>
    <w:p>
      <w:r/>
      <w:r>
        <w:t>It's a small change that can make every celebration safer and every voice a little louder.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0">
        <w:r>
          <w:rPr>
            <w:color w:val="0000EE"/>
            <w:u w:val="single"/>
          </w:rPr>
          <w:t>[3]</w:t>
        </w:r>
      </w:hyperlink>
      <w:r>
        <w:t xml:space="preserve">- Paragraph 3: </w:t>
      </w:r>
      <w:hyperlink r:id="rId9">
        <w:r>
          <w:rPr>
            <w:color w:val="0000EE"/>
            <w:u w:val="single"/>
          </w:rPr>
          <w:t>[2]</w:t>
        </w:r>
      </w:hyperlink>
      <w:r>
        <w:t xml:space="preserve">, </w:t>
      </w:r>
      <w:hyperlink r:id="rId11">
        <w:r>
          <w:rPr>
            <w:color w:val="0000EE"/>
            <w:u w:val="single"/>
          </w:rPr>
          <w:t>[6]</w:t>
        </w:r>
      </w:hyperlink>
      <w:r>
        <w:t xml:space="preserve">- Paragraph 4: </w:t>
      </w:r>
      <w:hyperlink r:id="rId9">
        <w:r>
          <w:rPr>
            <w:color w:val="0000EE"/>
            <w:u w:val="single"/>
          </w:rPr>
          <w:t>[2]</w:t>
        </w:r>
      </w:hyperlink>
      <w:r>
        <w:t xml:space="preserve">, </w:t>
      </w:r>
      <w:hyperlink r:id="rId10">
        <w:r>
          <w:rPr>
            <w:color w:val="0000EE"/>
            <w:u w:val="single"/>
          </w:rPr>
          <w:t>[3]</w:t>
        </w:r>
      </w:hyperlink>
      <w:r>
        <w:t xml:space="preserve">- Paragraph 5: </w:t>
      </w:r>
      <w:hyperlink r:id="rId12">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https://www.ksta.de/koeln/koelner-csd-mit-besucher-rekord-auch-lauterbach-begeistert-1318873</w:t>
        </w:r>
      </w:hyperlink>
      <w:r>
        <w:t xml:space="preserve"> - Please view link - unable to able to access data</w:t>
      </w:r>
      <w:r/>
    </w:p>
    <w:p>
      <w:pPr>
        <w:pStyle w:val="ListNumber"/>
        <w:spacing w:line="240" w:lineRule="auto"/>
        <w:ind w:left="720"/>
      </w:pPr>
      <w:r/>
      <w:hyperlink r:id="rId9">
        <w:r>
          <w:rPr>
            <w:color w:val="0000EE"/>
            <w:u w:val="single"/>
          </w:rPr>
          <w:t>https://www.ksta.de/koeln/koelner-csd-mit-besucher-rekord-auch-lauterbach-begeistert-1318873</w:t>
        </w:r>
      </w:hyperlink>
      <w:r>
        <w:t xml:space="preserve"> - The Cologne Pride event in 2026 was a resounding success, attracting approximately 1.5 million attendees to the parade and street festival. Organisers hailed it as a record-breaking turnout, emphasising the city's commitment to the motto 'Many. Together. Strong!' The event remained peaceful throughout, with no incidents reported by the Cologne police. Politicians, including NRW Interior Minister Herbert Reul and former Federal Health Minister Karl Lauterbach, participated actively, expressing their support for the LGBTQ+ community and highlighting the importance of equal rights and protection against discrimination.</w:t>
      </w:r>
      <w:r/>
    </w:p>
    <w:p>
      <w:pPr>
        <w:pStyle w:val="ListNumber"/>
        <w:spacing w:line="240" w:lineRule="auto"/>
        <w:ind w:left="720"/>
      </w:pPr>
      <w:r/>
      <w:hyperlink r:id="rId10">
        <w:r>
          <w:rPr>
            <w:color w:val="0000EE"/>
            <w:u w:val="single"/>
          </w:rPr>
          <w:t>https://www1.wdr.de/nrw/koeln/start-csd-koeln-2026-100.html</w:t>
        </w:r>
      </w:hyperlink>
      <w:r>
        <w:t xml:space="preserve"> - The Cologne Pride 2026 saw a record-breaking attendance, with around 1.5 million people participating in the parade and street festival. The event was marked by a strong presence of political figures, including NRW Interior Minister Herbert Reul, who expressed concerns over the rise in queerphobic acts and emphasised the state's commitment to protecting all citizens. Former Federal Health Minister Karl Lauterbach also attended, highlighting the unprecedented turnout and the positive, optimistic atmosphere of the event.</w:t>
      </w:r>
      <w:r/>
    </w:p>
    <w:p>
      <w:pPr>
        <w:pStyle w:val="ListNumber"/>
        <w:spacing w:line="240" w:lineRule="auto"/>
        <w:ind w:left="720"/>
      </w:pPr>
      <w:r/>
      <w:hyperlink r:id="rId12">
        <w:r>
          <w:rPr>
            <w:color w:val="0000EE"/>
            <w:u w:val="single"/>
          </w:rPr>
          <w:t>https://www.festivalsindeutschland.de/en/festival/colognepride-csd-koln</w:t>
        </w:r>
      </w:hyperlink>
      <w:r>
        <w:t xml:space="preserve"> - ColognePride 2026, held from June 19 to July 5, was Europe's largest Pride event, attracting approximately 1.4 million visitors. The highlight was the CSD demonstration on July 5, featuring around 65,000 participants and 1.2 million spectators. The event included a three-day street festival with over 60 hours of programming across multiple stages, under the motto 'FOR QUEER RIGHTS — Many. Together. Strong!'</w:t>
      </w:r>
      <w:r/>
    </w:p>
    <w:p>
      <w:pPr>
        <w:pStyle w:val="ListNumber"/>
        <w:spacing w:line="240" w:lineRule="auto"/>
        <w:ind w:left="720"/>
      </w:pPr>
      <w:r/>
      <w:hyperlink r:id="rId13">
        <w:r>
          <w:rPr>
            <w:color w:val="0000EE"/>
            <w:u w:val="single"/>
          </w:rPr>
          <w:t>https://www.festivalsindeutschland.de/festival/csd-koeln-cologne-pride</w:t>
        </w:r>
      </w:hyperlink>
      <w:r>
        <w:t xml:space="preserve"> - ColognePride 2026, Europe's largest Pride festival, took place from June 19 to July 5, 2026. The event featured a CSD demonstration on July 5, with around 65,000 participants and 1.2 million spectators. The three-day street festival offered over 60 hours of programming across multiple stages, under the motto 'FOR QUEER RIGHTS — Many. Together. Strong!'</w:t>
      </w:r>
      <w:r/>
    </w:p>
    <w:p>
      <w:pPr>
        <w:pStyle w:val="ListNumber"/>
        <w:spacing w:line="240" w:lineRule="auto"/>
        <w:ind w:left="720"/>
      </w:pPr>
      <w:r/>
      <w:hyperlink r:id="rId11">
        <w:r>
          <w:rPr>
            <w:color w:val="0000EE"/>
            <w:u w:val="single"/>
          </w:rPr>
          <w:t>https://www.gay-prides.com/germany/cologne-pride.html</w:t>
        </w:r>
      </w:hyperlink>
      <w:r>
        <w:t xml:space="preserve"> - Cologne Pride 2026, held on July 5, 2026, was the largest CSD in Germany. The parade started on the Deutzer Bridge, moving through the city centre, accompanied by a multi-day street festival in the old town with several stages. The event was organised by KLuST e.V. under the umbrella of ColognePride.</w:t>
      </w:r>
      <w:r/>
    </w:p>
    <w:p>
      <w:pPr>
        <w:pStyle w:val="ListNumber"/>
        <w:spacing w:line="240" w:lineRule="auto"/>
        <w:ind w:left="720"/>
      </w:pPr>
      <w:r/>
      <w:hyperlink r:id="rId14">
        <w:r>
          <w:rPr>
            <w:color w:val="0000EE"/>
            <w:u w:val="single"/>
          </w:rPr>
          <w:t>https://www.youtube.com/watch?v=IbZyoCuDAKM</w:t>
        </w:r>
      </w:hyperlink>
      <w:r>
        <w:t xml:space="preserve"> - A video capturing German Health Minister Karl Lauterbach's speech at Cologne Pride 2023, highlighting his support for the LGBTQ+ community and discussing issues related to equality, health, and inclusion.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sta.de/koeln/koelner-csd-mit-besucher-rekord-auch-lauterbach-begeistert-1318873" TargetMode="External"/><Relationship Id="rId10" Type="http://schemas.openxmlformats.org/officeDocument/2006/relationships/hyperlink" Target="https://www1.wdr.de/nrw/koeln/start-csd-koeln-2026-100.html" TargetMode="External"/><Relationship Id="rId11" Type="http://schemas.openxmlformats.org/officeDocument/2006/relationships/hyperlink" Target="https://www.gay-prides.com/germany/cologne-pride.html" TargetMode="External"/><Relationship Id="rId12" Type="http://schemas.openxmlformats.org/officeDocument/2006/relationships/hyperlink" Target="https://www.festivalsindeutschland.de/en/festival/colognepride-csd-koln" TargetMode="External"/><Relationship Id="rId13" Type="http://schemas.openxmlformats.org/officeDocument/2006/relationships/hyperlink" Target="https://www.festivalsindeutschland.de/festival/csd-koeln-cologne-pride" TargetMode="External"/><Relationship Id="rId14" Type="http://schemas.openxmlformats.org/officeDocument/2006/relationships/hyperlink" Target="https://www.youtube.com/watch?v=IbZyoCuDAK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