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Christine McGuinness Pride Looks: White Corset Dress and a Bold Message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fans are buzzing after Christine McGuinness turned heads at London Pride in a white corset dress, sharing snaps and a clear message about love and labels , a striking moment that comes as she speaks openly about dating women and reclaiming her story.</w:t>
      </w:r>
      <w:r/>
    </w:p>
    <w:p>
      <w:r/>
      <w:r>
        <w:t>Essential Takeaways</w:t>
      </w:r>
      <w:r/>
      <w:r/>
    </w:p>
    <w:p>
      <w:pPr>
        <w:pStyle w:val="ListBullet"/>
        <w:spacing w:line="240" w:lineRule="auto"/>
        <w:ind w:left="720"/>
      </w:pPr>
      <w:r/>
      <w:r>
        <w:rPr>
          <w:b/>
        </w:rPr>
        <w:t>Show-stopping outfit:</w:t>
      </w:r>
      <w:r>
        <w:t xml:space="preserve"> Christine wore a white corset dress with rainbow strappy heels and a colourful clutch, striking a poised, city-centre pose.</w:t>
      </w:r>
      <w:r/>
    </w:p>
    <w:p>
      <w:pPr>
        <w:pStyle w:val="ListBullet"/>
        <w:spacing w:line="240" w:lineRule="auto"/>
        <w:ind w:left="720"/>
      </w:pPr>
      <w:r/>
      <w:r>
        <w:rPr>
          <w:b/>
        </w:rPr>
        <w:t>Positive message:</w:t>
      </w:r>
      <w:r>
        <w:t xml:space="preserve"> She captioned her Pride posts with calls for “more love, less labels,” encouraging openness and acceptance.</w:t>
      </w:r>
      <w:r/>
    </w:p>
    <w:p>
      <w:pPr>
        <w:pStyle w:val="ListBullet"/>
        <w:spacing w:line="240" w:lineRule="auto"/>
        <w:ind w:left="720"/>
      </w:pPr>
      <w:r/>
      <w:r>
        <w:rPr>
          <w:b/>
        </w:rPr>
        <w:t>Open about her sexuality:</w:t>
      </w:r>
      <w:r>
        <w:t xml:space="preserve"> Christine has said her sexuality “was never a secret” and that she dated both men and women from her teenage years.</w:t>
      </w:r>
      <w:r/>
    </w:p>
    <w:p>
      <w:pPr>
        <w:pStyle w:val="ListBullet"/>
        <w:spacing w:line="240" w:lineRule="auto"/>
        <w:ind w:left="720"/>
      </w:pPr>
      <w:r/>
      <w:r>
        <w:rPr>
          <w:b/>
        </w:rPr>
        <w:t>Public reaction:</w:t>
      </w:r>
      <w:r>
        <w:t xml:space="preserve"> Thousands of followers responded with praise and support, celebrating both the look and the sentiment.</w:t>
      </w:r>
      <w:r/>
    </w:p>
    <w:p>
      <w:pPr>
        <w:pStyle w:val="ListBullet"/>
        <w:spacing w:line="240" w:lineRule="auto"/>
        <w:ind w:left="720"/>
      </w:pPr>
      <w:r/>
      <w:r>
        <w:rPr>
          <w:b/>
        </w:rPr>
        <w:t>Context:</w:t>
      </w:r>
      <w:r>
        <w:t xml:space="preserve"> This appearance follows her separation and divorce, and marks a visible, confident moment during London Pride, which drew over 1.5 million visitors.</w:t>
      </w:r>
      <w:r/>
      <w:r/>
    </w:p>
    <w:p>
      <w:pPr>
        <w:pStyle w:val="Heading2"/>
      </w:pPr>
      <w:r>
        <w:t>A moment that stopped the pavement , fashion and feeling in one snap</w:t>
      </w:r>
      <w:r/>
    </w:p>
    <w:p>
      <w:r/>
      <w:r>
        <w:t>Christine’s white corset dress felt like a deliberate, cinematic choice: crisp, structured and just soft enough to let her personality shine through. The colourful heels and clutch tied the look neatly to Pride, so it read as both a style statement and a salute. Fans piled into the comments with heart emojis and praise, which speaks to how fashion still functions as shorthand for identity and solidarity.</w:t>
      </w:r>
      <w:r/>
    </w:p>
    <w:p>
      <w:pPr>
        <w:pStyle w:val="Heading2"/>
      </w:pPr>
      <w:r>
        <w:t>Why this mattered , more than a pretty outfit</w:t>
      </w:r>
      <w:r/>
    </w:p>
    <w:p>
      <w:r/>
      <w:r>
        <w:t>This wasn’t only about the clothes. Christine used the moment to post a simple message about labels and love that landed with a lot of people. That kind of clarity matters when someone with a high profile chooses to frame their own narrative. According to coverage of the event, she urged openness and dismissed the need for detailed explanations about who she dates, a stance many found refreshing.</w:t>
      </w:r>
      <w:r/>
    </w:p>
    <w:p>
      <w:pPr>
        <w:pStyle w:val="Heading2"/>
      </w:pPr>
      <w:r>
        <w:t>From marriage to Pride , the backstory readers should know</w:t>
      </w:r>
      <w:r/>
    </w:p>
    <w:p>
      <w:r/>
      <w:r>
        <w:t>Christine’s public life shifted after her separation from Paddy McGuinness and their eventual divorce. She’s been candid about the transition, saying her sexuality “was never a secret” and that she dated women as a teenager. That context makes the Pride appearance feel like a natural, confident next chapter rather than a sudden reveal.</w:t>
      </w:r>
      <w:r/>
    </w:p>
    <w:p>
      <w:pPr>
        <w:pStyle w:val="Heading2"/>
      </w:pPr>
      <w:r>
        <w:t>How fans and media reacted , support, curiosity and conversation</w:t>
      </w:r>
      <w:r/>
    </w:p>
    <w:p>
      <w:r/>
      <w:r>
        <w:t>Followers reacted warmly to the photos, with messages celebrating love and beauty. Media outlets picked up the images quickly, noting both the outfit and Christine’s comments about dating women. The response underlines how celebrities can use public appearances to influence conversations around identity in a gentle but visible way.</w:t>
      </w:r>
      <w:r/>
    </w:p>
    <w:p>
      <w:pPr>
        <w:pStyle w:val="Heading2"/>
      </w:pPr>
      <w:r>
        <w:t>Practical takeaways if you’re inspired by the look</w:t>
      </w:r>
      <w:r/>
    </w:p>
    <w:p>
      <w:r/>
      <w:r>
        <w:t>If Christine’s outfit has you planning your own Pride-ready ensemble, keep it simple: choose a structured piece you feel comfortable in, then add playful accessories to echo Pride colours. Comfort matters , opt for shoes you can walk in, and consider a clutch or small bag that keeps essentials close while you enjoy the day.</w:t>
      </w:r>
      <w:r/>
    </w:p>
    <w:p>
      <w:r/>
      <w:r>
        <w:t>It's a small change that can make every public moment feel more like a personal declaration.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[6]</w:t>
        </w:r>
      </w:hyperlink>
      <w:r>
        <w:t xml:space="preserve">, </w:t>
      </w:r>
      <w:hyperlink r:id="rId9">
        <w:r>
          <w:rPr>
            <w:color w:val="0000EE"/>
            <w:u w:val="single"/>
          </w:rPr>
          <w:t>[2]</w:t>
        </w:r>
      </w:hyperlink>
      <w:r>
        <w:t xml:space="preserve">- Paragraph 4: </w:t>
      </w:r>
      <w:hyperlink r:id="rId11">
        <w:r>
          <w:rPr>
            <w:color w:val="0000EE"/>
            <w:u w:val="single"/>
          </w:rPr>
          <w:t>[3]</w:t>
        </w:r>
      </w:hyperlink>
      <w:r>
        <w:t xml:space="preserve">, </w:t>
      </w:r>
      <w:hyperlink r:id="rId14">
        <w:r>
          <w:rPr>
            <w:color w:val="0000EE"/>
            <w:u w:val="single"/>
          </w:rPr>
          <w:t>[7]</w:t>
        </w:r>
      </w:hyperlink>
      <w:r>
        <w:t xml:space="preserve">- Paragraph 5: </w:t>
      </w:r>
      <w:hyperlink r:id="rId10">
        <w:r>
          <w:rPr>
            <w:color w:val="0000EE"/>
            <w:u w:val="single"/>
          </w:rPr>
          <w:t>[4]</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https://www.dailystar.co.uk/showbiz/christine-mcguinness-flashes-legs-corset-37392568</w:t>
        </w:r>
      </w:hyperlink>
      <w:r>
        <w:t xml:space="preserve"> - Please view link - unable to able to access data</w:t>
      </w:r>
      <w:r/>
    </w:p>
    <w:p>
      <w:pPr>
        <w:pStyle w:val="ListNumber"/>
        <w:spacing w:line="240" w:lineRule="auto"/>
        <w:ind w:left="720"/>
      </w:pPr>
      <w:r/>
      <w:hyperlink r:id="rId9">
        <w:r>
          <w:rPr>
            <w:color w:val="0000EE"/>
            <w:u w:val="single"/>
          </w:rPr>
          <w:t>https://www.dailystar.co.uk/showbiz/christine-mcguinness-flashes-legs-corset-37392568</w:t>
        </w:r>
      </w:hyperlink>
      <w:r>
        <w:t xml:space="preserve"> - Christine McGuinness, a 38-year-old model and television personality, celebrated London Pride in a white corset dress and rainbow-coloured heels. She shared photos on Instagram with the caption: 'More love, Less labels. Open hearts, Open doors. Happy Pride everyone!' Her followers praised her look, with comments like 'Happy pride Beautiful! Love is love' and 'So stunning'. Christine was married to TV host Paddy McGuinness for 11 years before their separation in 2022 and divorce in 2024. She has since been open about her sexuality, stating it was 'never a secret' and expressing a desire for 'more love, less labels'.</w:t>
      </w:r>
      <w:r/>
    </w:p>
    <w:p>
      <w:pPr>
        <w:pStyle w:val="ListNumber"/>
        <w:spacing w:line="240" w:lineRule="auto"/>
        <w:ind w:left="720"/>
      </w:pPr>
      <w:r/>
      <w:hyperlink r:id="rId11">
        <w:r>
          <w:rPr>
            <w:color w:val="0000EE"/>
            <w:u w:val="single"/>
          </w:rPr>
          <w:t>https://www.thepinknews.com/2026/04/28/christine-mcguinness-dating-wife-paddy-split/</w:t>
        </w:r>
      </w:hyperlink>
      <w:r>
        <w:t xml:space="preserve"> - Following her divorce from Paddy McGuinness, Christine McGuinness expressed a desire to have a wife one day. She stated, 'I would love to have a wife one day,' indicating her openness to same-sex relationships after her 11-year marriage ended in 2024. Despite dating women since her separation, Christine does not label her sexuality, emphasizing her openness to love regardless of gender.</w:t>
      </w:r>
      <w:r/>
    </w:p>
    <w:p>
      <w:pPr>
        <w:pStyle w:val="ListNumber"/>
        <w:spacing w:line="240" w:lineRule="auto"/>
        <w:ind w:left="720"/>
      </w:pPr>
      <w:r/>
      <w:hyperlink r:id="rId10">
        <w:r>
          <w:rPr>
            <w:color w:val="0000EE"/>
            <w:u w:val="single"/>
          </w:rPr>
          <w:t>https://www.geo.tv/latest/653342-christine-mcguinness-reveals-she-is-dating-after-toxic-divorce-from</w:t>
        </w:r>
      </w:hyperlink>
      <w:r>
        <w:t xml:space="preserve"> - Christine McGuinness has been dating women since her separation from Paddy McGuinness in 2022. She has set clear boundaries about dating and revealed the one 'toxic' trait she is trying to leave behind. Despite her new relationships, she continues to co-parent her three children with Paddy, who have all been diagnosed with autism.</w:t>
      </w:r>
      <w:r/>
    </w:p>
    <w:p>
      <w:pPr>
        <w:pStyle w:val="ListNumber"/>
        <w:spacing w:line="240" w:lineRule="auto"/>
        <w:ind w:left="720"/>
      </w:pPr>
      <w:r/>
      <w:hyperlink r:id="rId12">
        <w:r>
          <w:rPr>
            <w:color w:val="0000EE"/>
            <w:u w:val="single"/>
          </w:rPr>
          <w:t>https://www.thepinknews.com/2025/08/11/celebs-go-dating-christine-mcguinness-partner-girlfriend-lgbtq-lesbian-husband/</w:t>
        </w:r>
      </w:hyperlink>
      <w:r>
        <w:t xml:space="preserve"> - Christine McGuinness appeared on 'Celebs Go Dating' in 2025, expressing her openness to dating both men and women. This marked her first public discussion about her sexuality following her separation from husband Paddy McGuinness. She emphasized her desire to feel free in her relationships, stating, 'I want to feel free to hold somebody’s hand. It shouldn’t matter if they’re male or female, it shouldn’t matter what their gender is.'</w:t>
      </w:r>
      <w:r/>
    </w:p>
    <w:p>
      <w:pPr>
        <w:pStyle w:val="ListNumber"/>
        <w:spacing w:line="240" w:lineRule="auto"/>
        <w:ind w:left="720"/>
      </w:pPr>
      <w:r/>
      <w:hyperlink r:id="rId13">
        <w:r>
          <w:rPr>
            <w:color w:val="0000EE"/>
            <w:u w:val="single"/>
          </w:rPr>
          <w:t>https://www.thepinknews.com/2025/06/04/christine-mcguinness-opens-up-how-to-fail-with-elizabeth-day/</w:t>
        </w:r>
      </w:hyperlink>
      <w:r>
        <w:t xml:space="preserve"> - In an interview with Elizabeth Day, Christine McGuinness discussed her sexuality, revealing she had dated both men and women before meeting her ex-husband. She stated, 'It was never a secret for me,' highlighting her openness about her sexual orientation prior to her marriage and subsequent separation from Paddy McGuinness.</w:t>
      </w:r>
      <w:r/>
    </w:p>
    <w:p>
      <w:pPr>
        <w:pStyle w:val="ListNumber"/>
        <w:spacing w:line="240" w:lineRule="auto"/>
        <w:ind w:left="720"/>
      </w:pPr>
      <w:r/>
      <w:hyperlink r:id="rId14">
        <w:r>
          <w:rPr>
            <w:color w:val="0000EE"/>
            <w:u w:val="single"/>
          </w:rPr>
          <w:t>https://www.thepinknews.com/2026/04/21/i-kissed-a-girl-boy-spin-off-podcast-amy-spalding-gareth-valentino/</w:t>
        </w:r>
      </w:hyperlink>
      <w:r>
        <w:t xml:space="preserve"> - Christine McGuinness is set to appear on the new dating podcast 'It Started With A Kiss', a spin-off from the BBC series 'I Kissed A Girl' and 'I Kissed A Boy'. The podcast, launching on 28 April, will feature Christine alongside Australian footballer Josh Cavallo, discussing their experiences with love and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star.co.uk/showbiz/christine-mcguinness-flashes-legs-corset-37392568" TargetMode="External"/><Relationship Id="rId10" Type="http://schemas.openxmlformats.org/officeDocument/2006/relationships/hyperlink" Target="https://www.geo.tv/latest/653342-christine-mcguinness-reveals-she-is-dating-after-toxic-divorce-from" TargetMode="External"/><Relationship Id="rId11" Type="http://schemas.openxmlformats.org/officeDocument/2006/relationships/hyperlink" Target="https://www.thepinknews.com/2026/04/28/christine-mcguinness-dating-wife-paddy-split/" TargetMode="External"/><Relationship Id="rId12" Type="http://schemas.openxmlformats.org/officeDocument/2006/relationships/hyperlink" Target="https://www.thepinknews.com/2025/08/11/celebs-go-dating-christine-mcguinness-partner-girlfriend-lgbtq-lesbian-husband/" TargetMode="External"/><Relationship Id="rId13" Type="http://schemas.openxmlformats.org/officeDocument/2006/relationships/hyperlink" Target="https://www.thepinknews.com/2025/06/04/christine-mcguinness-opens-up-how-to-fail-with-elizabeth-day/" TargetMode="External"/><Relationship Id="rId14" Type="http://schemas.openxmlformats.org/officeDocument/2006/relationships/hyperlink" Target="https://www.thepinknews.com/2026/04/21/i-kissed-a-girl-boy-spin-off-podcast-amy-spalding-gareth-valentin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