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Burlington Pride Parade 2026: What to Expect and Who’s Running It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lining up and communities are gearing up as Burlington’s beloved Pride Parade and Festival returns on Sunday, Sept. 13; local groups have stepped in after the Pride Center of Vermont paused operations, and organisers say this year’s event will be a spirited, community-driven celebration that keeps vital services in mind.</w:t>
      </w:r>
      <w:r/>
    </w:p>
    <w:p>
      <w:r/>
      <w:r>
        <w:t>Essential Takeaways</w:t>
      </w:r>
      <w:r/>
      <w:r/>
    </w:p>
    <w:p>
      <w:pPr>
        <w:pStyle w:val="ListBullet"/>
        <w:spacing w:line="240" w:lineRule="auto"/>
        <w:ind w:left="720"/>
      </w:pPr>
      <w:r/>
      <w:r>
        <w:rPr>
          <w:b/>
        </w:rPr>
        <w:t>Event date and place:</w:t>
      </w:r>
      <w:r>
        <w:t xml:space="preserve"> Burlington Pride Parade and Festival returns Sunday, Sept. 13, in downtown Burlington , family-friendly and visible. </w:t>
      </w:r>
      <w:r/>
    </w:p>
    <w:p>
      <w:pPr>
        <w:pStyle w:val="ListBullet"/>
        <w:spacing w:line="240" w:lineRule="auto"/>
        <w:ind w:left="720"/>
      </w:pPr>
      <w:r/>
      <w:r>
        <w:rPr>
          <w:b/>
        </w:rPr>
        <w:t>New lead organisers:</w:t>
      </w:r>
      <w:r>
        <w:t xml:space="preserve"> Burly Bear, Out in the 802, and Queer Vermont are running this year’s parade after the Pride Center “passed the torch.” </w:t>
      </w:r>
      <w:r/>
    </w:p>
    <w:p>
      <w:pPr>
        <w:pStyle w:val="ListBullet"/>
        <w:spacing w:line="240" w:lineRule="auto"/>
        <w:ind w:left="720"/>
      </w:pPr>
      <w:r/>
      <w:r>
        <w:rPr>
          <w:b/>
        </w:rPr>
        <w:t>Pride Center status:</w:t>
      </w:r>
      <w:r>
        <w:t xml:space="preserve"> The Pride Center paused operations last October but received a $350,000 gift to stabilise finances and consider relaunching. </w:t>
      </w:r>
      <w:r/>
    </w:p>
    <w:p>
      <w:pPr>
        <w:pStyle w:val="ListBullet"/>
        <w:spacing w:line="240" w:lineRule="auto"/>
        <w:ind w:left="720"/>
      </w:pPr>
      <w:r/>
      <w:r>
        <w:rPr>
          <w:b/>
        </w:rPr>
        <w:t>Services shifted:</w:t>
      </w:r>
      <w:r>
        <w:t xml:space="preserve"> Medical and support services such as HIV testing, substance-use assistance, and SafeSpace support have been picked up by local partners. </w:t>
      </w:r>
      <w:r/>
    </w:p>
    <w:p>
      <w:pPr>
        <w:pStyle w:val="ListBullet"/>
        <w:spacing w:line="240" w:lineRule="auto"/>
        <w:ind w:left="720"/>
      </w:pPr>
      <w:r/>
      <w:r>
        <w:rPr>
          <w:b/>
        </w:rPr>
        <w:t>What to expect:</w:t>
      </w:r>
      <w:r>
        <w:t xml:space="preserve"> A community-focused parade with volunteers, smaller organisations and programme continuity while the Pride Center rebuilds.</w:t>
      </w:r>
      <w:r/>
      <w:r/>
    </w:p>
    <w:p>
      <w:pPr>
        <w:pStyle w:val="Heading2"/>
      </w:pPr>
      <w:r>
        <w:t>A welcome return , what the Sept. 13 date means for Burlington</w:t>
      </w:r>
      <w:r/>
    </w:p>
    <w:p>
      <w:r/>
      <w:r>
        <w:t>Burlington’s Pride coming back to the calendar is more than a parade; it’s a public signal that queer visibility and community rituals are intact. The vibe is likely to be colourful, loud and warm, with the sort of crowd energy that makes parades feel like tiny civic festivals, not just processions.</w:t>
      </w:r>
      <w:r/>
    </w:p>
    <w:p>
      <w:r/>
      <w:r>
        <w:t>The Pride Center of Vermont paused operations late last year while its board worked to stabilise finances, so handing parade duties to Burly Bear, Out in the 802 and Queer Vermont keeps the event alive without a gap. If you’ve attended Burlington Pride before, expect many familiar faces mixed with fresh organisers and new community partnerships.</w:t>
      </w:r>
      <w:r/>
    </w:p>
    <w:p>
      <w:r/>
      <w:r>
        <w:t>Practical tip: arrive early for parade viewing and local vendor stalls, and check PrideVT.org for route and accessibility details.</w:t>
      </w:r>
      <w:r/>
    </w:p>
    <w:p>
      <w:pPr>
        <w:pStyle w:val="Heading2"/>
      </w:pPr>
      <w:r>
        <w:t>Who’s running the show , Burly Bear, Out in the 802 and Queer Vermont</w:t>
      </w:r>
      <w:r/>
    </w:p>
    <w:p>
      <w:r/>
      <w:r>
        <w:t>This year’s “passing of the torch” is an unusual, pragmatic move that shows the community can be nimble. Each group brings strengths: grassroots outreach, local LGBTQ programming experience, and event know-how, so you’ll probably see a blend of traditional parade pageantry and community-centred activities.</w:t>
      </w:r>
      <w:r/>
    </w:p>
    <w:p>
      <w:r/>
      <w:r>
        <w:t>Officials say the Pride Center formally stepped back and invited these groups to lead; likewise, other organisations have already taken up programme elements, so the festival will likely feature volunteers and smaller nonprofits alongside bigger floats. Expect a more distributed organisational model , which can be resilient, but also a bit improvisational.</w:t>
      </w:r>
      <w:r/>
    </w:p>
    <w:p>
      <w:r/>
      <w:r>
        <w:t>Practical tip: if you want to join a contingent, reach out through the groups’ social channels; smaller groups often welcome new volunteers and performers.</w:t>
      </w:r>
      <w:r/>
    </w:p>
    <w:p>
      <w:pPr>
        <w:pStyle w:val="Heading2"/>
      </w:pPr>
      <w:r>
        <w:t>The Pride Center’s crisis and the $350,000 lifeline</w:t>
      </w:r>
      <w:r/>
    </w:p>
    <w:p>
      <w:r/>
      <w:r>
        <w:t>Last autumn’s “operational pause” made headlines and left people wondering if Burlington Pride might vanish. Then an anonymous $350,000 gift arrived, described by local outlets as transformational. The donation covered debt, paid for an independent financial review, created an emergency fund and tightened oversight , basic but essential steps to make a longer-term comeback possible.</w:t>
      </w:r>
      <w:r/>
    </w:p>
    <w:p>
      <w:r/>
      <w:r>
        <w:t>According to local reporting, that money doesn’t mean an immediate full reopening; sustained donor support will be needed to restore services and physical space. Still, the gift opened the door for a measured relaunch and greater transparency , good news for people who relied on the centre’s programmes.</w:t>
      </w:r>
      <w:r/>
    </w:p>
    <w:p>
      <w:r/>
      <w:r>
        <w:t>Practical tip: community donors can consider recurring contributions rather than one-off gifts to help long-term stability.</w:t>
      </w:r>
      <w:r/>
    </w:p>
    <w:p>
      <w:pPr>
        <w:pStyle w:val="Heading2"/>
      </w:pPr>
      <w:r>
        <w:t>Who’s picked up the support services , continuity despite change</w:t>
      </w:r>
      <w:r/>
    </w:p>
    <w:p>
      <w:r/>
      <w:r>
        <w:t>When the Pride Center moved out of its downtown space, other providers stepped into the gap. Vermont Cares and the Howard Center took on medical supports like HIV testing and substance-use treatment, and the SafeSpace programme was moved under the Vermont Network umbrella.</w:t>
      </w:r>
      <w:r/>
    </w:p>
    <w:p>
      <w:r/>
      <w:r>
        <w:t>That handover keeps crucial services available, even if they’re delivered from different locations or agencies. For many users, the practical day-to-day help matters more than which building hosts it, and local partners have emphasised keeping access seamless.</w:t>
      </w:r>
      <w:r/>
    </w:p>
    <w:p>
      <w:r/>
      <w:r>
        <w:t>Practical tip: check provider websites for updated hours and testing locations, and confirm whether appointments or walk-ins are preferred.</w:t>
      </w:r>
      <w:r/>
    </w:p>
    <w:p>
      <w:pPr>
        <w:pStyle w:val="Heading2"/>
      </w:pPr>
      <w:r>
        <w:t>What this year’s parade says about community resilience</w:t>
      </w:r>
      <w:r/>
    </w:p>
    <w:p>
      <w:r/>
      <w:r>
        <w:t>There’s a human story woven through this logistics update: a community pivoting when an anchor organisation falters. Passing the parade torch shows organisers want the ritual preserved while the Pride Center sorts out governance and funding. For attendees, it’ll feel familiar but also a bit different , a testament to collaboration, not collapse.</w:t>
      </w:r>
      <w:r/>
    </w:p>
    <w:p>
      <w:r/>
      <w:r>
        <w:t>Looking ahead, the parade will be a chance to celebrate visible unity and to remind people that services and advocacy continue, even through change. Bring sunscreen, cash for local stalls, and a readiness to cheer loudly.</w:t>
      </w:r>
      <w:r/>
    </w:p>
    <w:p>
      <w:r/>
      <w:r>
        <w:t>It's a small change that can make every parade and every supporting service safer and stronger.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[4]</w:t>
        </w:r>
      </w:hyperlink>
      <w:r>
        <w:t xml:space="preserve">, </w:t>
      </w:r>
      <w:hyperlink r:id="rId13">
        <w:r>
          <w:rPr>
            <w:color w:val="0000EE"/>
            <w:u w:val="single"/>
          </w:rPr>
          <w:t>[5]</w:t>
        </w:r>
      </w:hyperlink>
      <w:r>
        <w:t xml:space="preserve">- Paragraph 4: </w:t>
      </w:r>
      <w:hyperlink r:id="rId14">
        <w:r>
          <w:rPr>
            <w:color w:val="0000EE"/>
            <w:u w:val="single"/>
          </w:rPr>
          <w:t>[2]</w:t>
        </w:r>
      </w:hyperlink>
      <w:r>
        <w:t xml:space="preserve">, </w:t>
      </w:r>
      <w:hyperlink r:id="rId12">
        <w:r>
          <w:rPr>
            <w:color w:val="0000EE"/>
            <w:u w:val="single"/>
          </w:rPr>
          <w:t>[3]</w:t>
        </w:r>
      </w:hyperlink>
      <w:r>
        <w:t xml:space="preserve">- Paragraph 5: </w:t>
      </w:r>
      <w:hyperlink r:id="rId11">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https://www.mynbc5.com/article/burlington-pride-parade-festival-2026/71837834</w:t>
        </w:r>
      </w:hyperlink>
      <w:r>
        <w:t xml:space="preserve"> - Please view link - unable to able to access data</w:t>
      </w:r>
      <w:r/>
    </w:p>
    <w:p>
      <w:pPr>
        <w:pStyle w:val="ListNumber"/>
        <w:spacing w:line="240" w:lineRule="auto"/>
        <w:ind w:left="720"/>
      </w:pPr>
      <w:r/>
      <w:hyperlink r:id="rId14">
        <w:r>
          <w:rPr>
            <w:color w:val="0000EE"/>
            <w:u w:val="single"/>
          </w:rPr>
          <w:t>https://www.pridecentervt.org/safespace/</w:t>
        </w:r>
      </w:hyperlink>
      <w:r>
        <w:t xml:space="preserve"> - The SafeSpace Anti-Violence Program, established in 2007, continues to operate under the Vermont Network after the Pride Center of Vermont paused its operations in October 2025. The program offers comprehensive services to LGBTQ+ survivors of various forms of violence, including hate, bias, harassment, discrimination, abuse, intimate partner violence, stalking, trafficking, and sexual assault. Advocates are available to provide support during this transitional period.</w:t>
      </w:r>
      <w:r/>
    </w:p>
    <w:p>
      <w:pPr>
        <w:pStyle w:val="ListNumber"/>
        <w:spacing w:line="240" w:lineRule="auto"/>
        <w:ind w:left="720"/>
      </w:pPr>
      <w:r/>
      <w:hyperlink r:id="rId12">
        <w:r>
          <w:rPr>
            <w:color w:val="0000EE"/>
            <w:u w:val="single"/>
          </w:rPr>
          <w:t>https://www.vermontpublic.org/local-news/2025-10-09/pride-center-of-vermont-to-pause-operations-indefinitely</w:t>
        </w:r>
      </w:hyperlink>
      <w:r>
        <w:t xml:space="preserve"> - In October 2025, the Pride Center of Vermont announced an indefinite pause in its operations due to significant funding losses and shifting priorities at the state and federal levels. The organization cited the need to raise approximately $350,000 to resume full services, highlighting the challenges faced by community-based nonprofits in maintaining support for the LGBTQ+ community amid financial constraints.</w:t>
      </w:r>
      <w:r/>
    </w:p>
    <w:p>
      <w:pPr>
        <w:pStyle w:val="ListNumber"/>
        <w:spacing w:line="240" w:lineRule="auto"/>
        <w:ind w:left="720"/>
      </w:pPr>
      <w:r/>
      <w:hyperlink r:id="rId10">
        <w:r>
          <w:rPr>
            <w:color w:val="0000EE"/>
            <w:u w:val="single"/>
          </w:rPr>
          <w:t>https://www.wcax.com/2025/11/26/anonymous-donor-saves-pride-center-vermont-with-350k-gift/</w:t>
        </w:r>
      </w:hyperlink>
      <w:r>
        <w:t xml:space="preserve"> - An anonymous donor provided a $350,000 gift to the Pride Center of Vermont in November 2025, following the organization's pause in operations due to financial challenges. This donation was intended to address outstanding debts, establish an emergency fund, and support the development of a strategic plan for reopening, offering a lifeline to the center as it worked to revive its services for the LGBTQ+ community.</w:t>
      </w:r>
      <w:r/>
    </w:p>
    <w:p>
      <w:pPr>
        <w:pStyle w:val="ListNumber"/>
        <w:spacing w:line="240" w:lineRule="auto"/>
        <w:ind w:left="720"/>
      </w:pPr>
      <w:r/>
      <w:hyperlink r:id="rId13">
        <w:r>
          <w:rPr>
            <w:color w:val="0000EE"/>
            <w:u w:val="single"/>
          </w:rPr>
          <w:t>https://vtdigger.org/2025/12/01/pride-center-of-vermont-gets-350k-donation-and-works-to-revive-operations/</w:t>
        </w:r>
      </w:hyperlink>
      <w:r>
        <w:t xml:space="preserve"> - The Pride Center of Vermont received a $350,000 anonymous donation in December 2025, aiding in the revival of its operations after a pause due to financial difficulties. The organization stated that this contribution would provide the necessary 'breathing room' to develop and implement a sustainable path forward, allowing it to reimagine its future and rebuild trust within the community.</w:t>
      </w:r>
      <w:r/>
    </w:p>
    <w:p>
      <w:pPr>
        <w:pStyle w:val="ListNumber"/>
        <w:spacing w:line="240" w:lineRule="auto"/>
        <w:ind w:left="720"/>
      </w:pPr>
      <w:r/>
      <w:hyperlink r:id="rId11">
        <w:r>
          <w:rPr>
            <w:color w:val="0000EE"/>
            <w:u w:val="single"/>
          </w:rPr>
          <w:t>https://www.wcax.com/2026/06/10/pride-center-vermont-relaunch-online-organization/</w:t>
        </w:r>
      </w:hyperlink>
      <w:r>
        <w:t xml:space="preserve"> - In June 2026, the Pride Center of Vermont announced its relaunch as an online organization, utilizing new research to better serve the LGBTQ+ community. The center's physical location in Burlington had been closed since October 2025, and the organization aimed to use community mapping data to guide its statewide direction, focusing on building connections and improving access to health resources for queer Vermonters.</w:t>
      </w:r>
      <w:r/>
    </w:p>
    <w:p>
      <w:pPr>
        <w:pStyle w:val="ListNumber"/>
        <w:spacing w:line="240" w:lineRule="auto"/>
        <w:ind w:left="720"/>
      </w:pPr>
      <w:r/>
      <w:hyperlink r:id="rId15">
        <w:r>
          <w:rPr>
            <w:color w:val="0000EE"/>
            <w:u w:val="single"/>
          </w:rPr>
          <w:t>https://www.pridecentervt.org/</w:t>
        </w:r>
      </w:hyperlink>
      <w:r>
        <w:t xml:space="preserve"> - The Pride Center of Vermont, founded in 1999, is dedicated to celebrating, educating, and advocating for LGBTQ+ Vermonters. The center coordinates various programs, including the SafeSpace Anti-Violence Program, HIV-prevention initiatives, and support for transgender and nonbinary individuals. Despite facing financial challenges leading to a pause in operations in October 2025, the organization continues to serve the community through its online presence and ongoing efforts to rebuild and reimagine its future.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nbc5.com/article/burlington-pride-parade-festival-2026/71837834" TargetMode="External"/><Relationship Id="rId10" Type="http://schemas.openxmlformats.org/officeDocument/2006/relationships/hyperlink" Target="https://www.wcax.com/2025/11/26/anonymous-donor-saves-pride-center-vermont-with-350k-gift/" TargetMode="External"/><Relationship Id="rId11" Type="http://schemas.openxmlformats.org/officeDocument/2006/relationships/hyperlink" Target="https://www.wcax.com/2026/06/10/pride-center-vermont-relaunch-online-organization/" TargetMode="External"/><Relationship Id="rId12" Type="http://schemas.openxmlformats.org/officeDocument/2006/relationships/hyperlink" Target="https://www.vermontpublic.org/local-news/2025-10-09/pride-center-of-vermont-to-pause-operations-indefinitely" TargetMode="External"/><Relationship Id="rId13" Type="http://schemas.openxmlformats.org/officeDocument/2006/relationships/hyperlink" Target="https://vtdigger.org/2025/12/01/pride-center-of-vermont-gets-350k-donation-and-works-to-revive-operations/" TargetMode="External"/><Relationship Id="rId14" Type="http://schemas.openxmlformats.org/officeDocument/2006/relationships/hyperlink" Target="https://www.pridecentervt.org/safespace/" TargetMode="External"/><Relationship Id="rId15" Type="http://schemas.openxmlformats.org/officeDocument/2006/relationships/hyperlink" Target="https://www.pridecenterv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