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Washington State Pride Guide: Where to Celebrate Pride Season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sightseers and community members are turning out across Washington from June into September , not just for Seattle’s big June parade but for dozens of hometown Prides that bring parades, beach parties, boat parades and quiet farmers‑market marches. Here’s a regional guide to the season, who’s hosting what and why it matters for visitors and locals.</w:t>
      </w:r>
      <w:r/>
    </w:p>
    <w:p>
      <w:r/>
      <w:r>
        <w:t>Essential Takeaways</w:t>
      </w:r>
      <w:r/>
      <w:r/>
    </w:p>
    <w:p>
      <w:pPr>
        <w:pStyle w:val="ListBullet"/>
        <w:spacing w:line="240" w:lineRule="auto"/>
        <w:ind w:left="720"/>
      </w:pPr>
      <w:r/>
      <w:r>
        <w:rPr>
          <w:b/>
        </w:rPr>
        <w:t>Season length:</w:t>
      </w:r>
      <w:r>
        <w:t xml:space="preserve"> Pride in Washington runs from early June through September, not just one weekend in Seattle.</w:t>
      </w:r>
      <w:r/>
    </w:p>
    <w:p>
      <w:pPr>
        <w:pStyle w:val="ListBullet"/>
        <w:spacing w:line="240" w:lineRule="auto"/>
        <w:ind w:left="720"/>
      </w:pPr>
      <w:r/>
      <w:r>
        <w:rPr>
          <w:b/>
        </w:rPr>
        <w:t>Big and small:</w:t>
      </w:r>
      <w:r>
        <w:t xml:space="preserve"> Seattle’s parade is the largest, but regional events in Spokane, Olympia, Tacoma and Vancouver each have a distinct vibe.</w:t>
      </w:r>
      <w:r/>
    </w:p>
    <w:p>
      <w:pPr>
        <w:pStyle w:val="ListBullet"/>
        <w:spacing w:line="240" w:lineRule="auto"/>
        <w:ind w:left="720"/>
      </w:pPr>
      <w:r/>
      <w:r>
        <w:rPr>
          <w:b/>
        </w:rPr>
        <w:t>Unique highlights:</w:t>
      </w:r>
      <w:r>
        <w:t xml:space="preserve"> Port Townsend stages a Pride boat parade; Trans Pride Seattle focuses on trans performers and community.</w:t>
      </w:r>
      <w:r/>
    </w:p>
    <w:p>
      <w:pPr>
        <w:pStyle w:val="ListBullet"/>
        <w:spacing w:line="240" w:lineRule="auto"/>
        <w:ind w:left="720"/>
      </w:pPr>
      <w:r/>
      <w:r>
        <w:rPr>
          <w:b/>
        </w:rPr>
        <w:t>Family‑friendly options:</w:t>
      </w:r>
      <w:r>
        <w:t xml:space="preserve"> Olympia and many small‑town Prides emphasise alcohol‑free, family events and zero‑waste aims.</w:t>
      </w:r>
      <w:r/>
    </w:p>
    <w:p>
      <w:pPr>
        <w:pStyle w:val="ListBullet"/>
        <w:spacing w:line="240" w:lineRule="auto"/>
        <w:ind w:left="720"/>
      </w:pPr>
      <w:r/>
      <w:r>
        <w:rPr>
          <w:b/>
        </w:rPr>
        <w:t>Timing tip:</w:t>
      </w:r>
      <w:r>
        <w:t xml:space="preserve"> Check local sites for 2026 dates; most major weekends are set but smaller towns may adjust.</w:t>
      </w:r>
      <w:r/>
      <w:r/>
    </w:p>
    <w:p>
      <w:pPr>
        <w:pStyle w:val="Heading2"/>
      </w:pPr>
      <w:r>
        <w:t>Why Seattle’s weekend isn’t the whole story</w:t>
      </w:r>
      <w:r/>
    </w:p>
    <w:p>
      <w:r/>
      <w:r>
        <w:t>If you’ve only ever pictured a single downtown march, you’re missing the wider scene , the season spills across the state with very different flavours. Seattle’s parade and PrideFest draw the biggest crowds in late June and offer both the march and an expansive street festival at Seattle Centre and Capitol Hill. Meanwhile Trans Pride Seattle provides a focused, evening celebration with an all‑Trans stage that feels joyful and intimate. For visitors, the two events together mean you can march and then catch live performances without trekking across town.</w:t>
      </w:r>
      <w:r/>
    </w:p>
    <w:p>
      <w:r/>
      <w:r>
        <w:t>Backstory: Seattle’s weekend remains the anchor for many but organisers and grassroots groups have kept separate events alive, so community spaces stay local. Practical tip: arrive early for parade viewing and use public transport; Seattle PrideFest schedules help you pick stages and vendors.</w:t>
      </w:r>
      <w:r/>
    </w:p>
    <w:p>
      <w:pPr>
        <w:pStyle w:val="Heading2"/>
      </w:pPr>
      <w:r>
        <w:t>Spokane and Eastern Washington: big gatherings east of the Cascades</w:t>
      </w:r>
      <w:r/>
    </w:p>
    <w:p>
      <w:r/>
      <w:r>
        <w:t>Spokane is the regional powerhouse, hosting a mid‑June parade and a Rainbow Festival in Riverfront Park, complete with stages and a Two Spirit Powwow. It draws people from across Eastern Washington and North Idaho, so the feel is both celebratory and regional , a hub for smaller towns nearby that don’t have the capacity for big festivals.</w:t>
      </w:r>
      <w:r/>
    </w:p>
    <w:p>
      <w:r/>
      <w:r>
        <w:t>Context: Spokane’s event is well established and often leads the season east of the Cascades. If you’re planning a trip, combine the parade with downtown restaurants and a stroll through Riverfront Park. Local organisers publish schedules in advance, so check community calendars for specific programming.</w:t>
      </w:r>
      <w:r/>
    </w:p>
    <w:p>
      <w:pPr>
        <w:pStyle w:val="Heading2"/>
      </w:pPr>
      <w:r>
        <w:t>Small cities that punch above their weight: Olympia, Tacoma and Vancouver</w:t>
      </w:r>
      <w:r/>
    </w:p>
    <w:p>
      <w:r/>
      <w:r>
        <w:t>Olympia’s Capital City Pride has a neighbourhood, family‑friendly energy: three days of parade and festival at Port Plaza with a zero‑waste, alcohol‑free approach that makes it accessible to families. Tacoma strategically schedules its Pride in July , a deliberate move to avoid overlapping with Seattle , and creates a South Sound showcase at Wright Park with queer and BIPOC performers and a makers market. Vancouver’s Saturday in the Park is one of the oldest continuous Prides after Seattle, keeping a classic community festival feel.</w:t>
      </w:r>
      <w:r/>
    </w:p>
    <w:p>
      <w:r/>
      <w:r>
        <w:t>Why it matters: These are the events where you’ll meet locals, find craft stalls and see community groups up close. If you want a relaxed, low‑crowd experience, pick one of these midsize celebrations and plan for a daytime outing.</w:t>
      </w:r>
      <w:r/>
    </w:p>
    <w:p>
      <w:pPr>
        <w:pStyle w:val="Heading2"/>
      </w:pPr>
      <w:r>
        <w:t>Coast, islands and orchard towns: quirky and scenic Prides</w:t>
      </w:r>
      <w:r/>
    </w:p>
    <w:p>
      <w:r/>
      <w:r>
        <w:t>Some of the most memorable Prides are the smallest. Port Townsend pairs a land festival with a Pride boat parade , yes, boats , which gives the event a maritime, celebratory quirk. Wenatchee and Chelan prove orchard country turns out for Pride, with lake and park festivals that feel like summer fairs. Ferry towns such as Bainbridge and South Whidbey stage weekend events that are easy to fold into a short island break.</w:t>
      </w:r>
      <w:r/>
    </w:p>
    <w:p>
      <w:r/>
      <w:r>
        <w:t>Practical insight: coastal and island Prides are great if you want a scenic backdrop and fewer crowds. Ferries and accommodation can book up, so reserve early if you’re travelling from the city.</w:t>
      </w:r>
      <w:r/>
    </w:p>
    <w:p>
      <w:pPr>
        <w:pStyle w:val="Heading2"/>
      </w:pPr>
      <w:r>
        <w:t>Planning tips: how to pick the right Pride for you</w:t>
      </w:r>
      <w:r/>
    </w:p>
    <w:p>
      <w:r/>
      <w:r>
        <w:t>Think about vibe, accessibility and timing. Want the big parade energy and multiple stages? Go to Seattle. Prefer a family‑oriented, alcohol‑free day with a neighbourhood feel? Olympia is a strong bet. Travelling east or to the islands? Pick a regional festival to combine with local sightseeing. Check organisers’ official pages for set 2026 dates , many groups already list their weekends , and look for info on parking, transit and whether events are free.</w:t>
      </w:r>
      <w:r/>
    </w:p>
    <w:p>
      <w:r/>
      <w:r>
        <w:t>Extra tip: many Prides run multi‑day or monthlong programming, so if a main day is busy, attend a smaller talk, film night or market earlier in the week.</w:t>
      </w:r>
      <w:r/>
    </w:p>
    <w:p>
      <w:r/>
      <w:r>
        <w:t>It’s a small change that can make every Pride weekend feel more local and more yours.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1">
        <w:r>
          <w:rPr>
            <w:color w:val="0000EE"/>
            <w:u w:val="single"/>
          </w:rPr>
          <w:t>[6]</w:t>
        </w:r>
      </w:hyperlink>
      <w:r>
        <w:t xml:space="preserve">- Paragraph 3: </w:t>
      </w:r>
      <w:hyperlink r:id="rId12">
        <w:r>
          <w:rPr>
            <w:color w:val="0000EE"/>
            <w:u w:val="single"/>
          </w:rPr>
          <w:t>[5]</w:t>
        </w:r>
      </w:hyperlink>
      <w:r>
        <w:t xml:space="preserve">, </w:t>
      </w:r>
      <w:hyperlink r:id="rId13">
        <w:r>
          <w:rPr>
            <w:color w:val="0000EE"/>
            <w:u w:val="single"/>
          </w:rPr>
          <w:t>[7]</w:t>
        </w:r>
      </w:hyperlink>
      <w:r>
        <w:t xml:space="preserve">- Paragraph 4: </w:t>
      </w:r>
      <w:hyperlink r:id="rId9">
        <w:r>
          <w:rPr>
            <w:color w:val="0000EE"/>
            <w:u w:val="single"/>
          </w:rPr>
          <w:t>[1]</w:t>
        </w:r>
      </w:hyperlink>
      <w:r>
        <w:t xml:space="preserve">, </w:t>
      </w:r>
      <w:hyperlink r:id="rId14">
        <w:r>
          <w:rPr>
            <w:color w:val="0000EE"/>
            <w:u w:val="single"/>
          </w:rPr>
          <w:t>[3]</w:t>
        </w:r>
      </w:hyperlink>
      <w:r>
        <w:t xml:space="preserve">- Paragraph 5: </w:t>
      </w:r>
      <w:hyperlink r:id="rId9">
        <w:r>
          <w:rPr>
            <w:color w:val="0000EE"/>
            <w:u w:val="single"/>
          </w:rPr>
          <w:t>[1]</w:t>
        </w:r>
      </w:hyperlink>
      <w:r>
        <w:t xml:space="preserve">, </w:t>
      </w:r>
      <w:hyperlink r:id="rId10">
        <w:r>
          <w:rPr>
            <w:color w:val="0000EE"/>
            <w:u w:val="single"/>
          </w:rPr>
          <w:t>[2]</w:t>
        </w:r>
      </w:hyperlink>
      <w:r>
        <w:t xml:space="preserve">- Paragraph 6: </w:t>
      </w:r>
      <w:hyperlink r:id="rId9">
        <w:r>
          <w:rPr>
            <w:color w:val="0000EE"/>
            <w:u w:val="single"/>
          </w:rPr>
          <w:t>[1]</w:t>
        </w:r>
      </w:hyperlink>
      <w:r>
        <w:t xml:space="preserve">, </w:t>
      </w:r>
      <w:hyperlink r:id="rId15">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https://explorewashingtonstate.com/pride-events-in-washington-state/</w:t>
        </w:r>
      </w:hyperlink>
      <w:r>
        <w:t xml:space="preserve"> - Please view link - unable to able to access data</w:t>
      </w:r>
      <w:r/>
    </w:p>
    <w:p>
      <w:pPr>
        <w:pStyle w:val="ListNumber"/>
        <w:spacing w:line="240" w:lineRule="auto"/>
        <w:ind w:left="720"/>
      </w:pPr>
      <w:r/>
      <w:hyperlink r:id="rId10">
        <w:r>
          <w:rPr>
            <w:color w:val="0000EE"/>
            <w:u w:val="single"/>
          </w:rPr>
          <w:t>https://www.seattlepridefest.org/schedule/2026/6/28/pridefest-seattle-center</w:t>
        </w:r>
      </w:hyperlink>
      <w:r>
        <w:t xml:space="preserve"> - PrideFest Seattle Center is scheduled for Sunday, June 28, 2026, from 12:00 PM to 8:00 PM at the Seattle Center. This free event offers hundreds of vendors, food and drink options, and entertainment on three stages, welcoming all attendees to celebrate Pride.</w:t>
      </w:r>
      <w:r/>
    </w:p>
    <w:p>
      <w:pPr>
        <w:pStyle w:val="ListNumber"/>
        <w:spacing w:line="240" w:lineRule="auto"/>
        <w:ind w:left="720"/>
      </w:pPr>
      <w:r/>
      <w:hyperlink r:id="rId14">
        <w:r>
          <w:rPr>
            <w:color w:val="0000EE"/>
            <w:u w:val="single"/>
          </w:rPr>
          <w:t>https://www.spokanedemocrats.org/events/pride-2026</w:t>
        </w:r>
      </w:hyperlink>
      <w:r>
        <w:t xml:space="preserve"> - The Spokane Pride Parade &amp; Festival is set for Saturday, June 13, 2026, from 12:00 PM to 8:00 PM at Riverfront Park in Spokane, Washington. Organised by Spokane Pride, the event includes a parade, festival, and an all-ages dance party, celebrating LGBTQIA+ communities and promoting diversity and inclusion.</w:t>
      </w:r>
      <w:r/>
    </w:p>
    <w:p>
      <w:pPr>
        <w:pStyle w:val="ListNumber"/>
        <w:spacing w:line="240" w:lineRule="auto"/>
        <w:ind w:left="720"/>
      </w:pPr>
      <w:r/>
      <w:hyperlink r:id="rId15">
        <w:r>
          <w:rPr>
            <w:color w:val="0000EE"/>
            <w:u w:val="single"/>
          </w:rPr>
          <w:t>https://www.seattlepridefest.org/schedule/2026/6/6/taking-pride-in-capitol-hill</w:t>
        </w:r>
      </w:hyperlink>
      <w:r>
        <w:t xml:space="preserve"> - Taking Pride in Capitol Hill is an all-volunteer event on Saturday, June 6, 2026, from 9:00 AM to 1:00 PM. Participants gather at the Plaza at Connection on Broadway to clean the streets and sidewalks of Capitol Hill, preparing the community for upcoming Pride events. The event provides breakfast, lunch, and cleaning supplies.</w:t>
      </w:r>
      <w:r/>
    </w:p>
    <w:p>
      <w:pPr>
        <w:pStyle w:val="ListNumber"/>
        <w:spacing w:line="240" w:lineRule="auto"/>
        <w:ind w:left="720"/>
      </w:pPr>
      <w:r/>
      <w:hyperlink r:id="rId12">
        <w:r>
          <w:rPr>
            <w:color w:val="0000EE"/>
            <w:u w:val="single"/>
          </w:rPr>
          <w:t>https://www.spokanepride.org/pride2026</w:t>
        </w:r>
      </w:hyperlink>
      <w:r>
        <w:t xml:space="preserve"> - Spokane Pride 2026 features a Parade &amp; Festival on Friday and Saturday, June 12th and 13th. The event includes a Friday Kickoff Party, a 35th Annual Pride Parade on Saturday, and various entertainment options throughout the day, celebrating LGBTQIA2S+ Pride in the Inland Northwest.</w:t>
      </w:r>
      <w:r/>
    </w:p>
    <w:p>
      <w:pPr>
        <w:pStyle w:val="ListNumber"/>
        <w:spacing w:line="240" w:lineRule="auto"/>
        <w:ind w:left="720"/>
      </w:pPr>
      <w:r/>
      <w:hyperlink r:id="rId11">
        <w:r>
          <w:rPr>
            <w:color w:val="0000EE"/>
            <w:u w:val="single"/>
          </w:rPr>
          <w:t>https://www.seattlepridefest.org/schedule/2026/6/27/taking-pride-in-capitol-hill</w:t>
        </w:r>
      </w:hyperlink>
      <w:r>
        <w:t xml:space="preserve"> - Taking Pride in Capitol Hill is an all-volunteer event on Saturday, June 27, 2026, from 9:00 AM to 1:00 PM. Participants gather at the Plaza at Connection on Broadway to clean the streets and sidewalks of Capitol Hill, preparing the community for upcoming Pride events. The event provides breakfast, lunch, and cleaning supplies.</w:t>
      </w:r>
      <w:r/>
    </w:p>
    <w:p>
      <w:pPr>
        <w:pStyle w:val="ListNumber"/>
        <w:spacing w:line="240" w:lineRule="auto"/>
        <w:ind w:left="720"/>
      </w:pPr>
      <w:r/>
      <w:hyperlink r:id="rId13">
        <w:r>
          <w:rPr>
            <w:color w:val="0000EE"/>
            <w:u w:val="single"/>
          </w:rPr>
          <w:t>https://www.spokanepride.org/pride2026-1</w:t>
        </w:r>
      </w:hyperlink>
      <w:r>
        <w:t xml:space="preserve"> - Spokane Pride 2026 features a Parade &amp; Festival on Friday and Saturday, June 12th and 13th. The event includes a Friday Kickoff Party, a 35th Annual Pride Parade on Saturday, and various entertainment options throughout the day, celebrating LGBTQIA2S+ Pride in the Inland Northwest.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xplorewashingtonstate.com/pride-events-in-washington-state/" TargetMode="External"/><Relationship Id="rId10" Type="http://schemas.openxmlformats.org/officeDocument/2006/relationships/hyperlink" Target="https://www.seattlepridefest.org/schedule/2026/6/28/pridefest-seattle-center" TargetMode="External"/><Relationship Id="rId11" Type="http://schemas.openxmlformats.org/officeDocument/2006/relationships/hyperlink" Target="https://www.seattlepridefest.org/schedule/2026/6/27/taking-pride-in-capitol-hill" TargetMode="External"/><Relationship Id="rId12" Type="http://schemas.openxmlformats.org/officeDocument/2006/relationships/hyperlink" Target="https://www.spokanepride.org/pride2026" TargetMode="External"/><Relationship Id="rId13" Type="http://schemas.openxmlformats.org/officeDocument/2006/relationships/hyperlink" Target="https://www.spokanepride.org/pride2026-1" TargetMode="External"/><Relationship Id="rId14" Type="http://schemas.openxmlformats.org/officeDocument/2006/relationships/hyperlink" Target="https://www.spokanedemocrats.org/events/pride-2026" TargetMode="External"/><Relationship Id="rId15" Type="http://schemas.openxmlformats.org/officeDocument/2006/relationships/hyperlink" Target="https://www.seattlepridefest.org/schedule/2026/6/6/taking-pride-in-capitol-hil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