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Tony Win for Qween Jean: Why the Cats Costume Victory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theatre fans alike are buzzing: Qween Jean just made Tony Award history for costume design on Cats: The Jellicle Ball, and it matters because representation on stage changes who gets seen , and how we celebrate craft. Here’s why this win is resonating across Broadway and beyond.</w:t>
      </w:r>
      <w:r/>
    </w:p>
    <w:p>
      <w:r/>
      <w:r>
        <w:t>Essential Takeaways</w:t>
      </w:r>
      <w:r/>
      <w:r/>
    </w:p>
    <w:p>
      <w:pPr>
        <w:pStyle w:val="ListBullet"/>
        <w:spacing w:line="240" w:lineRule="auto"/>
        <w:ind w:left="720"/>
      </w:pPr>
      <w:r/>
      <w:r>
        <w:rPr>
          <w:b/>
        </w:rPr>
        <w:t>Historic win:</w:t>
      </w:r>
      <w:r>
        <w:t xml:space="preserve"> Qween Jean is the first openly transgender person to win a Tony for Best Costume Design in a Musical, a milestone moment for visibility and the theatre community.</w:t>
      </w:r>
      <w:r/>
    </w:p>
    <w:p>
      <w:pPr>
        <w:pStyle w:val="ListBullet"/>
        <w:spacing w:line="240" w:lineRule="auto"/>
        <w:ind w:left="720"/>
      </w:pPr>
      <w:r/>
      <w:r>
        <w:rPr>
          <w:b/>
        </w:rPr>
        <w:t>Show-stopping style:</w:t>
      </w:r>
      <w:r>
        <w:t xml:space="preserve"> The costumes for Cats: The Jellicle Ball were praised for bold texture, inventive silhouette and theatrical sparkle that read onstage and at camera distance.</w:t>
      </w:r>
      <w:r/>
    </w:p>
    <w:p>
      <w:pPr>
        <w:pStyle w:val="ListBullet"/>
        <w:spacing w:line="240" w:lineRule="auto"/>
        <w:ind w:left="720"/>
      </w:pPr>
      <w:r/>
      <w:r>
        <w:rPr>
          <w:b/>
        </w:rPr>
        <w:t>Creative team success:</w:t>
      </w:r>
      <w:r>
        <w:t xml:space="preserve"> Choreographers Omari Wiles and Arturo Lyons also scored for Best Choreography, underscoring the production’s overall design and movement strengths.</w:t>
      </w:r>
      <w:r/>
    </w:p>
    <w:p>
      <w:pPr>
        <w:pStyle w:val="ListBullet"/>
        <w:spacing w:line="240" w:lineRule="auto"/>
        <w:ind w:left="720"/>
      </w:pPr>
      <w:r/>
      <w:r>
        <w:rPr>
          <w:b/>
        </w:rPr>
        <w:t>Cultural ripple:</w:t>
      </w:r>
      <w:r>
        <w:t xml:space="preserve"> Coverage from outlets like W Magazine and Broadway.com highlights both the artistry and the wider social significance of the award.</w:t>
      </w:r>
      <w:r/>
    </w:p>
    <w:p>
      <w:pPr>
        <w:pStyle w:val="ListBullet"/>
        <w:spacing w:line="240" w:lineRule="auto"/>
        <w:ind w:left="720"/>
      </w:pPr>
      <w:r/>
      <w:r>
        <w:rPr>
          <w:b/>
        </w:rPr>
        <w:t>Practical note for theatre lovers:</w:t>
      </w:r>
      <w:r>
        <w:t xml:space="preserve"> Expect tour and West End productions to lean into these costume choices, so look for similar design cues in future stagings.</w:t>
      </w:r>
      <w:r/>
      <w:r/>
    </w:p>
    <w:p>
      <w:r/>
      <w:r>
        <w:t>Why this Tony win feels different</w:t>
      </w:r>
      <w:r/>
    </w:p>
    <w:p>
      <w:r/>
      <w:r>
        <w:t>There’s a rare, buzzy mix of craft and culture behind Qween Jean’s victory, and you can almost feel the applause. The costumes themselves read loud and clear from the stalls , lots of layered texture, feline-inspired tailoring and a tendency to sparkle when the stage lights hit. That theatrical shimmer matters; it’s how costume design translates into an emotional hit for an audience, and reviewers have been openly impressed. According to coverage in W Magazine, the designs helped make the show feel both modern and wickedly theatrical.</w:t>
      </w:r>
      <w:r/>
    </w:p>
    <w:p>
      <w:r/>
      <w:r>
        <w:t>But the story isn’t just about sequins and fur. Jean’s recognition marks a step forward in representation on Broadway’s podiums. Broadway.com and other outlets framed the win as historic because it’s the first time an openly transgender designer has taken home the Tony in this category. That’s the kind of milestone that nudges the industry toward broader inclusion, and it gives upcoming designers a visible success story to point to.</w:t>
      </w:r>
      <w:r/>
    </w:p>
    <w:p>
      <w:r/>
      <w:r>
        <w:t>How the costumes shaped the production</w:t>
      </w:r>
      <w:r/>
    </w:p>
    <w:p>
      <w:r/>
      <w:r>
        <w:t>Costume design for a piece like Cats is tricky: it has to read from a distance, survive jumps and twirls, and still convey personality in a single glance. Reports suggest Jean struck that balance by focusing on silhouette and texture over literal cat suits, so each character felt distinct without losing the feline throughline. Critics noted the way movement and costume worked together , which helps explain why choreography by Omari Wiles and Arturo Lyons also earned top recognition. When design and movement click, a musical feels effortless even though it’s anything but.</w:t>
      </w:r>
      <w:r/>
    </w:p>
    <w:p>
      <w:r/>
      <w:r>
        <w:t>For stage designers and students, there’s a practical takeaway: prioritise fabrics that move and catch light, and build layers that read clearly under house lights. And if you’re buying a theatre programme or a cast recording, pay attention to costume credits , they often hint at the production’s priorities.</w:t>
      </w:r>
      <w:r/>
    </w:p>
    <w:p>
      <w:r/>
      <w:r>
        <w:t>What this means for Broadway and culture</w:t>
      </w:r>
      <w:r/>
    </w:p>
    <w:p>
      <w:r/>
      <w:r>
        <w:t>Wins like this ripple beyond the red carpet. They influence hiring conversations, grant decisions and who gets invited to design rooms or mentor programmes. Broadway.com’s reporting puts the win in context: it’s celebrated not only for artistry, but for opening doors. Expect more producers to feel the pressure, and the incentive, to look beyond traditional résumés when hiring creative teams.</w:t>
      </w:r>
      <w:r/>
    </w:p>
    <w:p>
      <w:r/>
      <w:r>
        <w:t>Audiences will likely notice a subtle shift too. When shows emphasise diverse voices behind the scenes, it changes how stories are told onstage. That matters to theatregoers who want both spectacle and substance , and it gives the industry a chance to reflect more of its audience.</w:t>
      </w:r>
      <w:r/>
    </w:p>
    <w:p>
      <w:r/>
      <w:r>
        <w:t>Practical tips for theatre-goers and fans</w:t>
      </w:r>
      <w:r/>
    </w:p>
    <w:p>
      <w:r/>
      <w:r>
        <w:t>If you loved the designs on stage, consider these simple ways to keep engaging: follow designers on social media, buy official merchandise that supports creative teams, and read interviews in venues like W Magazine or Broadway.com to learn how a look was achieved. For anyone studying theatre design, use this moment as a prompt to explore non-traditional pathways into the industry , visibility is changing gatekeepers.</w:t>
      </w:r>
      <w:r/>
    </w:p>
    <w:p>
      <w:r/>
      <w:r>
        <w:t>It’s a small change that can make every curtain call mean a little more.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0">
        <w:r>
          <w:rPr>
            <w:color w:val="0000EE"/>
            <w:u w:val="single"/>
          </w:rPr>
          <w:t>[3]</w:t>
        </w:r>
      </w:hyperlink>
      <w:r>
        <w:t xml:space="preserve">- Paragraph 3: </w:t>
      </w:r>
      <w:hyperlink r:id="rId12">
        <w:r>
          <w:rPr>
            <w:color w:val="0000EE"/>
            <w:u w:val="single"/>
          </w:rPr>
          <w:t>[6]</w:t>
        </w:r>
      </w:hyperlink>
      <w:r>
        <w:t xml:space="preserve">, </w:t>
      </w:r>
      <w:hyperlink r:id="rId10">
        <w:r>
          <w:rPr>
            <w:color w:val="0000EE"/>
            <w:u w:val="single"/>
          </w:rPr>
          <w:t>[3]</w:t>
        </w:r>
      </w:hyperlink>
      <w:r>
        <w:t xml:space="preserve">- Paragraph 4: </w:t>
      </w:r>
      <w:hyperlink r:id="rId13">
        <w:r>
          <w:rPr>
            <w:color w:val="0000EE"/>
            <w:u w:val="single"/>
          </w:rPr>
          <w:t>[5]</w:t>
        </w:r>
      </w:hyperlink>
      <w:r>
        <w:t xml:space="preserve">, </w:t>
      </w:r>
      <w:hyperlink r:id="rId10">
        <w:r>
          <w:rPr>
            <w:color w:val="0000EE"/>
            <w:u w:val="single"/>
          </w:rPr>
          <w:t>[3]</w:t>
        </w:r>
      </w:hyperlink>
      <w:r>
        <w:t xml:space="preserve">- Paragraph 5: </w:t>
      </w:r>
      <w:hyperlink r:id="rId10">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https://www.queerty.com/icymi-meg-stalter-is-a-pop-girlie-qween-jean-makes-tony-history-luke-evans-stuns-as-frank-n-furter-20260705/</w:t>
        </w:r>
      </w:hyperlink>
      <w:r>
        <w:t xml:space="preserve"> - Please view link - unable to able to access data</w:t>
      </w:r>
      <w:r/>
    </w:p>
    <w:p>
      <w:pPr>
        <w:pStyle w:val="ListNumber"/>
        <w:spacing w:line="240" w:lineRule="auto"/>
        <w:ind w:left="720"/>
      </w:pPr>
      <w:r/>
      <w:hyperlink r:id="rId9">
        <w:r>
          <w:rPr>
            <w:color w:val="0000EE"/>
            <w:u w:val="single"/>
          </w:rPr>
          <w:t>https://www.queerty.com/icymi-meg-stalter-is-a-pop-girlie-qween-jean-makes-tony-history-luke-evans-stuns-as-frank-n-furter-20260705/</w:t>
        </w:r>
      </w:hyperlink>
      <w:r>
        <w:t xml:space="preserve"> - Queerty's article highlights recent LGBTQ+ entertainment news, including Meg Stalter's debut as a pop star, Qween Jean's historic Tony Award win for 'Cats: The Jellicle Ball', and Luke Evans' performance as Frank-N-Furter. The piece also features content from Queerty's social media, such as Salina Estitties' performance on 'AllStars 11', the finale of 'Hacks', and speeches by Hannah Einbinder at the Critic’s Choice LGBTQIA+ Awards and Las Culturistas Awards. Additionally, it covers topics like Love Island's queerbaiting and Seth Rogen's comments on what straight couples can learn from gay couples.</w:t>
      </w:r>
      <w:r/>
    </w:p>
    <w:p>
      <w:pPr>
        <w:pStyle w:val="ListNumber"/>
        <w:spacing w:line="240" w:lineRule="auto"/>
        <w:ind w:left="720"/>
      </w:pPr>
      <w:r/>
      <w:hyperlink r:id="rId10">
        <w:r>
          <w:rPr>
            <w:color w:val="0000EE"/>
            <w:u w:val="single"/>
          </w:rPr>
          <w:t>https://www.wmagazine.com/culture/cats-jellicle-ball-broadway-show-costumes-qween-jean-tonys-interview</w:t>
        </w:r>
      </w:hyperlink>
      <w:r>
        <w:t xml:space="preserve"> - W Magazine's interview with Qween Jean discusses her historic Tony Award win for 'Cats: The Jellicle Ball'. Jean reflects on the significance of her achievement, honours Black trans women who paved the way, and shares insights into bringing ballroom culture to Broadway. She describes the moment as a 'rebirth' and elaborates on the creative process behind the costumes that blend traditional Broadway elements with the vibrant energy of ballroom culture.</w:t>
      </w:r>
      <w:r/>
    </w:p>
    <w:p>
      <w:pPr>
        <w:pStyle w:val="ListNumber"/>
        <w:spacing w:line="240" w:lineRule="auto"/>
        <w:ind w:left="720"/>
      </w:pPr>
      <w:r/>
      <w:hyperlink r:id="rId11">
        <w:r>
          <w:rPr>
            <w:color w:val="0000EE"/>
            <w:u w:val="single"/>
          </w:rPr>
          <w:t>https://thegrio.com/2026/06/08/qween-jean-tony-awards-cats-jellicle-ball/</w:t>
        </w:r>
      </w:hyperlink>
      <w:r>
        <w:t xml:space="preserve"> - The Grio's article celebrates Qween Jean's victory as the first openly transgender person to win a Tony Award for 'Cats: The Jellicle Ball'. The piece highlights Jean's journey from ballroom to Broadway, emphasising the impact of Black queer creativity on the stage. It discusses the cultural significance of her win and the representation of Black trans artists in mainstream theatre, marking a milestone for inclusivity and diversity in the arts.</w:t>
      </w:r>
      <w:r/>
    </w:p>
    <w:p>
      <w:pPr>
        <w:pStyle w:val="ListNumber"/>
        <w:spacing w:line="240" w:lineRule="auto"/>
        <w:ind w:left="720"/>
      </w:pPr>
      <w:r/>
      <w:hyperlink r:id="rId13">
        <w:r>
          <w:rPr>
            <w:color w:val="0000EE"/>
            <w:u w:val="single"/>
          </w:rPr>
          <w:t>https://www.broadway.com/buzz/207178/qween-jean-makes-history-as-first-openly-transgender-tony-winner/</w:t>
        </w:r>
      </w:hyperlink>
      <w:r>
        <w:t xml:space="preserve"> - Broadway.com's article reports on Qween Jean's historic achievement as the first openly transgender person to win a Tony Award for 'Cats: The Jellicle Ball'. The piece details Jean's dual nominations in 2026 for Best Costume Design of a Play and Best Costume Design of a Musical, marking her Broadway debut. It also highlights the cultural influence of 'Cats: The Jellicle Ball', noting its praise for queer and trans cultural representation.</w:t>
      </w:r>
      <w:r/>
    </w:p>
    <w:p>
      <w:pPr>
        <w:pStyle w:val="ListNumber"/>
        <w:spacing w:line="240" w:lineRule="auto"/>
        <w:ind w:left="720"/>
      </w:pPr>
      <w:r/>
      <w:hyperlink r:id="rId12">
        <w:r>
          <w:rPr>
            <w:color w:val="0000EE"/>
            <w:u w:val="single"/>
          </w:rPr>
          <w:t>https://www.broadway.com/buzz/207296/omari-wiles-and-arturo-lyons-win-best-choreography-for-cats-the-jellicle-ball-at-the-2026-tony-awards/</w:t>
        </w:r>
      </w:hyperlink>
      <w:r>
        <w:t xml:space="preserve"> - Broadway.com's coverage of the 2026 Tony Awards highlights Omari Wiles and Arturo Lyons winning Best Choreography for 'Cats: The Jellicle Ball'. The article details their contributions to the musical, thanking the Ballroom community for their support. It also notes that 'Cats: The Jellicle Ball' received nine Tony Award nominations, including Best Revival of a Musical, and won three awards in total.</w:t>
      </w:r>
      <w:r/>
    </w:p>
    <w:p>
      <w:pPr>
        <w:pStyle w:val="ListNumber"/>
        <w:spacing w:line="240" w:lineRule="auto"/>
        <w:ind w:left="720"/>
      </w:pPr>
      <w:r/>
      <w:hyperlink r:id="rId13">
        <w:r>
          <w:rPr>
            <w:color w:val="0000EE"/>
            <w:u w:val="single"/>
          </w:rPr>
          <w:t>https://www.broadway.com/buzz/207178/qween-jean-makes-history-as-first-openly-transgender-tony-winner/</w:t>
        </w:r>
      </w:hyperlink>
      <w:r>
        <w:t xml:space="preserve"> - Broadway.com's article reports on Qween Jean's historic achievement as the first openly transgender person to win a Tony Award for 'Cats: The Jellicle Ball'. The piece details Jean's dual nominations in 2026 for Best Costume Design of a Play and Best Costume Design of a Musical, marking her Broadway debut. It also highlights the cultural influence of 'Cats: The Jellicle Ball', noting its praise for queer and trans cultural representation.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icymi-meg-stalter-is-a-pop-girlie-qween-jean-makes-tony-history-luke-evans-stuns-as-frank-n-furter-20260705/" TargetMode="External"/><Relationship Id="rId10" Type="http://schemas.openxmlformats.org/officeDocument/2006/relationships/hyperlink" Target="https://www.wmagazine.com/culture/cats-jellicle-ball-broadway-show-costumes-qween-jean-tonys-interview" TargetMode="External"/><Relationship Id="rId11" Type="http://schemas.openxmlformats.org/officeDocument/2006/relationships/hyperlink" Target="https://thegrio.com/2026/06/08/qween-jean-tony-awards-cats-jellicle-ball/" TargetMode="External"/><Relationship Id="rId12" Type="http://schemas.openxmlformats.org/officeDocument/2006/relationships/hyperlink" Target="https://www.broadway.com/buzz/207296/omari-wiles-and-arturo-lyons-win-best-choreography-for-cats-the-jellicle-ball-at-the-2026-tony-awards/" TargetMode="External"/><Relationship Id="rId13" Type="http://schemas.openxmlformats.org/officeDocument/2006/relationships/hyperlink" Target="https://www.broadway.com/buzz/207178/qween-jean-makes-history-as-first-openly-transgender-tony-win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