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Coming Out: What Sufi Motiwala’s Lock Upp Moment Teaches Families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conversation are changing, viewers and families alike watched Sufi Motiwala on Lock Upp Season 2 and found a candid look at the emotional labour of coming out, why parents need time, and how representation still lags in mainstream entertainment. This matters for anyone supporting a queer loved one or trying to understand the process.</w:t>
      </w:r>
      <w:r/>
    </w:p>
    <w:p>
      <w:r/>
      <w:r>
        <w:t>Essential Takeaways</w:t>
      </w:r>
      <w:r/>
      <w:r/>
    </w:p>
    <w:p>
      <w:pPr>
        <w:pStyle w:val="ListBullet"/>
        <w:spacing w:line="240" w:lineRule="auto"/>
        <w:ind w:left="720"/>
      </w:pPr>
      <w:r/>
      <w:r>
        <w:rPr>
          <w:b/>
        </w:rPr>
        <w:t>Honest explanation:</w:t>
      </w:r>
      <w:r>
        <w:t xml:space="preserve"> Motiwala says coming out is slow: people often take years to accept their own sexuality before telling others. </w:t>
      </w:r>
      <w:r/>
    </w:p>
    <w:p>
      <w:pPr>
        <w:pStyle w:val="ListBullet"/>
        <w:spacing w:line="240" w:lineRule="auto"/>
        <w:ind w:left="720"/>
      </w:pPr>
      <w:r/>
      <w:r>
        <w:rPr>
          <w:b/>
        </w:rPr>
        <w:t>Parental expectations:</w:t>
      </w:r>
      <w:r>
        <w:t xml:space="preserve"> Parents’ dreams, marriage, grandchildren, social status, make the conversation especially fraught. </w:t>
      </w:r>
      <w:r/>
    </w:p>
    <w:p>
      <w:pPr>
        <w:pStyle w:val="ListBullet"/>
        <w:spacing w:line="240" w:lineRule="auto"/>
        <w:ind w:left="720"/>
      </w:pPr>
      <w:r/>
      <w:r>
        <w:rPr>
          <w:b/>
        </w:rPr>
        <w:t>Generational reactions:</w:t>
      </w:r>
      <w:r>
        <w:t xml:space="preserve"> Older relatives may respond with hopeful, awkward suggestions rather than immediate acceptance. </w:t>
      </w:r>
      <w:r/>
    </w:p>
    <w:p>
      <w:pPr>
        <w:pStyle w:val="ListBullet"/>
        <w:spacing w:line="240" w:lineRule="auto"/>
        <w:ind w:left="720"/>
      </w:pPr>
      <w:r/>
      <w:r>
        <w:rPr>
          <w:b/>
        </w:rPr>
        <w:t>Representation gap:</w:t>
      </w:r>
      <w:r>
        <w:t xml:space="preserve"> Motiwala points out there are few projects for LGBTQIA+ artists to tell their own stories. </w:t>
      </w:r>
      <w:r/>
    </w:p>
    <w:p>
      <w:pPr>
        <w:pStyle w:val="ListBullet"/>
        <w:spacing w:line="240" w:lineRule="auto"/>
        <w:ind w:left="720"/>
      </w:pPr>
      <w:r/>
      <w:r>
        <w:rPr>
          <w:b/>
        </w:rPr>
        <w:t>Emotional work:</w:t>
      </w:r>
      <w:r>
        <w:t xml:space="preserve"> Coming out requires courage and gives families time to reframe expectations; allies can help with patience and practical support.</w:t>
      </w:r>
      <w:r/>
      <w:r/>
    </w:p>
    <w:p>
      <w:pPr>
        <w:pStyle w:val="Heading2"/>
      </w:pPr>
      <w:r>
        <w:t>Why that Lock Upp clip landed so strongly</w:t>
      </w:r>
      <w:r/>
    </w:p>
    <w:p>
      <w:r/>
      <w:r>
        <w:t>The moment felt quiet but heavy; you could almost hear the family expectations in the room. Sufi Motiwala spoke plainly about the slow, personal timeline of self-acceptance and how telling others is another step entirely. Viewers online reacted instantly, some with empathy, others with debate, because the exchange reflected a familiar cultural tension. According to coverage of the episode, his comments prompted conversation across social platforms and other reality-show clips, showing the topic still sparks strong reactions.</w:t>
      </w:r>
      <w:r/>
    </w:p>
    <w:p>
      <w:pPr>
        <w:pStyle w:val="Heading2"/>
      </w:pPr>
      <w:r>
        <w:t>What coming out looks like in many Indian families</w:t>
      </w:r>
      <w:r/>
    </w:p>
    <w:p>
      <w:r/>
      <w:r>
        <w:t>Motiwala’s point about parents harbouring specific dreams, marriage ceremonies, grandchildren, social standing, illustrates why the news can feel like a loss to them. He explained that even if someone accepts themselves after a decade, parents won't flip a switch; they need time to process. Other reality-show moments this season, including declarations of bisexuality and on-screen debates, underline that families respond across a spectrum, from confusion to wholehearted support.</w:t>
      </w:r>
      <w:r/>
    </w:p>
    <w:p>
      <w:pPr>
        <w:pStyle w:val="Heading2"/>
      </w:pPr>
      <w:r>
        <w:t>Generations, awkward advice and the small humour that follows</w:t>
      </w:r>
      <w:r/>
    </w:p>
    <w:p>
      <w:r/>
      <w:r>
        <w:t>His anecdote about his 70-year-old grandmother suggesting he “try bisexuality” was quietly comic and painfully revealing at once. It shows how older relatives sometimes attempt to reconcile their assumptions with love, awkwardly proposing solutions that centre their own ease. That kind of reaction is common, and while it can sting, it often comes from a place of concern rather than malice. Practical tip: if you’re the queer person in that conversation, expect imperfect responses and give people room to learn, unless the reaction is abusive, in which case protect your wellbeing first.</w:t>
      </w:r>
      <w:r/>
    </w:p>
    <w:p>
      <w:pPr>
        <w:pStyle w:val="Heading2"/>
      </w:pPr>
      <w:r>
        <w:t>Representation matters, why the industry still falls short</w:t>
      </w:r>
      <w:r/>
    </w:p>
    <w:p>
      <w:r/>
      <w:r>
        <w:t>Motiwala also called out the entertainment industry for offering too few chances to LGBTQIA+ artists to tell their own stories. He argued that when queer narratives surface, they regularly go to straight actors, which defeats the purpose of authentic storytelling. This critique echoes wider discussions in Indian media about tokenism and stereotyped portrayals. If you care about visibility, look for projects that feature queer creators and performers, and support indie work that gives lived experience a real platform.</w:t>
      </w:r>
      <w:r/>
    </w:p>
    <w:p>
      <w:pPr>
        <w:pStyle w:val="Heading2"/>
      </w:pPr>
      <w:r>
        <w:t>How friends and allies can help in the first months</w:t>
      </w:r>
      <w:r/>
    </w:p>
    <w:p>
      <w:r/>
      <w:r>
        <w:t>Patience is the underrated superpower here. Allies can offer steady emotional support, help with practical planning for conversations, and point families toward reliable resources, counsellors, support groups, or credible journalism. If you’re the parent or relative, listen more than you lecture, ask questions respectfully, and accept that grief for imagined futures is normal but transient. For those in the queer community, plan your timing and safety, and have an ally ready if you expect a rough reaction.</w:t>
      </w:r>
      <w:r/>
    </w:p>
    <w:p>
      <w:r/>
      <w:r>
        <w:t>It’s a small change in the way families talk, but it can make every coming-out conversation a little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https://www.indiatoday.in/entertainment/ott/story/lock-upp-2-sufi-motiwala-opens-up-about-the-emotional-weight-of-coming-out-2940870-2026-07-05?utm_source=rss</w:t>
        </w:r>
      </w:hyperlink>
      <w:r>
        <w:t xml:space="preserve"> - Please view link - unable to able to access data</w:t>
      </w:r>
      <w:r/>
    </w:p>
    <w:p>
      <w:pPr>
        <w:pStyle w:val="ListNumber"/>
        <w:spacing w:line="240" w:lineRule="auto"/>
        <w:ind w:left="720"/>
      </w:pPr>
      <w:r/>
      <w:hyperlink r:id="rId9">
        <w:r>
          <w:rPr>
            <w:color w:val="0000EE"/>
            <w:u w:val="single"/>
          </w:rPr>
          <w:t>https://www.indiatoday.in/entertainment/ott/story/lock-upp-2-sufi-motiwala-opens-up-about-the-emotional-weight-of-coming-out-2940870-2026-07-05?utm_source=rss</w:t>
        </w:r>
      </w:hyperlink>
      <w:r>
        <w:t xml:space="preserve"> - In a recent episode of 'Lock Upp Season 2', contestant Sufi Motiwala candidly discussed the emotional challenges of coming out as gay in India. He highlighted the societal expectations placed on individuals, such as marriage and having children, and the difficulty in confronting parents with one's true identity. Motiwala shared personal experiences, including his grandmother's hope that he might be attracted to women, underscoring the generational gap in understanding LGBTQ+ issues. This conversation has sparked widespread discussions online about the complexities of coming out in conservative societies.</w:t>
      </w:r>
      <w:r/>
    </w:p>
    <w:p>
      <w:pPr>
        <w:pStyle w:val="ListNumber"/>
        <w:spacing w:line="240" w:lineRule="auto"/>
        <w:ind w:left="720"/>
      </w:pPr>
      <w:r/>
      <w:hyperlink r:id="rId10">
        <w:r>
          <w:rPr>
            <w:color w:val="0000EE"/>
            <w:u w:val="single"/>
          </w:rPr>
          <w:t>https://www.livemint.com/entertainment/ram-kapoor-kisses-varun-laila-yadav-on-lock-upp-2-after-cheating-comment-netizens-react-11782879882973.html</w:t>
        </w:r>
      </w:hyperlink>
      <w:r>
        <w:t xml:space="preserve"> - In a recent episode of 'Lock Upp 2', actor Ram Kapoor surprised viewers by kissing fellow contestant Varun 'Laila' Yadav. This unexpected gesture followed allegations of homophobic remarks made by Yadav, leading to mixed reactions online. The incident has ignited discussions about the portrayal of LGBTQ+ relationships in Indian media and the importance of addressing such issues sensitively. Netizens have expressed both support and criticism, reflecting the ongoing debate about representation and acceptance of the LGBTQ+ community in mainstream entertainment.</w:t>
      </w:r>
      <w:r/>
    </w:p>
    <w:p>
      <w:pPr>
        <w:pStyle w:val="ListNumber"/>
        <w:spacing w:line="240" w:lineRule="auto"/>
        <w:ind w:left="720"/>
      </w:pPr>
      <w:r/>
      <w:hyperlink r:id="rId13">
        <w:r>
          <w:rPr>
            <w:color w:val="0000EE"/>
            <w:u w:val="single"/>
          </w:rPr>
          <w:t>https://timesofindia.indiatimes.com/tv/news/hindi/dheeraj-dhoopar-calls-gay-people-better-human-beings-in-viral-lock-upp-clip-watch/amp_articleshow/132141488.cms</w:t>
        </w:r>
      </w:hyperlink>
      <w:r>
        <w:t xml:space="preserve"> - In a recent episode of 'Lock Upp 2', actor Dheeraj Dhoopar expressed his comfort and support for the LGBTQ+ community. Responding to fellow contestant Harshad Chopda's earlier homophobic comments, Dhoopar stated, 'I am so comfortable around gays. Personally, my opinion is that they are better human beings.' This statement has garnered attention, highlighting the ongoing conversations about acceptance and understanding of diverse sexual orientations within the Indian entertainment industry.</w:t>
      </w:r>
      <w:r/>
    </w:p>
    <w:p>
      <w:pPr>
        <w:pStyle w:val="ListNumber"/>
        <w:spacing w:line="240" w:lineRule="auto"/>
        <w:ind w:left="720"/>
      </w:pPr>
      <w:r/>
      <w:hyperlink r:id="rId11">
        <w:r>
          <w:rPr>
            <w:color w:val="0000EE"/>
            <w:u w:val="single"/>
          </w:rPr>
          <w:t>https://timesofindia.indiatimes.com/tv/news/hindi/lock-upp-2-akanksha-chamola-admits-she-is-bisexual-says-main-shaadi-se-pehle-bisexual-thi-i-have-had-some-relationships-with-girls/articleshow/132184566.cms</w:t>
        </w:r>
      </w:hyperlink>
      <w:r>
        <w:t xml:space="preserve"> - Actress Akanksha Chamola, known for her role in 'Swaragini', has publicly acknowledged her bisexuality on 'Lock Upp 2'. She revealed that before her marriage, she had been in relationships with women. This revelation has sparked discussions about the representation of bisexual individuals in Indian media and the challenges they face in a conservative society. Chamola's openness is seen as a significant step towards greater acceptance and understanding of diverse sexual orientations in the entertainment industry.</w:t>
      </w:r>
      <w:r/>
    </w:p>
    <w:p>
      <w:pPr>
        <w:pStyle w:val="ListNumber"/>
        <w:spacing w:line="240" w:lineRule="auto"/>
        <w:ind w:left="720"/>
      </w:pPr>
      <w:r/>
      <w:hyperlink r:id="rId14">
        <w:r>
          <w:rPr>
            <w:color w:val="0000EE"/>
            <w:u w:val="single"/>
          </w:rPr>
          <w:t>https://timesofindia.indiatimes.com/tv/news/hindi/lock-upp-2-orry-defends-varun-laila-yadav-after-sufi-motiwalas-bullying-allegations-says-hes-like-a-brother-to-me/amp_articleshow/132063861.cms</w:t>
        </w:r>
      </w:hyperlink>
      <w:r>
        <w:t xml:space="preserve"> - In the ongoing 'Lock Upp 2' controversy, social media personality Orry has defended fellow contestant Varun 'Laila' Yadav against allegations of bullying by Sufi Motiwala. Orry described Yadav as 'like a brother' and dismissed the accusations, suggesting they might be motivated by personal grievances. This defense has added another layer to the complex dynamics within the show, highlighting the challenges contestants face in navigating personal relationships and public perceptions.</w:t>
      </w:r>
      <w:r/>
    </w:p>
    <w:p>
      <w:pPr>
        <w:pStyle w:val="ListNumber"/>
        <w:spacing w:line="240" w:lineRule="auto"/>
        <w:ind w:left="720"/>
      </w:pPr>
      <w:r/>
      <w:hyperlink r:id="rId12">
        <w:r>
          <w:rPr>
            <w:color w:val="0000EE"/>
            <w:u w:val="single"/>
          </w:rPr>
          <w:t>https://www.hindustantimes.com/entertainment/web-series/i-am-so-comfortable-around-gays-dheeraj-dhoopar-after-harshad-chopda-s-homophobic-comments-on-lock-upp-2-101782975409110-amp.html</w:t>
        </w:r>
      </w:hyperlink>
      <w:r>
        <w:t xml:space="preserve"> - Actor Dheeraj Dhoopar has publicly expressed his comfort and support for the LGBTQ+ community following homophobic comments made by fellow contestant Harshad Chopda on 'Lock Upp 2'. Dhoopar stated, 'I am so comfortable around gays. Personally, my opinion is that they are better human beings.' This statement has sparked discussions about the importance of acceptance and understanding of diverse sexual orientations within the Indian entertainment industry.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iatoday.in/entertainment/ott/story/lock-upp-2-sufi-motiwala-opens-up-about-the-emotional-weight-of-coming-out-2940870-2026-07-05?utm_source=rss" TargetMode="External"/><Relationship Id="rId10" Type="http://schemas.openxmlformats.org/officeDocument/2006/relationships/hyperlink" Target="https://www.livemint.com/entertainment/ram-kapoor-kisses-varun-laila-yadav-on-lock-upp-2-after-cheating-comment-netizens-react-11782879882973.html" TargetMode="External"/><Relationship Id="rId11" Type="http://schemas.openxmlformats.org/officeDocument/2006/relationships/hyperlink" Target="https://timesofindia.indiatimes.com/tv/news/hindi/lock-upp-2-akanksha-chamola-admits-she-is-bisexual-says-main-shaadi-se-pehle-bisexual-thi-i-have-had-some-relationships-with-girls/articleshow/132184566.cms" TargetMode="External"/><Relationship Id="rId12" Type="http://schemas.openxmlformats.org/officeDocument/2006/relationships/hyperlink" Target="https://www.hindustantimes.com/entertainment/web-series/i-am-so-comfortable-around-gays-dheeraj-dhoopar-after-harshad-chopda-s-homophobic-comments-on-lock-upp-2-101782975409110-amp.html" TargetMode="External"/><Relationship Id="rId13" Type="http://schemas.openxmlformats.org/officeDocument/2006/relationships/hyperlink" Target="https://timesofindia.indiatimes.com/tv/news/hindi/dheeraj-dhoopar-calls-gay-people-better-human-beings-in-viral-lock-upp-clip-watch/amp_articleshow/132141488.cms" TargetMode="External"/><Relationship Id="rId14" Type="http://schemas.openxmlformats.org/officeDocument/2006/relationships/hyperlink" Target="https://timesofindia.indiatimes.com/tv/news/hindi/lock-upp-2-orry-defends-varun-laila-yadav-after-sufi-motiwalas-bullying-allegations-says-hes-like-a-brother-to-me/amp_articleshow/132063861.c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