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Summer Sleepaway Camp Movies to Stream This Season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Shut the cabin door and unpack: queer viewers are rediscovering sleepaway camp movies that serve nostalgia, chills, and a few tender coming‑out moments , perfect for late‑night laughs or spooky sing‑alongs while the crickets chirp. Here are nine picks to pitch your tent with.</w:t>
      </w:r>
      <w:r/>
    </w:p>
    <w:p>
      <w:r/>
      <w:r>
        <w:t>Essential Takeaways</w:t>
      </w:r>
      <w:r/>
      <w:r/>
    </w:p>
    <w:p>
      <w:pPr>
        <w:pStyle w:val="ListBullet"/>
        <w:spacing w:line="240" w:lineRule="auto"/>
        <w:ind w:left="720"/>
      </w:pPr>
      <w:r/>
      <w:r>
        <w:rPr>
          <w:b/>
        </w:rPr>
        <w:t>Varied tones:</w:t>
      </w:r>
      <w:r>
        <w:t xml:space="preserve"> Picks range from feel‑good queer romcom vibes to gory slasher fun, so there’s something whether you want cosy warmth or teeth‑grinding terror.</w:t>
      </w:r>
      <w:r/>
    </w:p>
    <w:p>
      <w:pPr>
        <w:pStyle w:val="ListBullet"/>
        <w:spacing w:line="240" w:lineRule="auto"/>
        <w:ind w:left="720"/>
      </w:pPr>
      <w:r/>
      <w:r>
        <w:rPr>
          <w:b/>
        </w:rPr>
        <w:t>Iconic entry points:</w:t>
      </w:r>
      <w:r>
        <w:t xml:space="preserve"> Classic cult films set the template for the genre, with characters and moments that still resonate today.</w:t>
      </w:r>
      <w:r/>
    </w:p>
    <w:p>
      <w:pPr>
        <w:pStyle w:val="ListBullet"/>
        <w:spacing w:line="240" w:lineRule="auto"/>
        <w:ind w:left="720"/>
      </w:pPr>
      <w:r/>
      <w:r>
        <w:rPr>
          <w:b/>
        </w:rPr>
        <w:t>Newer spins:</w:t>
      </w:r>
      <w:r>
        <w:t xml:space="preserve"> Recent indie and horror entries update camp tropes with sharper social commentary and queer subtext.</w:t>
      </w:r>
      <w:r/>
    </w:p>
    <w:p>
      <w:pPr>
        <w:pStyle w:val="ListBullet"/>
        <w:spacing w:line="240" w:lineRule="auto"/>
        <w:ind w:left="720"/>
      </w:pPr>
      <w:r/>
      <w:r>
        <w:rPr>
          <w:b/>
        </w:rPr>
        <w:t>Practical watch tips:</w:t>
      </w:r>
      <w:r>
        <w:t xml:space="preserve"> Pair lighter films with friends and snacks; save the graphic slashers for solo or consenting audiences.</w:t>
      </w:r>
      <w:r/>
    </w:p>
    <w:p>
      <w:pPr>
        <w:pStyle w:val="ListBullet"/>
        <w:spacing w:line="240" w:lineRule="auto"/>
        <w:ind w:left="720"/>
      </w:pPr>
      <w:r/>
      <w:r>
        <w:rPr>
          <w:b/>
        </w:rPr>
        <w:t>Sensory notes:</w:t>
      </w:r>
      <w:r>
        <w:t xml:space="preserve"> Expect bonfire warmth, mossy woods, creaky cabins and, sometimes, the uncomfortable thrill of jump scares.</w:t>
      </w:r>
      <w:r/>
      <w:r/>
    </w:p>
    <w:p>
      <w:pPr>
        <w:pStyle w:val="Heading2"/>
      </w:pPr>
      <w:r>
        <w:t>Why sleepaway camp movies still work for queer audiences</w:t>
      </w:r>
      <w:r/>
    </w:p>
    <w:p>
      <w:r/>
      <w:r>
        <w:t>There’s something about cabins, endless trees and the awkward intensity of summer that maps perfectly onto queer coming‑of‑age. These films compress the messy thrill of first crushes, identity testing and peer pressure into a few charged weeks, so feelings come out loud and fast. According to cultural commentary on camp cinema, audiences often read queer subtext into films that were coded rather than explicit, which makes revisiting these titles a rewarding exercise in spotting what was hinted at and what’s now overt. If you grew up craving close friendships and forbidden romances, these movies deliver that warm, anxious pulse.</w:t>
      </w:r>
      <w:r/>
    </w:p>
    <w:p>
      <w:pPr>
        <w:pStyle w:val="Heading2"/>
      </w:pPr>
      <w:r>
        <w:t>Classics that set the template</w:t>
      </w:r>
      <w:r/>
    </w:p>
    <w:p>
      <w:r/>
      <w:r>
        <w:t>No list is complete without the foundational titles that established camp as its own cinematic ecosystem. Early entries mixed teen melodrama with slapstick and, for the boldest, genuine social critique. These films gave us archetypes , the shy new camper, the charismatic counsellor, the rival clique , and they’re worth watching for the way the tropes resonate now. Fans say these classics age like a creaky canoe: charming in a ragged, specific way, and endlessly quotable around a night‑time campfire.</w:t>
      </w:r>
      <w:r/>
    </w:p>
    <w:p>
      <w:pPr>
        <w:pStyle w:val="Heading2"/>
      </w:pPr>
      <w:r>
        <w:t>Sleazy slashers and midnight thrills</w:t>
      </w:r>
      <w:r/>
    </w:p>
    <w:p>
      <w:r/>
      <w:r>
        <w:t>If you prefer your summer nights with a little more adrenaline, the slasher subgenre set in camps is a staple. There are films where the woods themselves feel like a character, soundtrack hits that needle your pulse, and practical effects that age like vintage leather , admirably. Horror entries often use the isolation of camp to heighten tension and play with identity fears, and modern viewers sometimes spot queer coding in the villains, victims or outsiders. Watch these with low lights and a blanket ready; they’re as much about atmosphere as gore.</w:t>
      </w:r>
      <w:r/>
    </w:p>
    <w:p>
      <w:pPr>
        <w:pStyle w:val="Heading2"/>
      </w:pPr>
      <w:r>
        <w:t>Tender queer coming‑outs and late‑night romances</w:t>
      </w:r>
      <w:r/>
    </w:p>
    <w:p>
      <w:r/>
      <w:r>
        <w:t>Not every camp movie is about murder. Several titles lean into slow‑burn romances and quiet personal reckonings, trading screams for stolen kisses by the lake. These movies lean on the sensory pleasures of heat, wet swimsuits, and starlit confessions, and they’re the ones friends will rewatch while trading secrets. For anyone choosing a first film to introduce to a group, pick a gentler title: it’s easier to laugh and swoon together than to explain why someone just got chased by a masked figure.</w:t>
      </w:r>
      <w:r/>
    </w:p>
    <w:p>
      <w:pPr>
        <w:pStyle w:val="Heading2"/>
      </w:pPr>
      <w:r>
        <w:t>Newer takes and indie reinventions</w:t>
      </w:r>
      <w:r/>
    </w:p>
    <w:p>
      <w:r/>
      <w:r>
        <w:t>Contemporary filmmakers have been reworking camp mythology with sharper social eyes and bolder queer representation. Recent indie titles reframe the setting: camp as refuge, camp as pressure cooker, camp as political microcosm. These films often foreground consent, identity and the messy realities of chosen family. Critics note that the revival of camp cinema gives queer stories breathing room to be explicit rather than coded, which feels like a relief after decades of subtext. If you want something that speaks to now, start with newer releases that pair nostalgia with modern sensibilities.</w:t>
      </w:r>
      <w:r/>
    </w:p>
    <w:p>
      <w:pPr>
        <w:pStyle w:val="Heading2"/>
      </w:pPr>
      <w:r>
        <w:t>How to choose which film to watch tonight</w:t>
      </w:r>
      <w:r/>
    </w:p>
    <w:p>
      <w:r/>
      <w:r>
        <w:t>Think of mood first. Want laughter, choose a romcom or light teen dramedy; craving thrills, pick a classic slasher; after tenderness, go for a quiet coming‑out story. Consider company: some slashers are best watched with people who won’t be traumatised, while whispery romances suit a small, cosy group. Check ratings and trigger warnings, too , older horror can be rough and unexpected. Finally, make it an event: snacks, faux‑campfire playlist and a few camp‑themed drinks (or mocktails) will up the fun factor.</w:t>
      </w:r>
      <w:r/>
    </w:p>
    <w:p>
      <w:r/>
      <w:r>
        <w:t>It's a small ritual , dim the lights, press play and let the summer night take over.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4">
        <w:r>
          <w:rPr>
            <w:color w:val="0000EE"/>
            <w:u w:val="single"/>
          </w:rPr>
          <w:t>[3]</w:t>
        </w:r>
      </w:hyperlink>
      <w:r>
        <w:t xml:space="preserve">, </w:t>
      </w:r>
      <w:hyperlink r:id="rId12">
        <w:r>
          <w:rPr>
            <w:color w:val="0000EE"/>
            <w:u w:val="single"/>
          </w:rPr>
          <w:t>[6]</w:t>
        </w:r>
      </w:hyperlink>
      <w:r>
        <w:t xml:space="preserve">- Paragraph 6: </w:t>
      </w:r>
      <w:hyperlink r:id="rId10">
        <w:r>
          <w:rPr>
            <w:color w:val="0000EE"/>
            <w:u w:val="single"/>
          </w:rPr>
          <w:t>[2]</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https://www.queerty.com/ronald-mcdonalds-reveal-novak-djokovics-flex-colton-haynes-shop-20260705/</w:t>
        </w:r>
      </w:hyperlink>
      <w:r>
        <w:t xml:space="preserve"> - Please view link - unable to able to access data</w:t>
      </w:r>
      <w:r/>
    </w:p>
    <w:p>
      <w:pPr>
        <w:pStyle w:val="ListNumber"/>
        <w:spacing w:line="240" w:lineRule="auto"/>
        <w:ind w:left="720"/>
      </w:pPr>
      <w:r/>
      <w:hyperlink r:id="rId10">
        <w:r>
          <w:rPr>
            <w:color w:val="0000EE"/>
            <w:u w:val="single"/>
          </w:rPr>
          <w:t>https://www.queerty.com/happy-camping-20220702/</w:t>
        </w:r>
      </w:hyperlink>
      <w:r>
        <w:t xml:space="preserve"> - This article presents nine queer-themed summer camp movies, each catering to different tastes. 'They/Them' (2022) is a horror film set in a conversion camp, while 'Holy Camp!' (2017) is a Spanish musical about rebellious girls at a Catholic camp. 'The Final Girls' (2015) is a meta-slasher comedy, and 'Eating Out: Drama Camp' (2011) is a raunchy gay sex comedy. 'Camp Out' (2006) is a documentary about a gay Christian Bible camp, and 'Camp' (2003) is a musical about theatre teens. 'Wet Hot American Summer' (2001) is a comedy about a summer camp, and 'Happy Campers' (2001) is an indie comedy about college freshmen as camp counselors. 'But I’m A Cheerleader' (2000) is a cult comedy about a conversion therapy camp.</w:t>
      </w:r>
      <w:r/>
    </w:p>
    <w:p>
      <w:pPr>
        <w:pStyle w:val="ListNumber"/>
        <w:spacing w:line="240" w:lineRule="auto"/>
        <w:ind w:left="720"/>
      </w:pPr>
      <w:r/>
      <w:hyperlink r:id="rId14">
        <w:r>
          <w:rPr>
            <w:color w:val="0000EE"/>
            <w:u w:val="single"/>
          </w:rPr>
          <w:t>https://www.watchdarkly.com/articles/teenage-sex-and-death-at-camp-miasma-2026</w:t>
        </w:r>
      </w:hyperlink>
      <w:r>
        <w:t xml:space="preserve"> - This article discusses 'Teenage Sex and Death at Camp Miasma' (2026), a queer meta-slasher film directed by Jane Schoenbrun. The film premiered at Cannes 2026, winning the Queer Palm and receiving a nine-minute standing ovation. It follows a young filmmaker hired to reboot a fictional 1980s summer-camp slasher series, becoming obsessed with the reclusive actress who played its original final girl. The film is set to be released in US theatres on August 7, 2026, distributed by MUBI.</w:t>
      </w:r>
      <w:r/>
    </w:p>
    <w:p>
      <w:pPr>
        <w:pStyle w:val="ListNumber"/>
        <w:spacing w:line="240" w:lineRule="auto"/>
        <w:ind w:left="720"/>
      </w:pPr>
      <w:r/>
      <w:hyperlink r:id="rId11">
        <w:r>
          <w:rPr>
            <w:color w:val="0000EE"/>
            <w:u w:val="single"/>
          </w:rPr>
          <w:t>https://en.wikipedia.org/wiki/Sleepaway_Camp</w:t>
        </w:r>
      </w:hyperlink>
      <w:r>
        <w:t xml:space="preserve"> - This Wikipedia page provides information about the 'Sleepaway Camp' film series, an American slasher franchise consisting of five films. The series primarily focuses on Angela Baker, a transgender serial killer who commits murders at summer camps. The original film was released in 1983, and sequels include 'Sleepaway Camp II: Unhappy Campers' (1988) and 'Sleepaway Camp III: Teenage Wasteland' (1989). The page also discusses the reception and box office performance of the films.</w:t>
      </w:r>
      <w:r/>
    </w:p>
    <w:p>
      <w:pPr>
        <w:pStyle w:val="ListNumber"/>
        <w:spacing w:line="240" w:lineRule="auto"/>
        <w:ind w:left="720"/>
      </w:pPr>
      <w:r/>
      <w:hyperlink r:id="rId13">
        <w:r>
          <w:rPr>
            <w:color w:val="0000EE"/>
            <w:u w:val="single"/>
          </w:rPr>
          <w:t>https://en.wikipedia.org/wiki/Sleepaway_Camp_III:_Teenage_Wasteland</w:t>
        </w:r>
      </w:hyperlink>
      <w:r>
        <w:t xml:space="preserve"> - This Wikipedia page provides information about 'Sleepaway Camp III: Teenage Wasteland' (1989), the third installment in the 'Sleepaway Camp' film series. Directed by Michael A. Simpson, the film stars Pamela Springsteen as Angela Baker, who resurfaces at a nearby summer camp, masquerading as a counselor after sex reassignment surgery. The film continues the series' focus on Angela's murderous activities at summer camps.</w:t>
      </w:r>
      <w:r/>
    </w:p>
    <w:p>
      <w:pPr>
        <w:pStyle w:val="ListNumber"/>
        <w:spacing w:line="240" w:lineRule="auto"/>
        <w:ind w:left="720"/>
      </w:pPr>
      <w:r/>
      <w:hyperlink r:id="rId12">
        <w:r>
          <w:rPr>
            <w:color w:val="0000EE"/>
            <w:u w:val="single"/>
          </w:rPr>
          <w:t>https://en.wikipedia.org/wiki/Sleepaway_Camp_(film_series)</w:t>
        </w:r>
      </w:hyperlink>
      <w:r>
        <w:t xml:space="preserve"> - This Wikipedia page provides an overview of the 'Sleepaway Camp' film series, an American slasher franchise consisting of five films. The series primarily focuses on Angela Baker, a transgender serial killer who commits murders at summer camps. The original film was released in 1983, and sequels include 'Sleepaway Camp II: Unhappy Campers' (1988) and 'Sleepaway Camp III: Teenage Wasteland' (1989). The page also discusses the reception and box office performance of the films.</w:t>
      </w:r>
      <w:r/>
    </w:p>
    <w:p>
      <w:pPr>
        <w:pStyle w:val="ListNumber"/>
        <w:spacing w:line="240" w:lineRule="auto"/>
        <w:ind w:left="720"/>
      </w:pPr>
      <w:r/>
      <w:hyperlink r:id="rId9">
        <w:r>
          <w:rPr>
            <w:color w:val="0000EE"/>
            <w:u w:val="single"/>
          </w:rPr>
          <w:t>https://www.queerty.com/ronald-mcdonalds-reveal-novak-djokovics-flex-colton-haynes-shop-20260705/</w:t>
        </w:r>
      </w:hyperlink>
      <w:r>
        <w:t xml:space="preserve"> - This article from Queerty covers various LGBTQ+ news and events. It highlights nine queer-themed summer camp movies, including 'They/Them' (2022), 'Holy Camp!' (2017), 'The Final Girls' (2015), 'Eating Out: Drama Camp' (2011), 'Camp Out' (2006), 'Camp' (2003), 'Wet Hot American Summer' (2001), 'Happy Campers' (2001), and 'But I’m A Cheerleader' (2000). The article also features updates from Gay TikTok, including PBS uncovering the seven genders in Native American medicine, Carson Kressley demanding respect, Rylee Locker sweeping the ballroom floor, Ronald McDonald's reveal, Joe Dombrowski working the crowd, Matt Terry covering Olivia Dean, Novak Djokovic's flex, and Colton Haynes starting a TikTok Shop.</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ronald-mcdonalds-reveal-novak-djokovics-flex-colton-haynes-shop-20260705/" TargetMode="External"/><Relationship Id="rId10" Type="http://schemas.openxmlformats.org/officeDocument/2006/relationships/hyperlink" Target="https://www.queerty.com/happy-camping-20220702/" TargetMode="External"/><Relationship Id="rId11" Type="http://schemas.openxmlformats.org/officeDocument/2006/relationships/hyperlink" Target="https://en.wikipedia.org/wiki/Sleepaway_Camp" TargetMode="External"/><Relationship Id="rId12" Type="http://schemas.openxmlformats.org/officeDocument/2006/relationships/hyperlink" Target="https://en.wikipedia.org/wiki/Sleepaway_Camp_(film_series)" TargetMode="External"/><Relationship Id="rId13" Type="http://schemas.openxmlformats.org/officeDocument/2006/relationships/hyperlink" Target="https://en.wikipedia.org/wiki/Sleepaway_Camp_III:_Teenage_Wasteland" TargetMode="External"/><Relationship Id="rId14" Type="http://schemas.openxmlformats.org/officeDocument/2006/relationships/hyperlink" Target="https://www.watchdarkly.com/articles/teenage-sex-and-death-at-camp-miasma-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