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Safety Tips as Met Police Pledge “No Tolerance” for Hate Crime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out, revellers are packing the streets and the Met has promised a zero-tolerance approach to hate crime at Pride in London this weekend , a big reassurance as more than a million people head into the capital to celebrate. Here’s what to know, how policing will look and simple ways to stay safe and supported.</w:t>
      </w:r>
      <w:r/>
    </w:p>
    <w:p>
      <w:r/>
      <w:r>
        <w:t>Essential Takeaways</w:t>
      </w:r>
      <w:r/>
      <w:r/>
    </w:p>
    <w:p>
      <w:pPr>
        <w:pStyle w:val="ListBullet"/>
        <w:spacing w:line="240" w:lineRule="auto"/>
        <w:ind w:left="720"/>
      </w:pPr>
      <w:r/>
      <w:r>
        <w:rPr>
          <w:b/>
        </w:rPr>
        <w:t>Heavy police presence:</w:t>
      </w:r>
      <w:r>
        <w:t xml:space="preserve"> The Met says officers will be visible and ready to respond, aiming for a safe, secure atmosphere.</w:t>
      </w:r>
      <w:r/>
    </w:p>
    <w:p>
      <w:pPr>
        <w:pStyle w:val="ListBullet"/>
        <w:spacing w:line="240" w:lineRule="auto"/>
        <w:ind w:left="720"/>
      </w:pPr>
      <w:r/>
      <w:r>
        <w:rPr>
          <w:b/>
        </w:rPr>
        <w:t>Large-scale turnout:</w:t>
      </w:r>
      <w:r>
        <w:t xml:space="preserve"> Over a million attendees expected, with 35,000 walkers from 600+ groups on the parade route.</w:t>
      </w:r>
      <w:r/>
    </w:p>
    <w:p>
      <w:pPr>
        <w:pStyle w:val="ListBullet"/>
        <w:spacing w:line="240" w:lineRule="auto"/>
        <w:ind w:left="720"/>
      </w:pPr>
      <w:r/>
      <w:r>
        <w:rPr>
          <w:b/>
        </w:rPr>
        <w:t>Multiple entertainment hubs:</w:t>
      </w:r>
      <w:r>
        <w:t xml:space="preserve"> Stages and activity in Trafalgar Square, Leicester Square, Soho and along the Embankment mean crowded hotspots.</w:t>
      </w:r>
      <w:r/>
    </w:p>
    <w:p>
      <w:pPr>
        <w:pStyle w:val="ListBullet"/>
        <w:spacing w:line="240" w:lineRule="auto"/>
        <w:ind w:left="720"/>
      </w:pPr>
      <w:r/>
      <w:r>
        <w:rPr>
          <w:b/>
        </w:rPr>
        <w:t>Report hate immediately:</w:t>
      </w:r>
      <w:r>
        <w:t xml:space="preserve"> Police urge victims to speak to officers on the ground so action can be taken quickly.</w:t>
      </w:r>
      <w:r/>
    </w:p>
    <w:p>
      <w:pPr>
        <w:pStyle w:val="ListBullet"/>
        <w:spacing w:line="240" w:lineRule="auto"/>
        <w:ind w:left="720"/>
      </w:pPr>
      <w:r/>
      <w:r>
        <w:rPr>
          <w:b/>
        </w:rPr>
        <w:t>Plan and look out for others:</w:t>
      </w:r>
      <w:r>
        <w:t xml:space="preserve"> Check travel plans, stay with friends where possible, and seek help early if needed.</w:t>
      </w:r>
      <w:r/>
      <w:r/>
    </w:p>
    <w:p>
      <w:pPr>
        <w:pStyle w:val="Heading2"/>
      </w:pPr>
      <w:r>
        <w:t>Why the Met’s “no tolerance” line matters for Pride-goers</w:t>
      </w:r>
      <w:r/>
    </w:p>
    <w:p>
      <w:r/>
      <w:r>
        <w:t>The Met’s public pledge to crack down on hate quickly sets a clear tone for the weekend and it’s reassuring to see visible policing planned across parade routes and entertainment sites. The aim, according to the force’s operational lead, is to make sure people feel safe enough to enjoy the music, floats and atmosphere without fear. That matters when you’re surrounded by waving flags, booming speakers and the close hum of crowds , it’s easier to relax when you know help is nearby.</w:t>
      </w:r>
      <w:r/>
    </w:p>
    <w:p>
      <w:pPr>
        <w:pStyle w:val="Heading2"/>
      </w:pPr>
      <w:r>
        <w:t>What the policing plan actually looks like on the ground</w:t>
      </w:r>
      <w:r/>
    </w:p>
    <w:p>
      <w:r/>
      <w:r>
        <w:t>Expect a proportionate, visible presence rather than an overwhelming show of force: uniformed officers at key junctions, teams ready to move if incidents arise and staff stationed near major stages and bars. Organisers say the parade will travel from Hyde Park Corner to Whitehall Place via Piccadilly, so those spots will be particularly busy. If you see something suspicious or experience abuse, officers have been urged to take immediate reports , the quicker you alert them, the faster they can act.</w:t>
      </w:r>
      <w:r/>
    </w:p>
    <w:p>
      <w:pPr>
        <w:pStyle w:val="Heading2"/>
      </w:pPr>
      <w:r>
        <w:t>Crowds, travel and how to stay comfortable</w:t>
      </w:r>
      <w:r/>
    </w:p>
    <w:p>
      <w:r/>
      <w:r>
        <w:t>With over a million people heading into the centre, your Monday-morning commute instincts should kick in early: check tube and bus updates, allow extra time, and consider arriving before peak parade times. Wear comfortable shoes, pick a meet-up spot with good mobile signal and carry a small charger. If you’re sensitive to noise or dense crowds, identify quieter pockets like smaller squares or green spaces where you can step out for fresh air.</w:t>
      </w:r>
      <w:r/>
    </w:p>
    <w:p>
      <w:pPr>
        <w:pStyle w:val="Heading2"/>
      </w:pPr>
      <w:r>
        <w:t>Practical tips for spotting and reporting hate crime</w:t>
      </w:r>
      <w:r/>
    </w:p>
    <w:p>
      <w:r/>
      <w:r>
        <w:t>Hate crime can be verbal, physical or online; if it’s directed at you because of who you are, it counts. Speak to the nearest officer, find a steward or use event help points , organisers and police have both urged immediate reporting so incidents can be dealt with swiftly. If you can, note descriptions, location and time; photos or short videos can help an investigation, but only if it’s safe to take them. Remember, asking for help isn’t a fuss , it’s how the whole crowd stays safer.</w:t>
      </w:r>
      <w:r/>
    </w:p>
    <w:p>
      <w:pPr>
        <w:pStyle w:val="Heading2"/>
      </w:pPr>
      <w:r>
        <w:t>Broader context: why vigilance and support still matter</w:t>
      </w:r>
      <w:r/>
    </w:p>
    <w:p>
      <w:r/>
      <w:r>
        <w:t>London has seen rises in some forms of hate crime in recent years, and policing has been trying to rebuild trust with diverse communities. The Met’s promise echoes earlier steps to be more inclusive and accountable, and event organisers have pushed for solidarity from participants and businesses across the route. That mix of visible policing, community presence and bystander support is what turns a crowded parade into a day people remember for joy rather than fear.</w:t>
      </w:r>
      <w:r/>
    </w:p>
    <w:p>
      <w:r/>
      <w:r>
        <w:t>It's a small change that can make every visit to Pride safer and more enjoyable , look out for each other, plan ahead and report anything that doesn’t feel right.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[6]</w:t>
        </w:r>
      </w:hyperlink>
      <w:r>
        <w:t xml:space="preserve">- Paragraph 5: </w:t>
      </w:r>
      <w:hyperlink r:id="rId13">
        <w:r>
          <w:rPr>
            <w:color w:val="0000EE"/>
            <w:u w:val="single"/>
          </w:rPr>
          <w:t>[4]</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https://www.mylondon.news/news/uk-world-news/met-police-warn-no-tolerance-34230297</w:t>
        </w:r>
      </w:hyperlink>
      <w:r>
        <w:t xml:space="preserve"> - Please view link - unable to able to access data</w:t>
      </w:r>
      <w:r/>
    </w:p>
    <w:p>
      <w:pPr>
        <w:pStyle w:val="ListNumber"/>
        <w:spacing w:line="240" w:lineRule="auto"/>
        <w:ind w:left="720"/>
      </w:pPr>
      <w:r/>
      <w:hyperlink r:id="rId10">
        <w:r>
          <w:rPr>
            <w:color w:val="0000EE"/>
            <w:u w:val="single"/>
          </w:rPr>
          <w:t>https://www.standard.co.uk/news/crime/london-pride-2026-hate-crime-b1288565.html</w:t>
        </w:r>
      </w:hyperlink>
      <w:r>
        <w:t xml:space="preserve"> - The Standard reports that the Metropolitan Police have announced a 'no tolerance' policy towards hate crimes during the Pride in London celebrations. With over a million attendees expected, a significant police presence is planned. Deputy Assistant Commissioner Jon Savell emphasized the importance of a safe environment for all participants, urging victims of hate crimes to report incidents immediately. The event will feature a parade and multiple entertainment stages across central London, with additional police patrols to ensure public safety.</w:t>
      </w:r>
      <w:r/>
    </w:p>
    <w:p>
      <w:pPr>
        <w:pStyle w:val="ListNumber"/>
        <w:spacing w:line="240" w:lineRule="auto"/>
        <w:ind w:left="720"/>
      </w:pPr>
      <w:r/>
      <w:hyperlink r:id="rId15">
        <w:r>
          <w:rPr>
            <w:color w:val="0000EE"/>
            <w:u w:val="single"/>
          </w:rPr>
          <w:t>https://www.itv.com/news/2023-07-01/met-police-bans-wearing-of-thin-blue-line-badge-by-officers-at-london-pride</w:t>
        </w:r>
      </w:hyperlink>
      <w:r>
        <w:t xml:space="preserve"> - ITV News reports that the Metropolitan Police have prohibited officers from wearing the 'Thin Blue Line' badge during the London Pride event due to concerns about its associations with far-right groups in the US. The decision has sparked controversy, with some viewing the badge as a memorial for fallen officers. The Met's Dress Code Policy permits insignia from specific charities but restricts other symbols to maintain neutrality during public events.</w:t>
      </w:r>
      <w:r/>
    </w:p>
    <w:p>
      <w:pPr>
        <w:pStyle w:val="ListNumber"/>
        <w:spacing w:line="240" w:lineRule="auto"/>
        <w:ind w:left="720"/>
      </w:pPr>
      <w:r/>
      <w:hyperlink r:id="rId13">
        <w:r>
          <w:rPr>
            <w:color w:val="0000EE"/>
            <w:u w:val="single"/>
          </w:rPr>
          <w:t>https://www.theguardian.com/news/2023/oct/20/antisemitic-hate-crimes-in-london-rise-1350-since-israel-hamas-war-met-says</w:t>
        </w:r>
      </w:hyperlink>
      <w:r>
        <w:t xml:space="preserve"> - The Guardian reports a significant rise in antisemitic hate crimes in London, with a 1,350% increase recorded between October 1 and 18, 2023, compared to the same period in 2022. The surge coincides with the Israel-Hamas conflict. The Metropolitan Police have made 21 arrests related to these offences, including incidents of defacing posters and Islamophobic graffiti. Deputy Assistant Commissioner Ade Adelekan emphasized the force's commitment to swiftly addressing hate crimes and protecting communities.</w:t>
      </w:r>
      <w:r/>
    </w:p>
    <w:p>
      <w:pPr>
        <w:pStyle w:val="ListNumber"/>
        <w:spacing w:line="240" w:lineRule="auto"/>
        <w:ind w:left="720"/>
      </w:pPr>
      <w:r/>
      <w:hyperlink r:id="rId14">
        <w:r>
          <w:rPr>
            <w:color w:val="0000EE"/>
            <w:u w:val="single"/>
          </w:rPr>
          <w:t>https://www.itv.com/news/london/2023-11-08/police-make-131-arrests-as-faith-hate-crime-rises-in-london-amid-gaza-conflict</w:t>
        </w:r>
      </w:hyperlink>
      <w:r>
        <w:t xml:space="preserve"> - ITV News London reports that nearly 200 individuals have been arrested in London for hate crimes and public order offences since the Hamas attack on Israel on October 7, 2023. This includes 98 suspected antisemitic offences, 21 alleged Islamophobic incidents, and 12 related to other faiths. The Metropolitan Police have increased patrols at places of worship and schools to reassure communities during this challenging period.</w:t>
      </w:r>
      <w:r/>
    </w:p>
    <w:p>
      <w:pPr>
        <w:pStyle w:val="ListNumber"/>
        <w:spacing w:line="240" w:lineRule="auto"/>
        <w:ind w:left="720"/>
      </w:pPr>
      <w:r/>
      <w:hyperlink r:id="rId12">
        <w:r>
          <w:rPr>
            <w:color w:val="0000EE"/>
            <w:u w:val="single"/>
          </w:rPr>
          <w:t>https://www.met.police.uk/foi-ai/metropolitan-police/disclosure-2024/march-2024/hate-crime-attacks-2016-2023/</w:t>
        </w:r>
      </w:hyperlink>
      <w:r>
        <w:t xml:space="preserve"> - The Metropolitan Police have released data detailing hate crime attacks from 2016 to 2023. The report includes statistics on reported incidents, arrests, charges, and convictions for various types of hate crimes, including homophobic, anti-Semitic, Islamophobic, disabled, and Sinophobic offences. This information is part of the Met's commitment to transparency and accountability in addressing hate crimes across London.</w:t>
      </w:r>
      <w:r/>
    </w:p>
    <w:p>
      <w:pPr>
        <w:pStyle w:val="ListNumber"/>
        <w:spacing w:line="240" w:lineRule="auto"/>
        <w:ind w:left="720"/>
      </w:pPr>
      <w:r/>
      <w:hyperlink r:id="rId11">
        <w:r>
          <w:rPr>
            <w:color w:val="0000EE"/>
            <w:u w:val="single"/>
          </w:rPr>
          <w:t>https://www.itv.com/news/london/2023-06-07/met-police-chief-says-sorry-for-past-lgbt-failings-in-ground-breaking-step</w:t>
        </w:r>
      </w:hyperlink>
      <w:r>
        <w:t xml:space="preserve"> - ITV News London reports that Metropolitan Police Commissioner Sir Mark Rowley has publicly apologized for the force's past failings towards the LGBT+ community. This apology is seen as a historic step towards reconciliation and acknowledges decades of victimisation. The Peter Tatchell Foundation, which has been campaigning for such an apology, welcomed the statement as a significant move towards healing and trust-building.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london.news/news/uk-world-news/met-police-warn-no-tolerance-34230297" TargetMode="External"/><Relationship Id="rId10" Type="http://schemas.openxmlformats.org/officeDocument/2006/relationships/hyperlink" Target="https://www.standard.co.uk/news/crime/london-pride-2026-hate-crime-b1288565.html" TargetMode="External"/><Relationship Id="rId11" Type="http://schemas.openxmlformats.org/officeDocument/2006/relationships/hyperlink" Target="https://www.itv.com/news/london/2023-06-07/met-police-chief-says-sorry-for-past-lgbt-failings-in-ground-breaking-step" TargetMode="External"/><Relationship Id="rId12" Type="http://schemas.openxmlformats.org/officeDocument/2006/relationships/hyperlink" Target="https://www.met.police.uk/foi-ai/metropolitan-police/disclosure-2024/march-2024/hate-crime-attacks-2016-2023/" TargetMode="External"/><Relationship Id="rId13" Type="http://schemas.openxmlformats.org/officeDocument/2006/relationships/hyperlink" Target="https://www.theguardian.com/news/2023/oct/20/antisemitic-hate-crimes-in-london-rise-1350-since-israel-hamas-war-met-says" TargetMode="External"/><Relationship Id="rId14" Type="http://schemas.openxmlformats.org/officeDocument/2006/relationships/hyperlink" Target="https://www.itv.com/news/london/2023-11-08/police-make-131-arrests-as-faith-hate-crime-rises-in-london-amid-gaza-conflict" TargetMode="External"/><Relationship Id="rId15" Type="http://schemas.openxmlformats.org/officeDocument/2006/relationships/hyperlink" Target="https://www.itv.com/news/2023-07-01/met-police-bans-wearing-of-thin-blue-line-badge-by-officers-at-london-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