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Pride Run Proposal: Buzz Lightyear, Woody and a Finish-Line 'Yes'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and spectators paused as one of Pride season’s sweetest moments unfolded at New York’s LGBTQ+ Pride Run , a costumed couple crossed the Central Park finish line, hugged, and said yes. It mattered because it was playful, public and rooted in a running tradition the pair have kept for years.</w:t>
      </w:r>
      <w:r/>
    </w:p>
    <w:p>
      <w:r/>
      <w:r>
        <w:t>Essential Takeaways</w:t>
      </w:r>
      <w:r/>
      <w:r/>
    </w:p>
    <w:p>
      <w:pPr>
        <w:pStyle w:val="ListBullet"/>
        <w:spacing w:line="240" w:lineRule="auto"/>
        <w:ind w:left="720"/>
      </w:pPr>
      <w:r/>
      <w:r>
        <w:rPr>
          <w:b/>
        </w:rPr>
        <w:t>Finish-line moment:</w:t>
      </w:r>
      <w:r>
        <w:t xml:space="preserve"> A runner proposing to his partner at the Pride Run finish created an emotional, celebratory scene.</w:t>
      </w:r>
      <w:r/>
    </w:p>
    <w:p>
      <w:pPr>
        <w:pStyle w:val="ListBullet"/>
        <w:spacing w:line="240" w:lineRule="auto"/>
        <w:ind w:left="720"/>
      </w:pPr>
      <w:r/>
      <w:r>
        <w:rPr>
          <w:b/>
        </w:rPr>
        <w:t>Costume charm:</w:t>
      </w:r>
      <w:r>
        <w:t xml:space="preserve"> The couple wore matching Toy Story outfits , Buzz Lightyear and Woody , adding playful colour and recognisable symbolism.</w:t>
      </w:r>
      <w:r/>
    </w:p>
    <w:p>
      <w:pPr>
        <w:pStyle w:val="ListBullet"/>
        <w:spacing w:line="240" w:lineRule="auto"/>
        <w:ind w:left="720"/>
      </w:pPr>
      <w:r/>
      <w:r>
        <w:rPr>
          <w:b/>
        </w:rPr>
        <w:t>Meaningful tradition:</w:t>
      </w:r>
      <w:r>
        <w:t xml:space="preserve"> The Pride Run is a ritual for them; one partner originally inspired the other to start running.</w:t>
      </w:r>
      <w:r/>
    </w:p>
    <w:p>
      <w:pPr>
        <w:pStyle w:val="ListBullet"/>
        <w:spacing w:line="240" w:lineRule="auto"/>
        <w:ind w:left="720"/>
      </w:pPr>
      <w:r/>
      <w:r>
        <w:rPr>
          <w:b/>
        </w:rPr>
        <w:t>Viral reaction:</w:t>
      </w:r>
      <w:r>
        <w:t xml:space="preserve"> Video and photos spread quickly across social media, drawing applause and supportive comments from the crowd.</w:t>
      </w:r>
      <w:r/>
    </w:p>
    <w:p>
      <w:pPr>
        <w:pStyle w:val="ListBullet"/>
        <w:spacing w:line="240" w:lineRule="auto"/>
        <w:ind w:left="720"/>
      </w:pPr>
      <w:r/>
      <w:r>
        <w:rPr>
          <w:b/>
        </w:rPr>
        <w:t>Simple detail:</w:t>
      </w:r>
      <w:r>
        <w:t xml:space="preserve"> The proposal line , “keep running” , tied the sport and the romance together in a single, heartfelt phrase.</w:t>
      </w:r>
      <w:r/>
      <w:r/>
    </w:p>
    <w:p>
      <w:pPr>
        <w:pStyle w:val="Heading2"/>
      </w:pPr>
      <w:r>
        <w:t>A finish-line that felt like the start of everything</w:t>
      </w:r>
      <w:r/>
    </w:p>
    <w:p>
      <w:r/>
      <w:r>
        <w:t>The strongest image is simple: two familiar costumes, a pair of trainers, and a rehearsal of a lifetime of small, steady steps taken together. According to reports, after a four-mile loop through Central Park one partner, dressed as Buzz Lightyear, crossed first and then waited for his boyfriend, Woody, to arrive. When they reunited, he dropped to one knee and asked him to “keep running” with him , and the crowd erupted. Queerty and LGBTQ Nation both captured the moment as an instant feel-good story that resonated beyond the race itself.</w:t>
      </w:r>
      <w:r/>
    </w:p>
    <w:p>
      <w:pPr>
        <w:pStyle w:val="Heading2"/>
      </w:pPr>
      <w:r>
        <w:t>Costumes do more than amuse , they anchor a memory</w:t>
      </w:r>
      <w:r/>
    </w:p>
    <w:p>
      <w:r/>
      <w:r>
        <w:t>Dressing up is a playful Pride tradition, but it also gives moments an extra layer of meaning. Toy Story characters are recognisable and affectionate; they made the scene instantly shareable and joyous. Runners’ publications noted that themed outfits often turn finish lines into theatrical stages, which is exactly what happened here: the costume amplified the emotion and made a private proposal feel like a community celebration. If you’re planning a public proposal, picking a look that reflects you both can turn the memory into an iconic image.</w:t>
      </w:r>
      <w:r/>
    </w:p>
    <w:p>
      <w:pPr>
        <w:pStyle w:val="Heading2"/>
      </w:pPr>
      <w:r>
        <w:t>Why the Pride Run mattered for this couple</w:t>
      </w:r>
      <w:r/>
    </w:p>
    <w:p>
      <w:r/>
      <w:r>
        <w:t>What made the proposal feel right wasn’t just the costumes or the crowd, it was the backstory. One partner had persuaded the other to start running nearly five years earlier, and the annual Pride Run became a ritual they both looked forward to. That context , reported across several outlets , turned a single moment into the natural next step in a relationship built on encouragement, shared goals and tradition. For couples who train together, proposing at a race can be both intimate and symbolic, especially when the event already means something to you.</w:t>
      </w:r>
      <w:r/>
    </w:p>
    <w:p>
      <w:pPr>
        <w:pStyle w:val="Heading2"/>
      </w:pPr>
      <w:r>
        <w:t>The crowd, the cameras and the viral ripple</w:t>
      </w:r>
      <w:r/>
    </w:p>
    <w:p>
      <w:r/>
      <w:r>
        <w:t>Video and photos spread quickly, sparking warm reactions online and a round of applause at the park. Coverage from Queerty, LGBTQ Nation and Runner’s World shows how a private promise can become public joy; people loved the combination of sport, spectacle and sincerity. If you’re nervous about a public proposal, remember that the presence of supportive strangers can feel surprisingly affirming , just accept that it will likely live on social media.</w:t>
      </w:r>
      <w:r/>
    </w:p>
    <w:p>
      <w:pPr>
        <w:pStyle w:val="Heading2"/>
      </w:pPr>
      <w:r>
        <w:t>Practical tips if you’re planning a sporty proposal</w:t>
      </w:r>
      <w:r/>
    </w:p>
    <w:p>
      <w:r/>
      <w:r>
        <w:t>Pick the right moment: a finish line, a training milestone or a favourite local race all work well. Think logistics: have a friend on hand to film or hold the ring, and consider how you’ll handle post-proposal celebrations in the space. Keep the element of surprise reasonable , races are chaotic , and wear costumes or outfits that let you move comfortably. Most importantly, choose a line that matters to you; “keep running” tied this moment to the couple’s shared story, and that’s what made it unforgettable.</w:t>
      </w:r>
      <w:r/>
    </w:p>
    <w:p>
      <w:r/>
      <w:r>
        <w:t>It's a small change that can make every finish line feel like the start of something new.</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[3]</w:t>
        </w:r>
      </w:hyperlink>
      <w:r>
        <w:t xml:space="preserve">- Paragraph 2: </w:t>
      </w:r>
      <w:hyperlink r:id="rId10">
        <w:r>
          <w:rPr>
            <w:color w:val="0000EE"/>
            <w:u w:val="single"/>
          </w:rPr>
          <w:t>[2]</w:t>
        </w:r>
      </w:hyperlink>
      <w:r>
        <w:t xml:space="preserve">, </w:t>
      </w:r>
      <w:hyperlink r:id="rId12">
        <w:r>
          <w:rPr>
            <w:color w:val="0000EE"/>
            <w:u w:val="single"/>
          </w:rPr>
          <w:t>[4]</w:t>
        </w:r>
      </w:hyperlink>
      <w:r>
        <w:t xml:space="preserve">- Paragraph 3: </w:t>
      </w:r>
      <w:hyperlink r:id="rId11">
        <w:r>
          <w:rPr>
            <w:color w:val="0000EE"/>
            <w:u w:val="single"/>
          </w:rPr>
          <w:t>[3]</w:t>
        </w:r>
      </w:hyperlink>
      <w:r>
        <w:t xml:space="preserve">, </w:t>
      </w:r>
      <w:hyperlink r:id="rId12">
        <w:r>
          <w:rPr>
            <w:color w:val="0000EE"/>
            <w:u w:val="single"/>
          </w:rPr>
          <w:t>[4]</w:t>
        </w:r>
      </w:hyperlink>
      <w:r>
        <w:t xml:space="preserve">- Paragraph 4: </w:t>
      </w:r>
      <w:hyperlink r:id="rId10">
        <w:r>
          <w:rPr>
            <w:color w:val="0000EE"/>
            <w:u w:val="single"/>
          </w:rPr>
          <w:t>[2]</w:t>
        </w:r>
      </w:hyperlink>
      <w:r>
        <w:t xml:space="preserve">, </w:t>
      </w:r>
      <w:hyperlink r:id="rId11">
        <w:r>
          <w:rPr>
            <w:color w:val="0000EE"/>
            <w:u w:val="single"/>
          </w:rPr>
          <w:t>[3]</w:t>
        </w:r>
      </w:hyperlink>
      <w:r>
        <w:t xml:space="preserve">- Paragraph 5: </w:t>
      </w:r>
      <w:hyperlink r:id="rId12">
        <w:r>
          <w:rPr>
            <w:color w:val="0000EE"/>
            <w:u w:val="single"/>
          </w:rPr>
          <w:t>[4]</w:t>
        </w:r>
      </w:hyperlink>
      <w:r>
        <w:t xml:space="preserve">, </w:t>
      </w:r>
      <w:hyperlink r:id="rId10">
        <w:r>
          <w:rPr>
            <w:color w:val="0000EE"/>
            <w:u w:val="single"/>
          </w:rPr>
          <w:t>[2]</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https://b-gay.com/buzz-lightyear-proposed-to-woody-at-a-pride-runand-everyone-loved-it/</w:t>
        </w:r>
      </w:hyperlink>
      <w:r>
        <w:t xml:space="preserve"> - Please view link - unable to able to access data</w:t>
      </w:r>
      <w:r/>
    </w:p>
    <w:p>
      <w:pPr>
        <w:pStyle w:val="ListNumber"/>
        <w:spacing w:line="240" w:lineRule="auto"/>
        <w:ind w:left="720"/>
      </w:pPr>
      <w:r/>
      <w:hyperlink r:id="rId10">
        <w:r>
          <w:rPr>
            <w:color w:val="0000EE"/>
            <w:u w:val="single"/>
          </w:rPr>
          <w:t>https://www.queerty.com/buzz-lightyear-woody-got-engaged-at-the-nyc-pride-run-and-went-instantly-viral-20260629/</w:t>
        </w:r>
      </w:hyperlink>
      <w:r>
        <w:t xml:space="preserve"> - A touching proposal took place at the finish line of New York's LGBTQ+ Pride Run, where Chris Siretz, dressed as Buzz Lightyear, proposed to his partner, Omar Merced, who was dressed as Woody. The couple, known for their coordinated costumes, have made the Pride Run an annual tradition. The proposal was particularly meaningful as Omar had encouraged Chris to start running nearly five years ago. The moment quickly went viral, highlighting the significance of love and commitment within the LGBTQ+ community. (</w:t>
      </w:r>
      <w:hyperlink r:id="rId13">
        <w:r>
          <w:rPr>
            <w:color w:val="0000EE"/>
            <w:u w:val="single"/>
          </w:rPr>
          <w:t>queerty.com</w:t>
        </w:r>
      </w:hyperlink>
      <w:r>
        <w:t>)</w:t>
      </w:r>
      <w:r/>
    </w:p>
    <w:p>
      <w:pPr>
        <w:pStyle w:val="ListNumber"/>
        <w:spacing w:line="240" w:lineRule="auto"/>
        <w:ind w:left="720"/>
      </w:pPr>
      <w:r/>
      <w:hyperlink r:id="rId11">
        <w:r>
          <w:rPr>
            <w:color w:val="0000EE"/>
            <w:u w:val="single"/>
          </w:rPr>
          <w:t>https://www.lgbtqnation.com/2026/07/couple-gets-engaged-at-pride-run-finish-line-keep-running-with-me/</w:t>
        </w:r>
      </w:hyperlink>
      <w:r>
        <w:t xml:space="preserve"> - At the annual Front Runners New York LGBTQ+ Pride Run 4-Miler on June 27, Chris Siretz proposed to his partner, Omar Merced, at the finish line. Both were dressed as Buzz Lightyear and Woody from Toy Story. After crossing the finish line, Chris dropped to one knee and asked Omar to 'keep running with me?' Omar accepted, and the crowd cheered. The proposal was a heartfelt moment during the Pride Run, symbolising love and commitment. (</w:t>
      </w:r>
      <w:hyperlink r:id="rId14">
        <w:r>
          <w:rPr>
            <w:color w:val="0000EE"/>
            <w:u w:val="single"/>
          </w:rPr>
          <w:t>lgbtqnation.com</w:t>
        </w:r>
      </w:hyperlink>
      <w:r>
        <w:t>)</w:t>
      </w:r>
      <w:r/>
    </w:p>
    <w:p>
      <w:pPr>
        <w:pStyle w:val="ListNumber"/>
        <w:spacing w:line="240" w:lineRule="auto"/>
        <w:ind w:left="720"/>
      </w:pPr>
      <w:r/>
      <w:hyperlink r:id="rId12">
        <w:r>
          <w:rPr>
            <w:color w:val="0000EE"/>
            <w:u w:val="single"/>
          </w:rPr>
          <w:t>https://www.runnersworld.com/news/a71770203/pride-month-race-proposal-nyc/</w:t>
        </w:r>
      </w:hyperlink>
      <w:r>
        <w:t xml:space="preserve"> - During the 45th edition of the Front Runners New York LGBTQ+ Pride Run 4-Miler in Central Park on June 27, Chris Siretz proposed to his partner, Omar Merced, at the finish line. Both were dressed as Buzz Lightyear and Woody from Toy Story. The proposal was a highlight of the event, which saw over 8,000 runners participating. The couple has made the Pride Run an annual tradition, often coordinating their outfits for the event. (</w:t>
      </w:r>
      <w:hyperlink r:id="rId15">
        <w:r>
          <w:rPr>
            <w:color w:val="0000EE"/>
            <w:u w:val="single"/>
          </w:rPr>
          <w:t>runnersworld.com</w:t>
        </w:r>
      </w:hyperlink>
      <w:r>
        <w:t>)</w:t>
      </w:r>
      <w:r/>
    </w:p>
    <w:p>
      <w:pPr>
        <w:pStyle w:val="ListNumber"/>
        <w:spacing w:line="240" w:lineRule="auto"/>
        <w:ind w:left="720"/>
      </w:pPr>
      <w:r/>
      <w:hyperlink r:id="rId16">
        <w:r>
          <w:rPr>
            <w:color w:val="0000EE"/>
            <w:u w:val="single"/>
          </w:rPr>
          <w:t>https://www.thepinknews.com/2023/06/28/disney-buzz-lightyear-lgbtq-ally-pride/</w:t>
        </w:r>
      </w:hyperlink>
      <w:r>
        <w:t xml:space="preserve"> - Buzz Lightyear has been branded an LGBTQ+ ally after dancing with a rainbow Pride fan at a Disney parade. A TikTok video shows Buzz grabbing the fan from an onlooker and dancing with it during the parade. The video, set to Lady Gaga's 'Born This Way,' has gone viral, with fans expressing their support for Buzz's actions. This incident adds to Buzz's reputation as an ally within the LGBTQ+ community. (</w:t>
      </w:r>
      <w:hyperlink r:id="rId17">
        <w:r>
          <w:rPr>
            <w:color w:val="0000EE"/>
            <w:u w:val="single"/>
          </w:rPr>
          <w:t>thepinknews.com</w:t>
        </w:r>
      </w:hyperlink>
      <w:r>
        <w:t>)</w:t>
      </w:r>
      <w:r/>
    </w:p>
    <w:p>
      <w:pPr>
        <w:pStyle w:val="ListNumber"/>
        <w:spacing w:line="240" w:lineRule="auto"/>
        <w:ind w:left="720"/>
      </w:pPr>
      <w:r/>
      <w:hyperlink r:id="rId18">
        <w:r>
          <w:rPr>
            <w:color w:val="0000EE"/>
            <w:u w:val="single"/>
          </w:rPr>
          <w:t>https://www.pride.com/gay-entertainment/buzz-lightyear</w:t>
        </w:r>
      </w:hyperlink>
      <w:r>
        <w:t xml:space="preserve"> - Buzz Lightyear has been celebrated as an LGBTQ+ ally after a performance at a Disney parade where he danced with a rainbow Pride fan. The video, set to Lady Gaga's 'Born This Way,' has gone viral, with fans expressing their support for Buzz's actions. This incident adds to Buzz's reputation as an ally within the LGBTQ+ community. (</w:t>
      </w:r>
      <w:hyperlink r:id="rId19">
        <w:r>
          <w:rPr>
            <w:color w:val="0000EE"/>
            <w:u w:val="single"/>
          </w:rPr>
          <w:t>pride.com</w:t>
        </w:r>
      </w:hyperlink>
      <w:r>
        <w:t>)</w:t>
      </w:r>
      <w:r/>
    </w:p>
    <w:p>
      <w:pPr>
        <w:pStyle w:val="ListNumber"/>
        <w:spacing w:line="240" w:lineRule="auto"/>
        <w:ind w:left="720"/>
      </w:pPr>
      <w:r/>
      <w:hyperlink r:id="rId20">
        <w:r>
          <w:rPr>
            <w:color w:val="0000EE"/>
            <w:u w:val="single"/>
          </w:rPr>
          <w:t>https://www.breitbart.com/entertainment/2023/06/28/buzz-lightyear-branded-an-lgbtq-ally-after-dancing-with-rainbow-flag-at-walt-disney-world-parade/</w:t>
        </w:r>
      </w:hyperlink>
      <w:r>
        <w:t xml:space="preserve"> - Buzz Lightyear has been branded an LGBTQ+ ally after dancing with a rainbow Pride fan at a Disney parade. A TikTok video shows Buzz grabbing the fan from an onlooker and dancing with it during the parade. The video, set to Lady Gaga's 'Born This Way,' has gone viral, with fans expressing their support for Buzz's actions. This incident adds to Buzz's reputation as an ally within the LGBTQ+ community. (</w:t>
      </w:r>
      <w:hyperlink r:id="rId21">
        <w:r>
          <w:rPr>
            <w:color w:val="0000EE"/>
            <w:u w:val="single"/>
          </w:rPr>
          <w:t>breitbart.com</w:t>
        </w:r>
      </w:hyperlink>
      <w:r>
        <w:t>)</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b-gay.com/buzz-lightyear-proposed-to-woody-at-a-pride-runand-everyone-loved-it/" TargetMode="External"/><Relationship Id="rId10" Type="http://schemas.openxmlformats.org/officeDocument/2006/relationships/hyperlink" Target="https://www.queerty.com/buzz-lightyear-woody-got-engaged-at-the-nyc-pride-run-and-went-instantly-viral-20260629/" TargetMode="External"/><Relationship Id="rId11" Type="http://schemas.openxmlformats.org/officeDocument/2006/relationships/hyperlink" Target="https://www.lgbtqnation.com/2026/07/couple-gets-engaged-at-pride-run-finish-line-keep-running-with-me/" TargetMode="External"/><Relationship Id="rId12" Type="http://schemas.openxmlformats.org/officeDocument/2006/relationships/hyperlink" Target="https://www.runnersworld.com/news/a71770203/pride-month-race-proposal-nyc/" TargetMode="External"/><Relationship Id="rId13" Type="http://schemas.openxmlformats.org/officeDocument/2006/relationships/hyperlink" Target="https://www.queerty.com/buzz-lightyear-woody-got-engaged-at-the-nyc-pride-run-and-went-instantly-viral-20260629/?utm_source=openai" TargetMode="External"/><Relationship Id="rId14" Type="http://schemas.openxmlformats.org/officeDocument/2006/relationships/hyperlink" Target="https://www.lgbtqnation.com/2026/07/couple-gets-engaged-at-pride-run-finish-line-keep-running-with-me/?utm_source=openai" TargetMode="External"/><Relationship Id="rId15" Type="http://schemas.openxmlformats.org/officeDocument/2006/relationships/hyperlink" Target="https://www.runnersworld.com/news/a71770203/pride-month-race-proposal-nyc/?utm_source=openai" TargetMode="External"/><Relationship Id="rId16" Type="http://schemas.openxmlformats.org/officeDocument/2006/relationships/hyperlink" Target="https://www.thepinknews.com/2023/06/28/disney-buzz-lightyear-lgbtq-ally-pride/" TargetMode="External"/><Relationship Id="rId17" Type="http://schemas.openxmlformats.org/officeDocument/2006/relationships/hyperlink" Target="https://www.thepinknews.com/2023/06/28/disney-buzz-lightyear-lgbtq-ally-pride/?utm_source=openai" TargetMode="External"/><Relationship Id="rId18" Type="http://schemas.openxmlformats.org/officeDocument/2006/relationships/hyperlink" Target="https://www.pride.com/gay-entertainment/buzz-lightyear" TargetMode="External"/><Relationship Id="rId19" Type="http://schemas.openxmlformats.org/officeDocument/2006/relationships/hyperlink" Target="https://www.pride.com/gay-entertainment/buzz-lightyear?utm_source=openai" TargetMode="External"/><Relationship Id="rId20" Type="http://schemas.openxmlformats.org/officeDocument/2006/relationships/hyperlink" Target="https://www.breitbart.com/entertainment/2023/06/28/buzz-lightyear-branded-an-lgbtq-ally-after-dancing-with-rainbow-flag-at-walt-disney-world-parade/" TargetMode="External"/><Relationship Id="rId21" Type="http://schemas.openxmlformats.org/officeDocument/2006/relationships/hyperlink" Target="https://www.breitbart.com/entertainment/2023/06/28/buzz-lightyear-branded-an-lgbtq-ally-after-dancing-with-rainbow-flag-at-walt-disney-world-parade/?utm_source=openai"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