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PH: LOVELABAN 2026 Highlights and What They Mean for LGBTQIA+ Visibility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Bursting with colour and music, Pride PH: LOVELABAN 2026 turned UP Diliman into a vibrant hub of celebration and advocacy, drawing thousands of attendees, celebrities and performers , and reminding everyone why Pride matters beyond the parade.</w:t>
      </w:r>
      <w:r/>
    </w:p>
    <w:p>
      <w:r/>
      <w:r>
        <w:t>Essential Takeaways</w:t>
      </w:r>
      <w:r/>
      <w:r/>
    </w:p>
    <w:p>
      <w:pPr>
        <w:pStyle w:val="ListBullet"/>
        <w:spacing w:line="240" w:lineRule="auto"/>
        <w:ind w:left="720"/>
      </w:pPr>
      <w:r/>
      <w:r>
        <w:rPr>
          <w:b/>
        </w:rPr>
        <w:t>Massive turnout:</w:t>
      </w:r>
      <w:r>
        <w:t xml:space="preserve"> Thousands attended the festival at UP Diliman, creating a lively, communal atmosphere and visible support for equality.</w:t>
      </w:r>
      <w:r/>
    </w:p>
    <w:p>
      <w:pPr>
        <w:pStyle w:val="ListBullet"/>
        <w:spacing w:line="240" w:lineRule="auto"/>
        <w:ind w:left="720"/>
      </w:pPr>
      <w:r/>
      <w:r>
        <w:rPr>
          <w:b/>
        </w:rPr>
        <w:t>Bold visuals:</w:t>
      </w:r>
      <w:r>
        <w:t xml:space="preserve"> Rainbow flags, glittered looks and handmade banners filled the grounds , it felt joyful, loud and unapologetically expressive.</w:t>
      </w:r>
      <w:r/>
    </w:p>
    <w:p>
      <w:pPr>
        <w:pStyle w:val="ListBullet"/>
        <w:spacing w:line="240" w:lineRule="auto"/>
        <w:ind w:left="720"/>
      </w:pPr>
      <w:r/>
      <w:r>
        <w:rPr>
          <w:b/>
        </w:rPr>
        <w:t>Star power:</w:t>
      </w:r>
      <w:r>
        <w:t xml:space="preserve"> Local celebrities and creators joined the programme, energising fans while amplifying advocacy messages.</w:t>
      </w:r>
      <w:r/>
    </w:p>
    <w:p>
      <w:pPr>
        <w:pStyle w:val="ListBullet"/>
        <w:spacing w:line="240" w:lineRule="auto"/>
        <w:ind w:left="720"/>
      </w:pPr>
      <w:r/>
      <w:r>
        <w:rPr>
          <w:b/>
        </w:rPr>
        <w:t>Music as unity:</w:t>
      </w:r>
      <w:r>
        <w:t xml:space="preserve"> Headline P‑Pop performances turned the event into a concert atmosphere, bringing attendees together in song and dance.</w:t>
      </w:r>
      <w:r/>
    </w:p>
    <w:p>
      <w:pPr>
        <w:pStyle w:val="ListBullet"/>
        <w:spacing w:line="240" w:lineRule="auto"/>
        <w:ind w:left="720"/>
      </w:pPr>
      <w:r/>
      <w:r>
        <w:rPr>
          <w:b/>
        </w:rPr>
        <w:t>Advocacy at the core:</w:t>
      </w:r>
      <w:r>
        <w:t xml:space="preserve"> Information booths and community spaces offered resources on rights, health and education, keeping activism front and centre.</w:t>
      </w:r>
      <w:r/>
      <w:r/>
    </w:p>
    <w:p>
      <w:pPr>
        <w:pStyle w:val="Heading2"/>
      </w:pPr>
      <w:r>
        <w:t>A colourful welcome: what it felt like on the ground</w:t>
      </w:r>
      <w:r/>
    </w:p>
    <w:p>
      <w:r/>
      <w:r>
        <w:t>Walking into the festival was like stepping into a moving artwork; the crowd smelled of sunscreen and glitter, and everywhere you looked someone was wearing something joyful. Organisers and attendees alike treated the day as both a party and a platform, and that dual energy set the tone from the start. According to local coverage, the University of the Philippines Diliman grounds were transformed into a sprawling, inclusive site where visibility and celebration went hand in hand. For anyone new to Pride, this was a clear, sensory lesson in what community energy can do.</w:t>
      </w:r>
      <w:r/>
    </w:p>
    <w:p>
      <w:pPr>
        <w:pStyle w:val="Heading2"/>
      </w:pPr>
      <w:r>
        <w:t>Why celebrities and creators matter to Pride advocacy</w:t>
      </w:r>
      <w:r/>
    </w:p>
    <w:p>
      <w:r/>
      <w:r>
        <w:t>When familiar faces like TV personalities and social creators join an event, it does more than fill seats , it extends reach. Stars and influencers mingled with the crowd, took photos, and echoed messages of support, which helps bring conversations about equality into mainstream feeds and living rooms. Reports note several well‑known performers and content creators attended, and their presence amplified the event’s calls for protection against discrimination. It’s a reminder that visibility from public figures can turn a local festival into a national conversation.</w:t>
      </w:r>
      <w:r/>
    </w:p>
    <w:p>
      <w:pPr>
        <w:pStyle w:val="Heading2"/>
      </w:pPr>
      <w:r>
        <w:t>Music as a rallying cry: concerts that carry a message</w:t>
      </w:r>
      <w:r/>
    </w:p>
    <w:p>
      <w:r/>
      <w:r>
        <w:t>As the sun dipped, the mood shifted to full‑on concert mode , and that’s when the communal feel became electric. P‑Pop groups delivered high‑energy sets that had thousands singing back every chorus, folding entertainment into activism. Local media highlighted headline performances that felt celebratory and unifying, proving music remains one of the most effective ways to knit together diverse crowds while reinforcing core messages about inclusion. If you’re planning to attend future Pride events, bring earplugs and comfortable shoes , you’ll want both.</w:t>
      </w:r>
      <w:r/>
    </w:p>
    <w:p>
      <w:pPr>
        <w:pStyle w:val="Heading2"/>
      </w:pPr>
      <w:r>
        <w:t>Advocacy booths: where celebration meets service</w:t>
      </w:r>
      <w:r/>
    </w:p>
    <w:p>
      <w:r/>
      <w:r>
        <w:t>Beyond the main stage, the festival hosted a range of booths and community corners offering practical resources on health, education and legal rights. These quieter spaces were where many meaningful conversations happened, and they underline a key truth: Pride isn’t only about spectacle, it’s about support systems. Community organisations used the platform to share services and information, which is particularly important in places pushing for greater legal protections. For visitors, take a moment to stop at these stalls , you’ll often find the most useful takeaways there.</w:t>
      </w:r>
      <w:r/>
    </w:p>
    <w:p>
      <w:pPr>
        <w:pStyle w:val="Heading2"/>
      </w:pPr>
      <w:r>
        <w:t>What Pride PH: LOVELABAN 2026 signals for the future</w:t>
      </w:r>
      <w:r/>
    </w:p>
    <w:p>
      <w:r/>
      <w:r>
        <w:t>This year’s edition felt both familiar and bolder , familiar because Pride remains grounded in joy and protest, bolder because turnout, performances and advocacy felt larger than before. Coverage from several outlets framed the festival as one of the country’s biggest Pride gatherings, suggesting growing public engagement and a stronger platform for LGBTQIA+ voices. Looking ahead, events like this will likely continue to blend entertainment with concrete activism, and that mix is exactly what helps sustain momentum for change.</w:t>
      </w:r>
      <w:r/>
    </w:p>
    <w:p>
      <w:r/>
      <w:r>
        <w:t>It's a small change with big resonance , every festival, stage and conversation nudges the country closer to broader acceptance.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[4]</w:t>
        </w:r>
      </w:hyperlink>
      <w:r>
        <w:t xml:space="preserve">- Paragraph 2: </w:t>
      </w:r>
      <w:hyperlink r:id="rId12">
        <w:r>
          <w:rPr>
            <w:color w:val="0000EE"/>
            <w:u w:val="single"/>
          </w:rPr>
          <w:t>[7]</w:t>
        </w:r>
      </w:hyperlink>
      <w:r>
        <w:t xml:space="preserve">, </w:t>
      </w:r>
      <w:hyperlink r:id="rId9">
        <w:r>
          <w:rPr>
            <w:color w:val="0000EE"/>
            <w:u w:val="single"/>
          </w:rPr>
          <w:t>[2]</w:t>
        </w:r>
      </w:hyperlink>
      <w:r>
        <w:t xml:space="preserve">- Paragraph 3: </w:t>
      </w:r>
      <w:hyperlink r:id="rId9">
        <w:r>
          <w:rPr>
            <w:color w:val="0000EE"/>
            <w:u w:val="single"/>
          </w:rPr>
          <w:t>[2]</w:t>
        </w:r>
      </w:hyperlink>
      <w:r>
        <w:t xml:space="preserve">, </w:t>
      </w:r>
      <w:hyperlink r:id="rId13">
        <w:r>
          <w:rPr>
            <w:color w:val="0000EE"/>
            <w:u w:val="single"/>
          </w:rPr>
          <w:t>[6]</w:t>
        </w:r>
      </w:hyperlink>
      <w:r>
        <w:t xml:space="preserve">- Paragraph 4: </w:t>
      </w:r>
      <w:hyperlink r:id="rId11">
        <w:r>
          <w:rPr>
            <w:color w:val="0000EE"/>
            <w:u w:val="single"/>
          </w:rPr>
          <w:t>[4]</w:t>
        </w:r>
      </w:hyperlink>
      <w:r>
        <w:t xml:space="preserve">, </w:t>
      </w:r>
      <w:hyperlink r:id="rId14">
        <w:r>
          <w:rPr>
            <w:color w:val="0000EE"/>
            <w:u w:val="single"/>
          </w:rPr>
          <w:t>[5]</w:t>
        </w:r>
      </w:hyperlink>
      <w:r>
        <w:t xml:space="preserve">- Paragraph 5: </w:t>
      </w:r>
      <w:hyperlink r:id="rId12">
        <w:r>
          <w:rPr>
            <w:color w:val="0000EE"/>
            <w:u w:val="single"/>
          </w:rPr>
          <w:t>[7]</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https://www.lionheartv.net/2026/07/pride-ph-lovelaban-2026/?utm_source=rss&amp;utm_medium=rss&amp;utm_campaign=pride-ph-lovelaban-2026</w:t>
        </w:r>
      </w:hyperlink>
      <w:r>
        <w:t xml:space="preserve"> - Please view link - unable to able to access data</w:t>
      </w:r>
      <w:r/>
    </w:p>
    <w:p>
      <w:pPr>
        <w:pStyle w:val="ListNumber"/>
        <w:spacing w:line="240" w:lineRule="auto"/>
        <w:ind w:left="720"/>
      </w:pPr>
      <w:r/>
      <w:hyperlink r:id="rId9">
        <w:r>
          <w:rPr>
            <w:color w:val="0000EE"/>
            <w:u w:val="single"/>
          </w:rPr>
          <w:t>https://www.lionheartv.net/2026/07/pride-ph-lovelaban-2026/?utm_source=rss&amp;utm_medium=rss&amp;utm_campaign=pride-ph-lovelaban-2026</w:t>
        </w:r>
      </w:hyperlink>
      <w:r>
        <w:t xml:space="preserve"> - The article provides a detailed account of the Pride PH: LOVELABAN 2026 event held at the University of the Philippines Diliman. It describes the vibrant atmosphere, with attendees showcasing bold fashion statements, glittering makeup, elaborate costumes, and handmade banners carrying messages of love, acceptance, and human rights. The event emphasised advocacy for equal rights, gender inclusivity, and protection against discrimination. Notable hosts and digital personalities, including DJ Jhai Ho, Pipay, Sophie Prime, KaladKaren, and Inah Evans, participated alongside celebrities like Karina Bautista, Sky Quizon, Nicole Cordoves, Kyo Quijano, and Luigi Pacheco. The evening featured energetic performances by P-Pop groups BGYO and AJAA, reinforcing the event's message of unity through music. Advocacy booths and community spaces offered resources on LGBTQIA+ rights, health, education, and support services, highlighting the event's commitment to building stronger communities and amplifying voices that deserve to be heard.</w:t>
      </w:r>
      <w:r/>
    </w:p>
    <w:p>
      <w:pPr>
        <w:pStyle w:val="ListNumber"/>
        <w:spacing w:line="240" w:lineRule="auto"/>
        <w:ind w:left="720"/>
      </w:pPr>
      <w:r/>
      <w:hyperlink r:id="rId10">
        <w:r>
          <w:rPr>
            <w:color w:val="0000EE"/>
            <w:u w:val="single"/>
          </w:rPr>
          <w:t>https://tempo.mb.com.ph/2026/06/28/lovelaban-pride-ph-2026-a-community-of-colors/</w:t>
        </w:r>
      </w:hyperlink>
      <w:r>
        <w:t xml:space="preserve"> - The article reports on the LoveLaban Pride PH Festival 2026, which drew around 300,000 participants to the University of the Philippines Diliman and Maginhawa Pride Village. The event was marked by a strong presence of families, barangays, and local communities, underscoring how Pride has become a shared experience that extends beyond individual identity to collective support. The festival celebrated diversity, equality, and inclusion while calling for the protection of LGBTQIA rights and equal treatment for all.</w:t>
      </w:r>
      <w:r/>
    </w:p>
    <w:p>
      <w:pPr>
        <w:pStyle w:val="ListNumber"/>
        <w:spacing w:line="240" w:lineRule="auto"/>
        <w:ind w:left="720"/>
      </w:pPr>
      <w:r/>
      <w:hyperlink r:id="rId11">
        <w:r>
          <w:rPr>
            <w:color w:val="0000EE"/>
            <w:u w:val="single"/>
          </w:rPr>
          <w:t>https://upd.edu.ph/lovelab4n-brings-lgbtqia-community-together/</w:t>
        </w:r>
      </w:hyperlink>
      <w:r>
        <w:t xml:space="preserve"> - The article highlights the LoveLab4n Pride PH Festival 2026, which attracted 300,000 celebrants to UP Diliman. The event featured four stages around the Academic Oval, each offering performances from local talent, messages from advocacy groups, and testimonials from supportive families and allies. Quezon City Mayor Ma. Josefina 'Joy' Belmonte led the parade, and attendees showcased a variety of costumes and outfits, all welcomed with cheers by the crowd. The festival also included performances from notable acts such as Cup of Joe, Michelle Marquez Dee, Nica, Justine, and Matthew, Anton Diva, Lance Reblando, Femme MNL, Ballroom PH, and bands like BGYO, G22, ALAMAT, KAIA, Babydolls, VVINK, and community icons like Janine Teñoso, Drei Arias, Lorraine Galvez, Kio Priest, and Xandria Bautista.</w:t>
      </w:r>
      <w:r/>
    </w:p>
    <w:p>
      <w:pPr>
        <w:pStyle w:val="ListNumber"/>
        <w:spacing w:line="240" w:lineRule="auto"/>
        <w:ind w:left="720"/>
      </w:pPr>
      <w:r/>
      <w:hyperlink r:id="rId14">
        <w:r>
          <w:rPr>
            <w:color w:val="0000EE"/>
            <w:u w:val="single"/>
          </w:rPr>
          <w:t>https://www.gmanetwork.com/news/lifestyle/hobbiesandactivities/984801/pride-ph-reveals-date-for-lovel4ban-pride-festival-2026/story/</w:t>
        </w:r>
      </w:hyperlink>
      <w:r>
        <w:t xml:space="preserve"> - The article announces that Pride PH's fourth Pride Festival, 'LoveL4ban,' is scheduled for June 27, 2026. The venue, lineup of performers, and other details have yet to be revealed. The previous year's event, Lov3Laban Pride Festival, was held at UP Diliman in Quezon City, featuring performers like Filipina drag icon Marina Summers, Dia Mate, Klarisse De Guzman, BGYO, and more. The article also highlights that Pride Month in June serves to empower the Filipino LGBTQIA+ community by creating spaces where their identities are celebrated, stories are respected, and their rights are recognized.</w:t>
      </w:r>
      <w:r/>
    </w:p>
    <w:p>
      <w:pPr>
        <w:pStyle w:val="ListNumber"/>
        <w:spacing w:line="240" w:lineRule="auto"/>
        <w:ind w:left="720"/>
      </w:pPr>
      <w:r/>
      <w:hyperlink r:id="rId13">
        <w:r>
          <w:rPr>
            <w:color w:val="0000EE"/>
            <w:u w:val="single"/>
          </w:rPr>
          <w:t>https://ph.headtopics.com/news/pride-march-2026-lovel4ban-pride-ph-festival-kicks-off-in-84978413</w:t>
        </w:r>
      </w:hyperlink>
      <w:r>
        <w:t xml:space="preserve"> - The article reports on the LoveL4ban Pride PH Festival 2026, which kicked off at the University of the Philippines in Diliman, Quezon City, on June 27. The event is part of the culminating activities to end the month-long Pride celebration. Organizers hope to top last year's attendees with 300,000 members of the LGBTQIA+ community and allies. The article also mentions that the event is organized by the Quezon City government in partnership with UP Diliman.</w:t>
      </w:r>
      <w:r/>
    </w:p>
    <w:p>
      <w:pPr>
        <w:pStyle w:val="ListNumber"/>
        <w:spacing w:line="240" w:lineRule="auto"/>
        <w:ind w:left="720"/>
      </w:pPr>
      <w:r/>
      <w:hyperlink r:id="rId12">
        <w:r>
          <w:rPr>
            <w:color w:val="0000EE"/>
            <w:u w:val="single"/>
          </w:rPr>
          <w:t>https://tribune.net.ph/2026/06/28/love-laban-2026-the-philippines-biggest-pride-gathering-returns-grander-and-fiercer</w:t>
        </w:r>
      </w:hyperlink>
      <w:r>
        <w:t xml:space="preserve"> - The article discusses the LoveLab4n: Pride PH Festival 2026, which drew about 250,000 to 300,000 people to the University of the Philippines Diliman in Quezon City on June 27. The event featured the Pride Expo, Pride Night, Pride Villages in the Maginhawa Street area and Araneta City in Cubao, and the centerpiece Pride march. The article also mentions that the event was organized by Pride PH, a coalition of LGBTQIA+ organizations, together with the Quezon City government, led by Mayor Joy Belmonte, and UP Diliman.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onheartv.net/2026/07/pride-ph-lovelaban-2026/?utm_source=rss&amp;utm_medium=rss&amp;utm_campaign=pride-ph-lovelaban-2026" TargetMode="External"/><Relationship Id="rId10" Type="http://schemas.openxmlformats.org/officeDocument/2006/relationships/hyperlink" Target="https://tempo.mb.com.ph/2026/06/28/lovelaban-pride-ph-2026-a-community-of-colors/" TargetMode="External"/><Relationship Id="rId11" Type="http://schemas.openxmlformats.org/officeDocument/2006/relationships/hyperlink" Target="https://upd.edu.ph/lovelab4n-brings-lgbtqia-community-together/" TargetMode="External"/><Relationship Id="rId12" Type="http://schemas.openxmlformats.org/officeDocument/2006/relationships/hyperlink" Target="https://tribune.net.ph/2026/06/28/love-laban-2026-the-philippines-biggest-pride-gathering-returns-grander-and-fiercer" TargetMode="External"/><Relationship Id="rId13" Type="http://schemas.openxmlformats.org/officeDocument/2006/relationships/hyperlink" Target="https://ph.headtopics.com/news/pride-march-2026-lovel4ban-pride-ph-festival-kicks-off-in-84978413" TargetMode="External"/><Relationship Id="rId14" Type="http://schemas.openxmlformats.org/officeDocument/2006/relationships/hyperlink" Target="https://www.gmanetwork.com/news/lifestyle/hobbiesandactivities/984801/pride-ph-reveals-date-for-lovel4ban-pride-festival-2026/sto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