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Parade Coverage: Why Cologne’s CSD Draws Nearly a Million Visitors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tourists and activists are flocking to Cologne this weekend as the Christopher Street Day street festival hits full swing; organisers expect close to a million visitors, and Sunday’s parade turned into a colourful, political demonstration for queer rights that mattered beyond the spectacle.</w:t>
      </w:r>
      <w:r/>
    </w:p>
    <w:p>
      <w:r/>
      <w:r>
        <w:t>Essential Takeaways</w:t>
      </w:r>
      <w:r/>
      <w:r/>
    </w:p>
    <w:p>
      <w:pPr>
        <w:pStyle w:val="ListBullet"/>
        <w:spacing w:line="240" w:lineRule="auto"/>
        <w:ind w:left="720"/>
      </w:pPr>
      <w:r/>
      <w:r>
        <w:rPr>
          <w:b/>
        </w:rPr>
        <w:t>Huge turnout:</w:t>
      </w:r>
      <w:r>
        <w:t xml:space="preserve"> Organisers and media reports expect around one million visitors across the CSD weekend, with tens of thousands marching on Sunday. </w:t>
      </w:r>
      <w:r/>
    </w:p>
    <w:p>
      <w:pPr>
        <w:pStyle w:val="ListBullet"/>
        <w:spacing w:line="240" w:lineRule="auto"/>
        <w:ind w:left="720"/>
      </w:pPr>
      <w:r/>
      <w:r>
        <w:rPr>
          <w:b/>
        </w:rPr>
        <w:t>Political presence:</w:t>
      </w:r>
      <w:r>
        <w:t xml:space="preserve"> Local and national politicians joined the front of the parade, signalling broad political support and visibility. </w:t>
      </w:r>
      <w:r/>
    </w:p>
    <w:p>
      <w:pPr>
        <w:pStyle w:val="ListBullet"/>
        <w:spacing w:line="240" w:lineRule="auto"/>
        <w:ind w:left="720"/>
      </w:pPr>
      <w:r/>
      <w:r>
        <w:rPr>
          <w:b/>
        </w:rPr>
        <w:t>Visible activism:</w:t>
      </w:r>
      <w:r>
        <w:t xml:space="preserve"> Drag performers served as both eye-catching entertainers and outspoken advocates for queer issues. </w:t>
      </w:r>
      <w:r/>
    </w:p>
    <w:p>
      <w:pPr>
        <w:pStyle w:val="ListBullet"/>
        <w:spacing w:line="240" w:lineRule="auto"/>
        <w:ind w:left="720"/>
      </w:pPr>
      <w:r/>
      <w:r>
        <w:rPr>
          <w:b/>
        </w:rPr>
        <w:t>Tight security:</w:t>
      </w:r>
      <w:r>
        <w:t xml:space="preserve"> Event planners stressed updated safety concepts, weather monitoring and specialist coordination for crowds and potential disruptions. </w:t>
      </w:r>
      <w:r/>
    </w:p>
    <w:p>
      <w:pPr>
        <w:pStyle w:val="ListBullet"/>
        <w:spacing w:line="240" w:lineRule="auto"/>
        <w:ind w:left="720"/>
      </w:pPr>
      <w:r/>
      <w:r>
        <w:rPr>
          <w:b/>
        </w:rPr>
        <w:t>Community-led:</w:t>
      </w:r>
      <w:r>
        <w:t xml:space="preserve"> ColognePride volunteers and long‑time organisers drive the two-week programme, the street festival and the march.</w:t>
      </w:r>
      <w:r/>
      <w:r/>
    </w:p>
    <w:p>
      <w:pPr>
        <w:pStyle w:val="Heading2"/>
      </w:pPr>
      <w:r>
        <w:t>Colourful crowd, serious message , the parade’s opening hit hard</w:t>
      </w:r>
      <w:r/>
    </w:p>
    <w:p>
      <w:r/>
      <w:r>
        <w:t>The parade set off from Deutzer Brücke amid a ripple of flags and loud music, and the scale was strikingly human: bright outfits, cheers and a steady, hopeful hum. Reporters and organisers alike emphasised that this is more than a party , it’s a statement in public space about equal rights and visibility. According to organisers, the weekend attracts almost a million visitors, turning the city into a loud, living billboard for queer causes.</w:t>
      </w:r>
      <w:r/>
    </w:p>
    <w:p>
      <w:pPr>
        <w:pStyle w:val="Heading2"/>
      </w:pPr>
      <w:r>
        <w:t>Politicians march , and what that means for visibility</w:t>
      </w:r>
      <w:r/>
    </w:p>
    <w:p>
      <w:r/>
      <w:r>
        <w:t>High-profile figures, from the city mayor to federal ministers, walked near the front of the parade, a gesture that matters symbolically. When mayors and ministers show up, they bring press attention and signal that queer issues are on the political agenda. For campaign‑minded onlookers, it’s proof that Pride can be both festive and forceful , and it raises the question of whether visibility like this nudges concrete policy change.</w:t>
      </w:r>
      <w:r/>
    </w:p>
    <w:p>
      <w:pPr>
        <w:pStyle w:val="Heading2"/>
      </w:pPr>
      <w:r>
        <w:t>Drag on the frontline: spectacle and activism combined</w:t>
      </w:r>
      <w:r/>
    </w:p>
    <w:p>
      <w:r/>
      <w:r>
        <w:t>Drag artists were among the most photographed participants, but they also framed themselves as spokespeople. Performers noted that attention-getting outfits aren’t just for show; they’re a platform for debate and outreach. That blend of glamour and argument keeps Pride culturally resonant , your eyes are drawn to the sequins and then your ears catch a policy slogan or a call for solidarity.</w:t>
      </w:r>
      <w:r/>
    </w:p>
    <w:p>
      <w:pPr>
        <w:pStyle w:val="Heading2"/>
      </w:pPr>
      <w:r>
        <w:t>Organisers: decades of experience meet new challenges</w:t>
      </w:r>
      <w:r/>
    </w:p>
    <w:p>
      <w:r/>
      <w:r>
        <w:t>ColognePride’s team has built the event over many years, and long‑serving organisers described a sense of responsibility that grows with the festival’s size. Volunteers handle programming, logistics and outreach for a fortnight of events, and that continuity matters: it keeps the parade rooted in community rather than turning it into a purely commercial spectacle. Organisers say persistence is essential, because social attitudes and political backdrops keep shifting.</w:t>
      </w:r>
      <w:r/>
    </w:p>
    <w:p>
      <w:pPr>
        <w:pStyle w:val="Heading2"/>
      </w:pPr>
      <w:r>
        <w:t>Safety and weather: planning for worst cases so people can enjoy the day</w:t>
      </w:r>
      <w:r/>
    </w:p>
    <w:p>
      <w:r/>
      <w:r>
        <w:t>Safety planners stressed that measures evolve every year to match new threats and logistical demands. The security concept includes cooperation with event‑security specialists and a weather observer to warn of storms , practical, sobering stuff most parade-goers never see. For anyone attending, the tips are simple: wear sensible shoes, pick a meeting spot in case you get separated, and stay hydrated , the basics let you enjoy the colour without the fuss.</w:t>
      </w:r>
      <w:r/>
    </w:p>
    <w:p>
      <w:r/>
      <w:r>
        <w:t>It's a weekend where joy and purpose walk side by side , pick the parts that matter to you and join 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1">
        <w:r>
          <w:rPr>
            <w:color w:val="0000EE"/>
            <w:u w:val="single"/>
          </w:rPr>
          <w:t>[7]</w:t>
        </w:r>
      </w:hyperlink>
      <w:r>
        <w:t xml:space="preserve">- Paragraph 5: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https://www.tagesschau.de/inland/regional/nordrheinwestfalen/csd-koeln-130.html</w:t>
        </w:r>
      </w:hyperlink>
      <w:r>
        <w:t xml:space="preserve"> - Please view link - unable to able to access data</w:t>
      </w:r>
      <w:r/>
    </w:p>
    <w:p>
      <w:pPr>
        <w:pStyle w:val="ListNumber"/>
        <w:spacing w:line="240" w:lineRule="auto"/>
        <w:ind w:left="720"/>
      </w:pPr>
      <w:r/>
      <w:hyperlink r:id="rId9">
        <w:r>
          <w:rPr>
            <w:color w:val="0000EE"/>
            <w:u w:val="single"/>
          </w:rPr>
          <w:t>https://www.tagesschau.de/inland/regional/nordrheinwestfalen/csd-koeln-130.html</w:t>
        </w:r>
      </w:hyperlink>
      <w:r>
        <w:t xml:space="preserve"> - The article reports on the Christopher Street Day (CSD) in Cologne, Germany, which began on Friday, July 3, 2026, and culminated in a large demonstration on Sunday, July 5. The organisers anticipated around one million visitors for the weekend's events. The parade commenced at 11 am, with thousands of spectators lining the streets to witness the vibrant demonstrations. A live stream of the event was available from 1 pm. Prominent politicians, including Cologne's Mayor Thorsten Burmester, Claudia Roth, Karl Lauterbach, NRW Interior Minister Herbert Reul, and NRW Economic Minister Mona Neubauer, participated in the parade. Burmester expressed gratitude to all volunteers who support the CSD in Cologne throughout the year, stating, "Happy Pride!" The organisers, ColognePride, emphasised their commitment to diversity and equality, stating, "We are here today because we stand for diversity, are equal in our cause, and demonstrate for it." Uwe Weiler, the managing director of ColognePride, highlighted the importance of the event, especially in light of current political developments in Germany, expressing a desire for everyone to live freely and develop freely. Drag queens, such as "The Only Naomy," added flair to the demonstration, underscoring their role as representatives of the queer community and their responsibility to use the attention to address the community's concerns. To ensure the safety of such a large event, security measures are regularly updated. Martin Hommel, who has been responsible for security for over 20 years, noted that challenges are increasing annually, not only in terms of infrastructure but also potential disturbances, which are becoming more diverse. Preparations involve collaboration with a professional association for event security, and a weather observer provides timely warnings for severe weather conditions, with corresponding safety plans in place.</w:t>
      </w:r>
      <w:r/>
    </w:p>
    <w:p>
      <w:pPr>
        <w:pStyle w:val="ListNumber"/>
        <w:spacing w:line="240" w:lineRule="auto"/>
        <w:ind w:left="720"/>
      </w:pPr>
      <w:r/>
      <w:hyperlink r:id="rId10">
        <w:r>
          <w:rPr>
            <w:color w:val="0000EE"/>
            <w:u w:val="single"/>
          </w:rPr>
          <w:t>https://www.deutschlandfunk.de/rund-eine-million-menschen-zur-pride-parade-in-koeln-erwartet-114.html</w:t>
        </w:r>
      </w:hyperlink>
      <w:r>
        <w:t xml:space="preserve"> - The article discusses the Christopher Street Day (CSD) parade in Cologne, Germany, held on July 5, 2026. Approximately 250 groups and 90 floats participated, with organisers expecting around one million attendees. The event's motto was "For Queer Rights – Many. Together. Strong." The police deployed several hundred officers to ensure safety, emphasising the need to protect the queer community from potential hostilities. The article also provides historical context, noting that the CSD commemorates the 1969 Stonewall Riots in New York, which were pivotal in the LGBTQ+ rights movement.</w:t>
      </w:r>
      <w:r/>
    </w:p>
    <w:p>
      <w:pPr>
        <w:pStyle w:val="ListNumber"/>
        <w:spacing w:line="240" w:lineRule="auto"/>
        <w:ind w:left="720"/>
      </w:pPr>
      <w:r/>
      <w:hyperlink r:id="rId11">
        <w:r>
          <w:rPr>
            <w:color w:val="0000EE"/>
            <w:u w:val="single"/>
          </w:rPr>
          <w:t>https://www.koeln.de/veranstaltungen/csd-koeln/</w:t>
        </w:r>
      </w:hyperlink>
      <w:r>
        <w:t xml:space="preserve"> - This page provides detailed information about the Christopher Street Day (CSD) parade in Cologne, Germany, scheduled for July 5, 2026. The parade is the highlight of the ColognePride weekend, with thousands of participants marching through the city centre under the motto "For Queer Rights – Many. Together. Strong." The event is expected to draw over 50,000 participants and several hundred thousand spectators. The page also outlines the parade route and street closures during the event.</w:t>
      </w:r>
      <w:r/>
    </w:p>
    <w:p>
      <w:pPr>
        <w:pStyle w:val="ListNumber"/>
        <w:spacing w:line="240" w:lineRule="auto"/>
        <w:ind w:left="720"/>
      </w:pPr>
      <w:r/>
      <w:hyperlink r:id="rId13">
        <w:r>
          <w:rPr>
            <w:color w:val="0000EE"/>
            <w:u w:val="single"/>
          </w:rPr>
          <w:t>https://www.deutschlandfunk.de/rund-eine-million-menschen-zur-pride-parade-in-koeln-erwartet-100.html</w:t>
        </w:r>
      </w:hyperlink>
      <w:r>
        <w:t xml:space="preserve"> - The article reports on the Christopher Street Day (CSD) parade in Cologne, Germany, held on July 5, 2026. Approximately 250 groups and 90 floats participated, with organisers expecting around one million attendees. The event's motto was "For Queer Rights – Many. Together. Strong." The police deployed several hundred officers to ensure safety, emphasising the need to protect the queer community from potential hostilities. The article also provides historical context, noting that the CSD commemorates the 1969 Stonewall Riots in New York, which were pivotal in the LGBTQ+ rights movement.</w:t>
      </w:r>
      <w:r/>
    </w:p>
    <w:p>
      <w:pPr>
        <w:pStyle w:val="ListNumber"/>
        <w:spacing w:line="240" w:lineRule="auto"/>
        <w:ind w:left="720"/>
      </w:pPr>
      <w:r/>
      <w:hyperlink r:id="rId12">
        <w:r>
          <w:rPr>
            <w:color w:val="0000EE"/>
            <w:u w:val="single"/>
          </w:rPr>
          <w:t>https://www.grenzecho.net/142992/artikel/2026-07-05/csd-demonstration-zieht-durch-koln</w:t>
        </w:r>
      </w:hyperlink>
      <w:r>
        <w:t xml:space="preserve"> - The article covers the Christopher Street Day (CSD) demonstration in Cologne, Germany, which took place on July 5, 2026. The event is one of the largest CSD parades in Europe, with organisers expecting over one million visitors. Approximately 250 groups with about 60,000 participants and 90 floats marched through the city centre. The police announced a strong presence to ensure safety, citing concerns over potential disturbances from individuals with radical views opposing a diverse society and democratic values. The article also provides historical context, noting that the CSD commemorates the 1969 Stonewall Riots in New York, which were pivotal in the LGBTQ+ rights movement.</w:t>
      </w:r>
      <w:r/>
    </w:p>
    <w:p>
      <w:pPr>
        <w:pStyle w:val="ListNumber"/>
        <w:spacing w:line="240" w:lineRule="auto"/>
        <w:ind w:left="720"/>
      </w:pPr>
      <w:r/>
      <w:hyperlink r:id="rId11">
        <w:r>
          <w:rPr>
            <w:color w:val="0000EE"/>
            <w:u w:val="single"/>
          </w:rPr>
          <w:t>https://www.koeln.de/veranstaltungen/csd-koeln/</w:t>
        </w:r>
      </w:hyperlink>
      <w:r>
        <w:t xml:space="preserve"> - This page provides detailed information about the Christopher Street Day (CSD) parade in Cologne, Germany, scheduled for July 5, 2026. The parade is the highlight of the ColognePride weekend, with thousands of participants marching through the city centre under the motto "For Queer Rights – Many. Together. Strong." The event is expected to draw over 50,000 participants and several hundred thousand spectators. The page also outlines the parade route and street closures during the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agesschau.de/inland/regional/nordrheinwestfalen/csd-koeln-130.html" TargetMode="External"/><Relationship Id="rId10" Type="http://schemas.openxmlformats.org/officeDocument/2006/relationships/hyperlink" Target="https://www.deutschlandfunk.de/rund-eine-million-menschen-zur-pride-parade-in-koeln-erwartet-114.html" TargetMode="External"/><Relationship Id="rId11" Type="http://schemas.openxmlformats.org/officeDocument/2006/relationships/hyperlink" Target="https://www.koeln.de/veranstaltungen/csd-koeln/" TargetMode="External"/><Relationship Id="rId12" Type="http://schemas.openxmlformats.org/officeDocument/2006/relationships/hyperlink" Target="https://www.grenzecho.net/142992/artikel/2026-07-05/csd-demonstration-zieht-durch-koln" TargetMode="External"/><Relationship Id="rId13" Type="http://schemas.openxmlformats.org/officeDocument/2006/relationships/hyperlink" Target="https://www.deutschlandfunk.de/rund-eine-million-menschen-zur-pride-parade-in-koeln-erwartet-1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