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Marches to Watch in Praia: Diversity, Rights and a Celebration of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Praia this weekend as the city hosts the Marcha do Orgulho LGBTIQ+ under the banner "Diversidade é riqueza, Direitu é certeza"; the parade and institutional event bring together public bodies, civil society and international partners to spotlight rights, visibility and inclusion.</w:t>
      </w:r>
      <w:r/>
    </w:p>
    <w:p>
      <w:r/>
      <w:r>
        <w:t>Essential Takeaways</w:t>
      </w:r>
      <w:r/>
      <w:r/>
    </w:p>
    <w:p>
      <w:pPr>
        <w:pStyle w:val="ListBullet"/>
        <w:spacing w:line="240" w:lineRule="auto"/>
        <w:ind w:left="720"/>
      </w:pPr>
      <w:r/>
      <w:r>
        <w:rPr>
          <w:b/>
        </w:rPr>
        <w:t>When and where:</w:t>
      </w:r>
      <w:r>
        <w:t xml:space="preserve"> The march starts 09:00 from Rotunda de Sucupira towards Pracinha da Escola Grande on Plateau, with the institutional ceremony from about 10:30. </w:t>
      </w:r>
      <w:r/>
    </w:p>
    <w:p>
      <w:pPr>
        <w:pStyle w:val="ListBullet"/>
        <w:spacing w:line="240" w:lineRule="auto"/>
        <w:ind w:left="720"/>
      </w:pPr>
      <w:r/>
      <w:r>
        <w:rPr>
          <w:b/>
        </w:rPr>
        <w:t>Who’s involved:</w:t>
      </w:r>
      <w:r>
        <w:t xml:space="preserve"> The Ministry of Family, Inclusion and Social Development and the ICIEG will speak; the event is backed by the municipal council and AECID funding. </w:t>
      </w:r>
      <w:r/>
    </w:p>
    <w:p>
      <w:pPr>
        <w:pStyle w:val="ListBullet"/>
        <w:spacing w:line="240" w:lineRule="auto"/>
        <w:ind w:left="720"/>
      </w:pPr>
      <w:r/>
      <w:r>
        <w:rPr>
          <w:b/>
        </w:rPr>
        <w:t>Purpose:</w:t>
      </w:r>
      <w:r>
        <w:t xml:space="preserve"> It’s framed as a visibility and awareness space to promote human rights, non-discrimination and peaceful diversity. </w:t>
      </w:r>
      <w:r/>
    </w:p>
    <w:p>
      <w:pPr>
        <w:pStyle w:val="ListBullet"/>
        <w:spacing w:line="240" w:lineRule="auto"/>
        <w:ind w:left="720"/>
      </w:pPr>
      <w:r/>
      <w:r>
        <w:rPr>
          <w:b/>
        </w:rPr>
        <w:t>Tone and feel:</w:t>
      </w:r>
      <w:r>
        <w:t xml:space="preserve"> Expect a civic, organised atmosphere , speeches, partners’ presence and community energy rather than a commercial festival vibe. </w:t>
      </w:r>
      <w:r/>
    </w:p>
    <w:p>
      <w:pPr>
        <w:pStyle w:val="ListBullet"/>
        <w:spacing w:line="240" w:lineRule="auto"/>
        <w:ind w:left="720"/>
      </w:pPr>
      <w:r/>
      <w:r>
        <w:rPr>
          <w:b/>
        </w:rPr>
        <w:t>Practical note:</w:t>
      </w:r>
      <w:r>
        <w:t xml:space="preserve"> The initiative continues the momentum started in 2025 and focuses on education and anti-discrimination activities as much as celebration.</w:t>
      </w:r>
      <w:r/>
      <w:r/>
    </w:p>
    <w:p>
      <w:pPr>
        <w:pStyle w:val="Heading2"/>
      </w:pPr>
      <w:r>
        <w:t>A civic pride with a clear message: diversity is wealth</w:t>
      </w:r>
      <w:r/>
    </w:p>
    <w:p>
      <w:r/>
      <w:r>
        <w:t>Praia’s Pride is opening with a simple, human truth: diversity makes society richer, and rights must be certain. The route is compact and central, moving from Rotunda de Sucupira to Plateaus’ Pracinha da Escola Grande, so the atmosphere will feel intimate and civic rather than sprawling. The ICIEG frames the event as a moment for visibility and citizenship, and you’ll notice that emphasis in the tone of the day. If you go, expect firm but warm messaging, and a steady flow of people from public institutions and community groups.</w:t>
      </w:r>
      <w:r/>
    </w:p>
    <w:p>
      <w:pPr>
        <w:pStyle w:val="Heading2"/>
      </w:pPr>
      <w:r>
        <w:t>Why the institutional element matters this year</w:t>
      </w:r>
      <w:r/>
    </w:p>
    <w:p>
      <w:r/>
      <w:r>
        <w:t>This isn’t purely a party; it’s an institutional event with ministers and agency heads speaking. The participation of the Minister for Family, Inclusion and Social Development and the ICIEG president signals state-level commitment to the agenda, and the Spanish Cooperation’s (AECID) funding shows international support. According to the organisers, the aim is to cement Praia’s Pride as an annual platform for awareness, not a one-off spectacle. That means more speeches, policy discussion and partner booths , useful if you’re interested in rights and services rather than just entertainment.</w:t>
      </w:r>
      <w:r/>
    </w:p>
    <w:p>
      <w:pPr>
        <w:pStyle w:val="Heading2"/>
      </w:pPr>
      <w:r>
        <w:t>From awareness to action: the ICIEG’s role</w:t>
      </w:r>
      <w:r/>
    </w:p>
    <w:p>
      <w:r/>
      <w:r>
        <w:t>The Instituto Cabo-verdiano para a Igualdade e Equidade de Género has been working with LGBTIQ+ groups for years on sensitisation and anti-prejudice campaigns. Their messaging stresses prevention of violence and all forms of discrimination, and this event bundles awareness with concrete outreach. Expect informational stands and resources on legal rights and social services. For families and allies, it’s a chance to learn, ask questions and pick up practical contacts.</w:t>
      </w:r>
      <w:r/>
    </w:p>
    <w:p>
      <w:pPr>
        <w:pStyle w:val="Heading2"/>
      </w:pPr>
      <w:r>
        <w:t>How Praia’s march fits global Pride trends</w:t>
      </w:r>
      <w:r/>
    </w:p>
    <w:p>
      <w:r/>
      <w:r>
        <w:t>Pride events worldwide vary from club-centred festivals to civic marches; Praia sits squarely in the civic lane this year. Cities such as Brussels, Ibiza and several US towns balance celebration with advocacy, and Praia’s approach mirrors that trend , visibility plus policy focus. International partners and municipal support also point to a regional shift where local governments play a hands-on role in Pride programming. If you compare with larger festivals, Praia’s strengths are proximity, clarity of purpose and a community-centred feel.</w:t>
      </w:r>
      <w:r/>
    </w:p>
    <w:p>
      <w:pPr>
        <w:pStyle w:val="Heading2"/>
      </w:pPr>
      <w:r>
        <w:t>Going along: tips for attendees</w:t>
      </w:r>
      <w:r/>
    </w:p>
    <w:p>
      <w:r/>
      <w:r>
        <w:t>Arrive early if you want a good view of the march start at 09:00 and stay on for the institutional act from 10:30. Wear comfortable shoes and sun protection , the Plateau can get hot. If you’re bringing children, the civic format makes the event family-friendly, but check schedules for any specific youth activities. And if you want to show support quietly, simple rainbow accessories or signs saying “direitu é certeza” will do the trick.</w:t>
      </w:r>
      <w:r/>
    </w:p>
    <w:p>
      <w:r/>
      <w:r>
        <w:t>It’s a small change that can make every civic step count for equality.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[7]</w:t>
        </w:r>
      </w:hyperlink>
      <w:r>
        <w:t xml:space="preserve">- Paragraph 5: </w:t>
      </w:r>
      <w:hyperlink r:id="rId9">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https://expressodasilhas.cv/pais/2026/07/03/praia-acolhe-marcha-do-orgulho-lgbtiq-sob-o-lema-diversidade-e-riqueza-direitu-e-certeza/103472</w:t>
        </w:r>
      </w:hyperlink>
      <w:r>
        <w:t xml:space="preserve"> - Please view link - unable to able to access data</w:t>
      </w:r>
      <w:r/>
    </w:p>
    <w:p>
      <w:pPr>
        <w:pStyle w:val="ListNumber"/>
        <w:spacing w:line="240" w:lineRule="auto"/>
        <w:ind w:left="720"/>
      </w:pPr>
      <w:r/>
      <w:hyperlink r:id="rId9">
        <w:r>
          <w:rPr>
            <w:color w:val="0000EE"/>
            <w:u w:val="single"/>
          </w:rPr>
          <w:t>https://expressodasilhas.cv/pais/2026/07/03/praia-acolhe-marcha-do-orgulho-lgbtiq-sob-o-lema-diversidade-e-riqueza-direitu-e-certeza/103472</w:t>
        </w:r>
      </w:hyperlink>
      <w:r>
        <w:t xml:space="preserve"> - The article reports that Praia, the capital of Cape Verde, hosted the LGBTIQ+ Pride March and institutional event on July 4, 2026, under the theme "Diversity is wealth, Rights are certainty." The event, part of the Nôs Direitu project and funded by the Spanish Cooperation (AECID), began at 9:00 AM with the Pride March from Sucupira Roundabout to Pracinha da Escola Grande in Plateau. At approximately 10:30 AM, the institutional act took place, featuring speeches from the Minister of Family, Inclusion, and Social Development; the President of ICIEG; and representatives from other public institutions. The initiative aimed to reaffirm the commitment to promoting human rights, equality, non-discrimination, and respect for diversity. It also sought to establish the event as a space for awareness, visibility, and citizenship, similar to Pride events in various cities worldwide. The collaboration included the Praia City Hall, public institutions, civil society organizations, international partners, and community members. ICIEG emphasized promoting a culture based on diversity, non-violence, and against all forms of discrimination, highlighting their ongoing activities with the LGBTIQ+ community to eliminate prejudices and advocate for their rights through awareness actions within civil society.</w:t>
      </w:r>
      <w:r/>
    </w:p>
    <w:p>
      <w:pPr>
        <w:pStyle w:val="ListNumber"/>
        <w:spacing w:line="240" w:lineRule="auto"/>
        <w:ind w:left="720"/>
      </w:pPr>
      <w:r/>
      <w:hyperlink r:id="rId11">
        <w:r>
          <w:rPr>
            <w:color w:val="0000EE"/>
            <w:u w:val="single"/>
          </w:rPr>
          <w:t>https://www.thepalmbeaches.com/event/palm-beach-pride</w:t>
        </w:r>
      </w:hyperlink>
      <w:r>
        <w:t xml:space="preserve"> - Palm Beach Pride is a two-day festival celebrating the LGBTQ+ community, equality, and respect in a family-friendly environment. The festival runs from 12:00 PM to 6:00 PM and is located in Bryant Park in Downtown Lake Worth Beach. For more than two decades, Palm Beach Pride has served as Palm Beach County’s largest gay &amp; lesbian visibility event. Palm Beach Pride also includes the Pride Parade (11 am on March 24 in Downtown Lake Worth), a large Youth village, and elements for senior members of the community.</w:t>
      </w:r>
      <w:r/>
    </w:p>
    <w:p>
      <w:pPr>
        <w:pStyle w:val="ListNumber"/>
        <w:spacing w:line="240" w:lineRule="auto"/>
        <w:ind w:left="720"/>
      </w:pPr>
      <w:r/>
      <w:hyperlink r:id="rId10">
        <w:r>
          <w:rPr>
            <w:color w:val="0000EE"/>
            <w:u w:val="single"/>
          </w:rPr>
          <w:t>https://www.welcometoibiza.com/en/que-hacer/eventos-anuales-y-festivales/ibiza-gay-pride/</w:t>
        </w:r>
      </w:hyperlink>
      <w:r>
        <w:t xml:space="preserve"> - Ibiza Pride 2026 celebrates its 12th edition from June 6th to 13th, 2026, with beach activities, talks, parties, a Grand March, and a Visibility Stage. The event focuses on visibility, community building, mental health, and conscious celebration. The program includes a communal meal, guided meditation, Speed Friendly activities, and static dance sessions on the beach. Ibiza Pride aims to be an open, diverse meeting point connected to the present moment, where celebrating also means supporting one another, reflecting, and continuing to defend rights.</w:t>
      </w:r>
      <w:r/>
    </w:p>
    <w:p>
      <w:pPr>
        <w:pStyle w:val="ListNumber"/>
        <w:spacing w:line="240" w:lineRule="auto"/>
        <w:ind w:left="720"/>
      </w:pPr>
      <w:r/>
      <w:hyperlink r:id="rId12">
        <w:r>
          <w:rPr>
            <w:color w:val="0000EE"/>
            <w:u w:val="single"/>
          </w:rPr>
          <w:t>https://sdpride.org/pride/</w:t>
        </w:r>
      </w:hyperlink>
      <w:r>
        <w:t xml:space="preserve"> - San Diego Pride 2026 is scheduled for July 11-19, 2026. The event includes the Dyke March on Saturday, July 11, 2026, at 11 AM, starting at University Ave (Mo’s to Gossip Grill). The Spirit of Stonewall Rally is on Friday, July 17, 2026, from 6:00 – 7:00 PM. The Pride Parade takes place on Saturday, July 18, 2026, at 8:00 AM, starting at Hillcrest at the corner of Centre and University Ave. The Pride Festival is on Saturday, July 18, 2026, from 12 PM – 10 PM, and Sunday, July 19, 2026, from 12 PM – 9 PM, in Balboa Park with community resources, booths, and four stages of live entertainment.</w:t>
      </w:r>
      <w:r/>
    </w:p>
    <w:p>
      <w:pPr>
        <w:pStyle w:val="ListNumber"/>
        <w:spacing w:line="240" w:lineRule="auto"/>
        <w:ind w:left="720"/>
      </w:pPr>
      <w:r/>
      <w:hyperlink r:id="rId14">
        <w:r>
          <w:rPr>
            <w:color w:val="0000EE"/>
            <w:u w:val="single"/>
          </w:rPr>
          <w:t>https://www.ocmdpride.com/pride-parade</w:t>
        </w:r>
      </w:hyperlink>
      <w:r>
        <w:t xml:space="preserve"> - The Ocean City Pride Parade is a free, all-ages event open to anyone who wants to show support for or celebrate with the queer community. It meets at the inlet parking lot near the fishing pier at 10 am to congregate, and begins the walk by 10:30 am. The walk will take approximately 30-45 minutes; it is generally finished by 11:30 am. There will be tables set up at the meeting place from partners and sponsors with free merchandise, information about partner programs, and more, plus OC Pride merchandise for sale.</w:t>
      </w:r>
      <w:r/>
    </w:p>
    <w:p>
      <w:pPr>
        <w:pStyle w:val="ListNumber"/>
        <w:spacing w:line="240" w:lineRule="auto"/>
        <w:ind w:left="720"/>
      </w:pPr>
      <w:r/>
      <w:hyperlink r:id="rId13">
        <w:r>
          <w:rPr>
            <w:color w:val="0000EE"/>
            <w:u w:val="single"/>
          </w:rPr>
          <w:t>https://en.wikipedia.org/wiki/Brussels_Pride</w:t>
        </w:r>
      </w:hyperlink>
      <w:r>
        <w:t xml:space="preserve"> - Brussels Pride is an annual event celebrating the LGBTQIA+ community in Brussels. It takes place each year around 17 May, coinciding with the International Day Against Homophobia, Biphobia and Transphobia (IDAHOBIT). The event brings together associations, institutions, and thousands of participants to promote the values of openness, diversity, and inclusion. The celebration consists of several main components: the Pride March, a festive parade through the streets of Brussels featuring floats, music, and participants dressed in colourful costumes and accessories; the Pride Village, gathering public and private organisations that provide information and raise awareness about LGBTQIA+ rights and issues; and the Pride Stage, located on the Mont des Arts, hosting performances by Belgian and Brussels-based artists, many from the LGBTQIA+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xpressodasilhas.cv/pais/2026/07/03/praia-acolhe-marcha-do-orgulho-lgbtiq-sob-o-lema-diversidade-e-riqueza-direitu-e-certeza/103472" TargetMode="External"/><Relationship Id="rId10" Type="http://schemas.openxmlformats.org/officeDocument/2006/relationships/hyperlink" Target="https://www.welcometoibiza.com/en/que-hacer/eventos-anuales-y-festivales/ibiza-gay-pride/" TargetMode="External"/><Relationship Id="rId11" Type="http://schemas.openxmlformats.org/officeDocument/2006/relationships/hyperlink" Target="https://www.thepalmbeaches.com/event/palm-beach-pride" TargetMode="External"/><Relationship Id="rId12" Type="http://schemas.openxmlformats.org/officeDocument/2006/relationships/hyperlink" Target="https://sdpride.org/pride/" TargetMode="External"/><Relationship Id="rId13" Type="http://schemas.openxmlformats.org/officeDocument/2006/relationships/hyperlink" Target="https://en.wikipedia.org/wiki/Brussels_Pride" TargetMode="External"/><Relationship Id="rId14" Type="http://schemas.openxmlformats.org/officeDocument/2006/relationships/hyperlink" Target="https://www.ocmdpride.com/pride-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