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Marches in Hot Weather: How Marseille Pulled It Off in the Heat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students and long-time activists turned up in numbers as Marseille’s Pride went ahead under a blazing sun, proving a city can celebrate safely and loudly even during a heatwave. Here's what happened, why it mattered and practical tips if you’re planning to join a summer march.</w:t>
      </w:r>
      <w:r/>
    </w:p>
    <w:p>
      <w:r/>
      <w:r>
        <w:t>Essential Takeaways</w:t>
      </w:r>
      <w:r/>
      <w:r/>
    </w:p>
    <w:p>
      <w:pPr>
        <w:pStyle w:val="ListBullet"/>
        <w:spacing w:line="240" w:lineRule="auto"/>
        <w:ind w:left="720"/>
      </w:pPr>
      <w:r/>
      <w:r>
        <w:rPr>
          <w:b/>
        </w:rPr>
        <w:t>Large turnout:</w:t>
      </w:r>
      <w:r>
        <w:t xml:space="preserve"> Police estimated around 19,000 people gathered at Place Castellane to start the march, with many young people visible in the crowd. </w:t>
      </w:r>
      <w:r/>
    </w:p>
    <w:p>
      <w:pPr>
        <w:pStyle w:val="ListBullet"/>
        <w:spacing w:line="240" w:lineRule="auto"/>
        <w:ind w:left="720"/>
      </w:pPr>
      <w:r/>
      <w:r>
        <w:rPr>
          <w:b/>
        </w:rPr>
        <w:t>Heat-tested route:</w:t>
      </w:r>
      <w:r>
        <w:t xml:space="preserve"> Unlike Paris, Marseille proceeded with its march during a local heatwave, keeping the atmosphere festive but cautious. </w:t>
      </w:r>
      <w:r/>
    </w:p>
    <w:p>
      <w:pPr>
        <w:pStyle w:val="ListBullet"/>
        <w:spacing w:line="240" w:lineRule="auto"/>
        <w:ind w:left="720"/>
      </w:pPr>
      <w:r/>
      <w:r>
        <w:rPr>
          <w:b/>
        </w:rPr>
        <w:t>Diverse leadership:</w:t>
      </w:r>
      <w:r>
        <w:t xml:space="preserve"> The procession was notably led by a collective of lesbian motorcyclists, giving the route a vivid, rhythmic start. </w:t>
      </w:r>
      <w:r/>
    </w:p>
    <w:p>
      <w:pPr>
        <w:pStyle w:val="ListBullet"/>
        <w:spacing w:line="240" w:lineRule="auto"/>
        <w:ind w:left="720"/>
      </w:pPr>
      <w:r/>
      <w:r>
        <w:rPr>
          <w:b/>
        </w:rPr>
        <w:t>Atmosphere:</w:t>
      </w:r>
      <w:r>
        <w:t xml:space="preserve"> The mood mixed celebration with protest; some onlookers were surprised or questioning, while participants remained peaceful and vocal. </w:t>
      </w:r>
      <w:r/>
    </w:p>
    <w:p>
      <w:pPr>
        <w:pStyle w:val="ListBullet"/>
        <w:spacing w:line="240" w:lineRule="auto"/>
        <w:ind w:left="720"/>
      </w:pPr>
      <w:r/>
      <w:r>
        <w:rPr>
          <w:b/>
        </w:rPr>
        <w:t>Safety moves:</w:t>
      </w:r>
      <w:r>
        <w:t xml:space="preserve"> Organisers and city services used standard heat precautions so the event stayed calm and incident-free.</w:t>
      </w:r>
      <w:r/>
      <w:r/>
    </w:p>
    <w:p>
      <w:pPr>
        <w:pStyle w:val="Heading2"/>
      </w:pPr>
      <w:r>
        <w:t>A sun-soaked start: thousands gather despite the canicule</w:t>
      </w:r>
      <w:r/>
    </w:p>
    <w:p>
      <w:r/>
      <w:r>
        <w:t>Marseille didn’t let the heat stop it. Thousands met at Place Castellane in the late afternoon and, under a relentless sun, the crowd set off towards the city centre. The scene had a tactile warmth to it , the hum of voices, banners fluttering, and the odd citrus scent of sunscreen in the air. According to local reports, police tallies put the crowd near 19,000, and you could tell young people made up a big slice of the marchers. Organisers clearly balanced festivity and caution, keeping things moving while watching for heat-related problems.</w:t>
      </w:r>
      <w:r/>
    </w:p>
    <w:p>
      <w:pPr>
        <w:pStyle w:val="Heading2"/>
      </w:pPr>
      <w:r>
        <w:t>Why Marseille went ahead when Paris paused</w:t>
      </w:r>
      <w:r/>
    </w:p>
    <w:p>
      <w:r/>
      <w:r>
        <w:t>The decision to proceed highlights how local context matters. While Paris cancelled its march because of sweltering conditions, Marseille’s route, planning and on-the-ground checks convinced organisers it could continue. City services had already launched heatwave plans, and the Pride collective coordinated with municipal teams to keep water, shade and medics available. The result felt pragmatic rather than reckless , a celebration that acknowledged risk but refused to be silenced.</w:t>
      </w:r>
      <w:r/>
    </w:p>
    <w:p>
      <w:pPr>
        <w:pStyle w:val="Heading2"/>
      </w:pPr>
      <w:r>
        <w:t>Colour, noise and a touch of surprise on the streets</w:t>
      </w:r>
      <w:r/>
    </w:p>
    <w:p>
      <w:r/>
      <w:r>
        <w:t>The procession was led by a striking collective of lesbian motorcyclists, which added a rumbling, joyful edge to the start of the march. Marchers combined music, placards and chants, mixing protest with party. There were moments of tension , some passersby looked startled or puzzled , but the event stayed peaceful. That balance between claiming public space and inviting conversation is part of what makes city Prides both vivid and politically meaningful.</w:t>
      </w:r>
      <w:r/>
    </w:p>
    <w:p>
      <w:pPr>
        <w:pStyle w:val="Heading2"/>
      </w:pPr>
      <w:r>
        <w:t>Practical tips for joining a summer Pride safely</w:t>
      </w:r>
      <w:r/>
    </w:p>
    <w:p>
      <w:r/>
      <w:r>
        <w:t>If you’re heading to any Pride in heat, pack light and smart. Wear breathable clothing, reapply sunscreen, wear a hat, and take a refillable water bottle , organisers often provide refill points. Scout the route beforehand so you know where shade and medical stations are, and travel with a buddy if you can. If you see someone looking faint, flag down stewards or medics; quick help makes a big difference. These small steps keep the focus on solidarity rather than emergency.</w:t>
      </w:r>
      <w:r/>
    </w:p>
    <w:p>
      <w:pPr>
        <w:pStyle w:val="Heading2"/>
      </w:pPr>
      <w:r>
        <w:t>What this says about local activism and the future of Pride</w:t>
      </w:r>
      <w:r/>
    </w:p>
    <w:p>
      <w:r/>
      <w:r>
        <w:t>Marseille’s Pride shows local organisers can adapt big events to weather challenges without losing energy or message. It also underlines a broader trend: younger generations are highly visible and vocal in street activism, even under tough conditions. Looking ahead, expect more pragmatic planning around climate , water stations, altered timings, and clearer communication , as outdoor events respond to hotter summers. That’s not a dampener; it’s an evolution that keeps Pride resilient.</w:t>
      </w:r>
      <w:r/>
    </w:p>
    <w:p>
      <w:r/>
      <w:r>
        <w:t>It's a small change in planning that helps make every march both safer and louder.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[5]</w:t>
        </w:r>
      </w:hyperlink>
      <w:r>
        <w:t xml:space="preserve">, </w:t>
      </w:r>
      <w:hyperlink r:id="rId12">
        <w:r>
          <w:rPr>
            <w:color w:val="0000EE"/>
            <w:u w:val="single"/>
          </w:rPr>
          <w:t>[3]</w:t>
        </w:r>
      </w:hyperlink>
      <w:r>
        <w:t xml:space="preserve">- Paragraph 3: </w:t>
      </w:r>
      <w:hyperlink r:id="rId10">
        <w:r>
          <w:rPr>
            <w:color w:val="0000EE"/>
            <w:u w:val="single"/>
          </w:rPr>
          <w:t>[4]</w:t>
        </w:r>
      </w:hyperlink>
      <w:r>
        <w:t xml:space="preserve">, </w:t>
      </w:r>
      <w:hyperlink r:id="rId13">
        <w:r>
          <w:rPr>
            <w:color w:val="0000EE"/>
            <w:u w:val="single"/>
          </w:rPr>
          <w:t>[7]</w:t>
        </w:r>
      </w:hyperlink>
      <w:r>
        <w:t xml:space="preserve">- Paragraph 4: </w:t>
      </w:r>
      <w:hyperlink r:id="rId14">
        <w:r>
          <w:rPr>
            <w:color w:val="0000EE"/>
            <w:u w:val="single"/>
          </w:rPr>
          <w:t>[6]</w:t>
        </w:r>
      </w:hyperlink>
      <w:r>
        <w:t xml:space="preserve">, </w:t>
      </w:r>
      <w:hyperlink r:id="rId12">
        <w:r>
          <w:rPr>
            <w:color w:val="0000EE"/>
            <w:u w:val="single"/>
          </w:rPr>
          <w:t>[3]</w:t>
        </w:r>
      </w:hyperlink>
      <w:r>
        <w:t xml:space="preserve">- Paragraph 5: </w:t>
      </w:r>
      <w:hyperlink r:id="rId9">
        <w:r>
          <w:rPr>
            <w:color w:val="0000EE"/>
            <w:u w:val="single"/>
          </w:rPr>
          <w:t>[2]</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https://marsactu.fr/a-marseille-la-canicule-na-pas-empeche-la-marche-des-fiertes/</w:t>
        </w:r>
      </w:hyperlink>
      <w:r>
        <w:t xml:space="preserve"> - Please view link - unable to able to access data</w:t>
      </w:r>
      <w:r/>
    </w:p>
    <w:p>
      <w:pPr>
        <w:pStyle w:val="ListNumber"/>
        <w:spacing w:line="240" w:lineRule="auto"/>
        <w:ind w:left="720"/>
      </w:pPr>
      <w:r/>
      <w:hyperlink r:id="rId9">
        <w:r>
          <w:rPr>
            <w:color w:val="0000EE"/>
            <w:u w:val="single"/>
          </w:rPr>
          <w:t>https://marsactu.fr/a-marseille-la-canicule-na-pas-empeche-la-marche-des-fiertes/</w:t>
        </w:r>
      </w:hyperlink>
      <w:r>
        <w:t xml:space="preserve"> - On 4 July 2026, Marseille's Pride march took place under intense heat, drawing thousands, including a significant youth presence. Unlike Paris, which cancelled its Pride due to the heatwave, Marseille's event proceeded smoothly, starting at Place Castellane and moving through the city centre with music and advocacy for queer individuals. Some onlookers were surprised by the presence of the marchers.</w:t>
      </w:r>
      <w:r/>
    </w:p>
    <w:p>
      <w:pPr>
        <w:pStyle w:val="ListNumber"/>
        <w:spacing w:line="240" w:lineRule="auto"/>
        <w:ind w:left="720"/>
      </w:pPr>
      <w:r/>
      <w:hyperlink r:id="rId12">
        <w:r>
          <w:rPr>
            <w:color w:val="0000EE"/>
            <w:u w:val="single"/>
          </w:rPr>
          <w:t>https://www.marseille.fr/culture/actualites/pride-2023</w:t>
        </w:r>
      </w:hyperlink>
      <w:r>
        <w:t xml:space="preserve"> - In 2023, Marseille's Pride celebrated its 30th anniversary. The event was rescheduled to 30 September 2023, with the parade route from Porte d’Aix to the Old Port in front of the City Hall. The city of Marseille, as an official partner, reinforced its commitment to combating discrimination and promoting equality. (</w:t>
      </w:r>
      <w:hyperlink r:id="rId15">
        <w:r>
          <w:rPr>
            <w:color w:val="0000EE"/>
            <w:u w:val="single"/>
          </w:rPr>
          <w:t>marseille.fr</w:t>
        </w:r>
      </w:hyperlink>
      <w:r>
        <w:t>)</w:t>
      </w:r>
      <w:r/>
    </w:p>
    <w:p>
      <w:pPr>
        <w:pStyle w:val="ListNumber"/>
        <w:spacing w:line="240" w:lineRule="auto"/>
        <w:ind w:left="720"/>
      </w:pPr>
      <w:r/>
      <w:hyperlink r:id="rId10">
        <w:r>
          <w:rPr>
            <w:color w:val="0000EE"/>
            <w:u w:val="single"/>
          </w:rPr>
          <w:t>https://www.pride-marseille.com/marche-des-fiertes-2023/</w:t>
        </w:r>
      </w:hyperlink>
      <w:r>
        <w:t xml:space="preserve"> - The 2023 Pride march in Marseille was postponed from 1 July to 30 September 2023. The theme for the 30th anniversary was 'Indivisibles'. The parade route was from Porte d’Aix to the City Hall. (</w:t>
      </w:r>
      <w:hyperlink r:id="rId16">
        <w:r>
          <w:rPr>
            <w:color w:val="0000EE"/>
            <w:u w:val="single"/>
          </w:rPr>
          <w:t>pride-marseille.com</w:t>
        </w:r>
      </w:hyperlink>
      <w:r>
        <w:t>)</w:t>
      </w:r>
      <w:r/>
    </w:p>
    <w:p>
      <w:pPr>
        <w:pStyle w:val="ListNumber"/>
        <w:spacing w:line="240" w:lineRule="auto"/>
        <w:ind w:left="720"/>
      </w:pPr>
      <w:r/>
      <w:hyperlink r:id="rId11">
        <w:r>
          <w:rPr>
            <w:color w:val="0000EE"/>
            <w:u w:val="single"/>
          </w:rPr>
          <w:t>https://www.destimed.fr/alerte-canicule-niveau-jaune-marseille-lance-un-plan-canicule/</w:t>
        </w:r>
      </w:hyperlink>
      <w:r>
        <w:t xml:space="preserve"> - In July 2023, the Bouches-du-Rhône department, including Marseille, was placed under a yellow heatwave alert. In response, the city activated its heatwave plan, implementing measures to assist vulnerable individuals during the heatwave. (</w:t>
      </w:r>
      <w:hyperlink r:id="rId17">
        <w:r>
          <w:rPr>
            <w:color w:val="0000EE"/>
            <w:u w:val="single"/>
          </w:rPr>
          <w:t>destimed.fr</w:t>
        </w:r>
      </w:hyperlink>
      <w:r>
        <w:t>)</w:t>
      </w:r>
      <w:r/>
    </w:p>
    <w:p>
      <w:pPr>
        <w:pStyle w:val="ListNumber"/>
        <w:spacing w:line="240" w:lineRule="auto"/>
        <w:ind w:left="720"/>
      </w:pPr>
      <w:r/>
      <w:hyperlink r:id="rId14">
        <w:r>
          <w:rPr>
            <w:color w:val="0000EE"/>
            <w:u w:val="single"/>
          </w:rPr>
          <w:t>https://www.gaypride.fr/event/pride-marseille-1er-juillet-2023/</w:t>
        </w:r>
      </w:hyperlink>
      <w:r>
        <w:t xml:space="preserve"> - Marseille's Pride march, initially scheduled for 1 July 2023, was postponed to 30 September 2023 due to safety concerns. The 2023 event marked the 30th anniversary of the Pride in Marseille, with the theme 'Indivisibles'. (</w:t>
      </w:r>
      <w:hyperlink r:id="rId18">
        <w:r>
          <w:rPr>
            <w:color w:val="0000EE"/>
            <w:u w:val="single"/>
          </w:rPr>
          <w:t>gaypride.fr</w:t>
        </w:r>
      </w:hyperlink>
      <w:r>
        <w:t>)</w:t>
      </w:r>
      <w:r/>
    </w:p>
    <w:p>
      <w:pPr>
        <w:pStyle w:val="ListNumber"/>
        <w:spacing w:line="240" w:lineRule="auto"/>
        <w:ind w:left="720"/>
      </w:pPr>
      <w:r/>
      <w:hyperlink r:id="rId13">
        <w:r>
          <w:rPr>
            <w:color w:val="0000EE"/>
            <w:u w:val="single"/>
          </w:rPr>
          <w:t>https://www.marseillesecrete.com/defile-pride-marseille/</w:t>
        </w:r>
      </w:hyperlink>
      <w:r>
        <w:t xml:space="preserve"> - Marseille's Pride Week began on 16 June 2023 and concluded with the Pride march on 1 July 2023. The event celebrated the 30th anniversary of the Pride in the city, featuring various festivities and the main parade. (</w:t>
      </w:r>
      <w:hyperlink r:id="rId19">
        <w:r>
          <w:rPr>
            <w:color w:val="0000EE"/>
            <w:u w:val="single"/>
          </w:rPr>
          <w:t>marseillesecrete.com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arsactu.fr/a-marseille-la-canicule-na-pas-empeche-la-marche-des-fiertes/" TargetMode="External"/><Relationship Id="rId10" Type="http://schemas.openxmlformats.org/officeDocument/2006/relationships/hyperlink" Target="https://www.pride-marseille.com/marche-des-fiertes-2023/" TargetMode="External"/><Relationship Id="rId11" Type="http://schemas.openxmlformats.org/officeDocument/2006/relationships/hyperlink" Target="https://www.destimed.fr/alerte-canicule-niveau-jaune-marseille-lance-un-plan-canicule/" TargetMode="External"/><Relationship Id="rId12" Type="http://schemas.openxmlformats.org/officeDocument/2006/relationships/hyperlink" Target="https://www.marseille.fr/culture/actualites/pride-2023" TargetMode="External"/><Relationship Id="rId13" Type="http://schemas.openxmlformats.org/officeDocument/2006/relationships/hyperlink" Target="https://www.marseillesecrete.com/defile-pride-marseille/" TargetMode="External"/><Relationship Id="rId14" Type="http://schemas.openxmlformats.org/officeDocument/2006/relationships/hyperlink" Target="https://www.gaypride.fr/event/pride-marseille-1er-juillet-2023/" TargetMode="External"/><Relationship Id="rId15" Type="http://schemas.openxmlformats.org/officeDocument/2006/relationships/hyperlink" Target="https://www.marseille.fr/culture/actualites/pride-2023?utm_source=openai" TargetMode="External"/><Relationship Id="rId16" Type="http://schemas.openxmlformats.org/officeDocument/2006/relationships/hyperlink" Target="https://www.pride-marseille.com/marche-des-fiertes-2023/?utm_source=openai" TargetMode="External"/><Relationship Id="rId17" Type="http://schemas.openxmlformats.org/officeDocument/2006/relationships/hyperlink" Target="https://www.destimed.fr/alerte-canicule-niveau-jaune-marseille-lance-un-plan-canicule/?utm_source=openai" TargetMode="External"/><Relationship Id="rId18" Type="http://schemas.openxmlformats.org/officeDocument/2006/relationships/hyperlink" Target="https://www.gaypride.fr/event/pride-marseille-1er-juillet-2023/?utm_source=openai" TargetMode="External"/><Relationship Id="rId19" Type="http://schemas.openxmlformats.org/officeDocument/2006/relationships/hyperlink" Target="https://marseillesecrete.com/defile-pride-marseill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