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Millport Pride Plans: What to Expect at the Isle of Cumbrae’s First Festival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visitors are gearing up for Millport’s first Pride festival on the Isle of Cumbrae, a one-day celebration that promises visibility, community stalls, young‑people activities and seafront parade plans , and organisers say it matters for inclusion, local economy and island spirit.</w:t>
      </w:r>
      <w:r/>
    </w:p>
    <w:p>
      <w:r/>
      <w:r>
        <w:t>Essential Takeaways</w:t>
      </w:r>
      <w:r/>
      <w:r/>
    </w:p>
    <w:p>
      <w:pPr>
        <w:pStyle w:val="ListBullet"/>
        <w:spacing w:line="240" w:lineRule="auto"/>
        <w:ind w:left="720"/>
      </w:pPr>
      <w:r/>
      <w:r>
        <w:rPr>
          <w:b/>
        </w:rPr>
        <w:t>When and where:</w:t>
      </w:r>
      <w:r>
        <w:t xml:space="preserve"> Millport Pride is set for Saturday 12 September on the Isle of Cumbrae, with plans for a seafront parade and town activities. </w:t>
      </w:r>
      <w:r/>
    </w:p>
    <w:p>
      <w:pPr>
        <w:pStyle w:val="ListBullet"/>
        <w:spacing w:line="240" w:lineRule="auto"/>
        <w:ind w:left="720"/>
      </w:pPr>
      <w:r/>
      <w:r>
        <w:rPr>
          <w:b/>
        </w:rPr>
        <w:t>Who’s behind it:</w:t>
      </w:r>
      <w:r>
        <w:t xml:space="preserve"> Local teacher and organiser Pam Currie helped spark the idea after visiting Arran Pride, and around 20 people are already involved in planning. </w:t>
      </w:r>
      <w:r/>
    </w:p>
    <w:p>
      <w:pPr>
        <w:pStyle w:val="ListBullet"/>
        <w:spacing w:line="240" w:lineRule="auto"/>
        <w:ind w:left="720"/>
      </w:pPr>
      <w:r/>
      <w:r>
        <w:rPr>
          <w:b/>
        </w:rPr>
        <w:t>What to expect:</w:t>
      </w:r>
      <w:r>
        <w:t xml:space="preserve"> Community stalls at the Garrison, a young people’s space run with Cumbrae Youth Group, themed pub entertainment and a proposed march along the seafront. </w:t>
      </w:r>
      <w:r/>
    </w:p>
    <w:p>
      <w:pPr>
        <w:pStyle w:val="ListBullet"/>
        <w:spacing w:line="240" w:lineRule="auto"/>
        <w:ind w:left="720"/>
      </w:pPr>
      <w:r/>
      <w:r>
        <w:rPr>
          <w:b/>
        </w:rPr>
        <w:t>Why it matters:</w:t>
      </w:r>
      <w:r>
        <w:t xml:space="preserve"> Organisers stress visibility and inclusion for island residents and visitors, plus potential economic and social benefits for Millport’s small community. </w:t>
      </w:r>
      <w:r/>
      <w:r/>
    </w:p>
    <w:p>
      <w:pPr>
        <w:pStyle w:val="Heading2"/>
      </w:pPr>
      <w:r>
        <w:t>A first-ever Pride with a seaside soundtrack</w:t>
      </w:r>
      <w:r/>
    </w:p>
    <w:p>
      <w:r/>
      <w:r>
        <w:t>Think bunting, sea air and a colourful crowd beside the Firth of Clyde , that’s the image organisers want for Millport Pride. The proposal includes a parade through the town and a march along the seafront, which would give the event a visible, celebratory heartbeat. It’s an obvious stage: the promenade is where locals and tourists already gather, so a Pride walk will be hard to miss and easy to join.</w:t>
      </w:r>
      <w:r/>
    </w:p>
    <w:p>
      <w:r/>
      <w:r>
        <w:t>The idea came from people who’d seen how powerful these events can be elsewhere. Organisers are leaning into that communal vibe, aiming to make Pride feel like a day out that’s both celebratory and meaningful. If you love a lively, seaside community festival, that’s exactly the mood they’re aiming for.</w:t>
      </w:r>
      <w:r/>
    </w:p>
    <w:p>
      <w:pPr>
        <w:pStyle w:val="Heading2"/>
      </w:pPr>
      <w:r>
        <w:t>Grassroots planning and island practicality</w:t>
      </w:r>
      <w:r/>
    </w:p>
    <w:p>
      <w:r/>
      <w:r>
        <w:t>Local volunteers have been meeting in person and online, with Facebook and WhatsApp groups coordinating logistics. That mix of hybrid planning makes sense for an island community where some people can’t always get to mainland meetings. Around 20 people are contributing ideas so far, which is a healthy start for a first-year festival.</w:t>
      </w:r>
      <w:r/>
    </w:p>
    <w:p>
      <w:r/>
      <w:r>
        <w:t>Practicalities matter: permits for a parade need council approval, and organisers have already applied to North Ayrshire Council. Expect the usual checks , road safety, stewarding and accessibility , but the organisers are clear they want an event that’s welcoming for families and young people as much as it is for the LGBTQ+ community.</w:t>
      </w:r>
      <w:r/>
    </w:p>
    <w:p>
      <w:pPr>
        <w:pStyle w:val="Heading2"/>
      </w:pPr>
      <w:r>
        <w:t>Activities aimed at inclusion, not just celebration</w:t>
      </w:r>
      <w:r/>
    </w:p>
    <w:p>
      <w:r/>
      <w:r>
        <w:t>Organisers are planning community stalls at the Garrison to showcase local groups and services, alongside a young people’s hub run with Cumbrae Youth Group. That’s a smart move: it gives youngsters and families a quieter, supportive space while the main festivities carry on nearby.</w:t>
      </w:r>
      <w:r/>
    </w:p>
    <w:p>
      <w:r/>
      <w:r>
        <w:t>Local pubs and venues have been invited to host themed entertainment across the weekend, which helps spread the carnival atmosphere and offers businesses a way to take part. If you’re visiting, check pub noticeboards and the event’s social pages for listings , it’ll be the local spots that bring the late-night buzz.</w:t>
      </w:r>
      <w:r/>
    </w:p>
    <w:p>
      <w:pPr>
        <w:pStyle w:val="Heading2"/>
      </w:pPr>
      <w:r>
        <w:t>Why visibility matters on a small island</w:t>
      </w:r>
      <w:r/>
    </w:p>
    <w:p>
      <w:r/>
      <w:r>
        <w:t>Island communities can feel wonderfully close-knit, but that closeness sometimes makes difference feel more isolating for young LGBTQ+ people. Organisers stress visibility as a key objective: showing that Millport is welcoming, inclusive and ready to support diversity. That matters practically as much as emotionally , it sends a signal to residents and visitors alike that the town stands by equality.</w:t>
      </w:r>
      <w:r/>
    </w:p>
    <w:p>
      <w:r/>
      <w:r>
        <w:t>There’s also an economic angle. Even a one-day festival can bring extra footfall to shops, cafes and accommodation, which organisers hope will create positive spin-offs for future years. Small communities such as the Borders and Hebrides have shown how local Prides can thrive, and Millport is aiming to follow that path.</w:t>
      </w:r>
      <w:r/>
    </w:p>
    <w:p>
      <w:pPr>
        <w:pStyle w:val="Heading2"/>
      </w:pPr>
      <w:r>
        <w:t>How to take part , tips for visitors and locals</w:t>
      </w:r>
      <w:r/>
    </w:p>
    <w:p>
      <w:r/>
      <w:r>
        <w:t>If you want to join in, follow Millport Pride’s social channels for updates on parade timings, meeting points and accessibility info. Businesses interested in hosting events should get in touch early; volunteers are still being welcomed and hybrid meetings continue through July. For families, expect a mix of lively street activity and a quieter youth area, so plan where to meet if you’re juggling different needs.</w:t>
      </w:r>
      <w:r/>
    </w:p>
    <w:p>
      <w:r/>
      <w:r>
        <w:t>And if you’re travelling to the island, book transport and accommodation early , weekends can fill up fast, and this event will likely increase demand. Bring layers for changeable weather and a comfy pair of shoes for walking the seafront , your feet will thank you.</w:t>
      </w:r>
      <w:r/>
    </w:p>
    <w:p>
      <w:r/>
      <w:r>
        <w:t>It’s a small change that can make the island’s welcome feel bigger.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1">
        <w:r>
          <w:rPr>
            <w:color w:val="0000EE"/>
            <w:u w:val="single"/>
          </w:rPr>
          <w:t>[7]</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9">
        <w:r>
          <w:rPr>
            <w:color w:val="0000EE"/>
            <w:u w:val="single"/>
          </w:rPr>
          <w:t>[2]</w:t>
        </w:r>
      </w:hyperlink>
      <w:r>
        <w:t xml:space="preserve">, </w:t>
      </w:r>
      <w:hyperlink r:id="rId11">
        <w:r>
          <w:rPr>
            <w:color w:val="0000EE"/>
            <w:u w:val="single"/>
          </w:rPr>
          <w:t>[7]</w:t>
        </w:r>
      </w:hyperlink>
      <w:r>
        <w:t xml:space="preserve">- Paragraph 6: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https://www.heraldscotland.com/news/26252152.millport-host-first-ever-pride-festival-september/?ref=rss</w:t>
        </w:r>
      </w:hyperlink>
      <w:r>
        <w:t xml:space="preserve"> - Please view link - unable to able to access data</w:t>
      </w:r>
      <w:r/>
    </w:p>
    <w:p>
      <w:pPr>
        <w:pStyle w:val="ListNumber"/>
        <w:spacing w:line="240" w:lineRule="auto"/>
        <w:ind w:left="720"/>
      </w:pPr>
      <w:r/>
      <w:hyperlink r:id="rId9">
        <w:r>
          <w:rPr>
            <w:color w:val="0000EE"/>
            <w:u w:val="single"/>
          </w:rPr>
          <w:t>https://www.heraldscotland.com/news/26252152.millport-host-first-ever-pride-festival-september/?ref=rss</w:t>
        </w:r>
      </w:hyperlink>
      <w:r>
        <w:t xml:space="preserve"> - The Isle of Cumbrae is set to host its inaugural Pride festival on Saturday, September 12, 2026. Organised by local residents, including Pam Currie, a 51-year-old school teacher, the event aims to promote visibility and equality for the LGBTQ+ community. Inspired by Arran Pride, the organisers plan a parade through Millport, featuring a seafront march. Community stalls at the Garrison and a dedicated space for young people at the Cumbrae Youth Group are also planned. Local pubs are encouraged to participate with themed entertainment. The organisers hope to establish a strong foundation for future events, bringing positive economic benefits to the island. Early interest has been encouraging, with around 20 people already involved in planning meetings. The next organisers’ meeting is scheduled for July 15.</w:t>
      </w:r>
      <w:r/>
    </w:p>
    <w:p>
      <w:pPr>
        <w:pStyle w:val="ListNumber"/>
        <w:spacing w:line="240" w:lineRule="auto"/>
        <w:ind w:left="720"/>
      </w:pPr>
      <w:r/>
      <w:hyperlink r:id="rId10">
        <w:r>
          <w:rPr>
            <w:color w:val="0000EE"/>
            <w:u w:val="single"/>
          </w:rPr>
          <w:t>https://millport.org/event/millport-pride-2026/</w:t>
        </w:r>
      </w:hyperlink>
      <w:r>
        <w:t xml:space="preserve"> - Millport.org announces the Millport Pride 2026 event, scheduled for September 12, 2026. The event aims to bring together residents, visitors, and members of the LGBTQ+ community for a day of celebration, visibility, and inclusion. The organisers are working on a programme of activities and are encouraging local businesses and pubs to participate by hosting themed entertainment. Further details will be provided as the event approaches.</w:t>
      </w:r>
      <w:r/>
    </w:p>
    <w:p>
      <w:pPr>
        <w:pStyle w:val="ListNumber"/>
        <w:spacing w:line="240" w:lineRule="auto"/>
        <w:ind w:left="720"/>
      </w:pPr>
      <w:r/>
      <w:hyperlink r:id="rId12">
        <w:r>
          <w:rPr>
            <w:color w:val="0000EE"/>
            <w:u w:val="single"/>
          </w:rPr>
          <w:t>https://www.cathedraloftheisles.com/</w:t>
        </w:r>
      </w:hyperlink>
      <w:r>
        <w:t xml:space="preserve"> - The Cathedral of the Isles, located in Millport, Isle of Cumbrae, is Scotland's smallest cathedral. It serves as a spiritual home and community gathering place, offering services, events, and accommodation. The cathedral is dedicated to preserving rich traditions and providing a space for spiritual growth and reflection. It also hosts summer concerts and other cultural events, contributing to the island's vibrant community life.</w:t>
      </w:r>
      <w:r/>
    </w:p>
    <w:p>
      <w:pPr>
        <w:pStyle w:val="ListNumber"/>
        <w:spacing w:line="240" w:lineRule="auto"/>
        <w:ind w:left="720"/>
      </w:pPr>
      <w:r/>
      <w:hyperlink r:id="rId13">
        <w:r>
          <w:rPr>
            <w:color w:val="0000EE"/>
            <w:u w:val="single"/>
          </w:rPr>
          <w:t>https://www.field-studies-council.org/2019/11/15/millport-marine-symposium/</w:t>
        </w:r>
      </w:hyperlink>
      <w:r>
        <w:t xml:space="preserve"> - The Field Studies Council announced the Millport Marine Symposium, scheduled for October 17-18, 2020, on the Isle of Cumbrae. The event aims to immerse participants in marine science, featuring a diverse array of topics from local wildlife research to global conservation issues. The symposium is part of Scotland’s Year of Coasts and Waters, highlighting the importance of marine environments.</w:t>
      </w:r>
      <w:r/>
    </w:p>
    <w:p>
      <w:pPr>
        <w:pStyle w:val="ListNumber"/>
        <w:spacing w:line="240" w:lineRule="auto"/>
        <w:ind w:left="720"/>
      </w:pPr>
      <w:r/>
      <w:hyperlink r:id="rId14">
        <w:r>
          <w:rPr>
            <w:color w:val="0000EE"/>
            <w:u w:val="single"/>
          </w:rPr>
          <w:t>https://www.millporttownhall.co.uk/heritage-centre</w:t>
        </w:r>
      </w:hyperlink>
      <w:r>
        <w:t xml:space="preserve"> - The Heritage and Conservation Centre, located on the lower ground floor of Millport Town Hall, is dedicated to preserving the island’s unique history, culture, and community spirit. Through photographs, artefacts, and personal stories, the Centre captures the memories and milestones of those who have lived on or visited the Isle of Cumbrae. It is a living archive, open to all, built by many, and growing with each contribution.</w:t>
      </w:r>
      <w:r/>
    </w:p>
    <w:p>
      <w:pPr>
        <w:pStyle w:val="ListNumber"/>
        <w:spacing w:line="240" w:lineRule="auto"/>
        <w:ind w:left="720"/>
      </w:pPr>
      <w:r/>
      <w:hyperlink r:id="rId11">
        <w:r>
          <w:rPr>
            <w:color w:val="0000EE"/>
            <w:u w:val="single"/>
          </w:rPr>
          <w:t>https://www.cumbraeforum.org/our-island</w:t>
        </w:r>
      </w:hyperlink>
      <w:r>
        <w:t xml:space="preserve"> - Cumbrae Forum provides information about the Isle of Cumbrae, Scotland’s most accessible island. The island is known for its Victorian seaside town, Millport, and offers attractions such as safe beaches, cycling circuits, and a variety of wildlife. The community is diverse, with a population of about 1,300 people, and the Forum supports the community and its diversity with projects promoting cohesion and economic stability.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eraldscotland.com/news/26252152.millport-host-first-ever-pride-festival-september/?ref=rss" TargetMode="External"/><Relationship Id="rId10" Type="http://schemas.openxmlformats.org/officeDocument/2006/relationships/hyperlink" Target="https://millport.org/event/millport-pride-2026/" TargetMode="External"/><Relationship Id="rId11" Type="http://schemas.openxmlformats.org/officeDocument/2006/relationships/hyperlink" Target="https://www.cumbraeforum.org/our-island" TargetMode="External"/><Relationship Id="rId12" Type="http://schemas.openxmlformats.org/officeDocument/2006/relationships/hyperlink" Target="https://www.cathedraloftheisles.com/" TargetMode="External"/><Relationship Id="rId13" Type="http://schemas.openxmlformats.org/officeDocument/2006/relationships/hyperlink" Target="https://www.field-studies-council.org/2019/11/15/millport-marine-symposium/" TargetMode="External"/><Relationship Id="rId14" Type="http://schemas.openxmlformats.org/officeDocument/2006/relationships/hyperlink" Target="https://www.millporttownhall.co.uk/heritage-cent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