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London LGBTQ Venues to Visit This Pride Weekend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heading to Soho, Vauxhall and beyond as Pride weekend brings London’s queer venues back into the spotlight; whether you want historic drag, late-night dancing, or a cosy lesbian bar, here’s a lively guide to the capital’s most iconic spots and why they still matter.</w:t>
      </w:r>
      <w:r/>
    </w:p>
    <w:p>
      <w:r/>
      <w:r>
        <w:t>Essential Takeaways</w:t>
      </w:r>
      <w:r/>
      <w:r/>
    </w:p>
    <w:p>
      <w:pPr>
        <w:pStyle w:val="ListBullet"/>
        <w:spacing w:line="240" w:lineRule="auto"/>
        <w:ind w:left="720"/>
      </w:pPr>
      <w:r/>
      <w:r>
        <w:rPr>
          <w:b/>
        </w:rPr>
        <w:t>Historic heartbeat:</w:t>
      </w:r>
      <w:r>
        <w:t xml:space="preserve"> The Royal Vauxhall Tavern offers decades of queer performance history and a vivid, theatrical atmosphere.</w:t>
      </w:r>
      <w:r/>
    </w:p>
    <w:p>
      <w:pPr>
        <w:pStyle w:val="ListBullet"/>
        <w:spacing w:line="240" w:lineRule="auto"/>
        <w:ind w:left="720"/>
      </w:pPr>
      <w:r/>
      <w:r>
        <w:rPr>
          <w:b/>
        </w:rPr>
        <w:t>Soho staples:</w:t>
      </w:r>
      <w:r>
        <w:t xml:space="preserve"> Compton’s, The Admiral Duncan and The Yard remain go-to meeting places with warm, familiar energy.</w:t>
      </w:r>
      <w:r/>
    </w:p>
    <w:p>
      <w:pPr>
        <w:pStyle w:val="ListBullet"/>
        <w:spacing w:line="240" w:lineRule="auto"/>
        <w:ind w:left="720"/>
      </w:pPr>
      <w:r/>
      <w:r>
        <w:rPr>
          <w:b/>
        </w:rPr>
        <w:t>North and East draws:</w:t>
      </w:r>
      <w:r>
        <w:t xml:space="preserve"> Camden’s reopened Black Cap and Dalston Superstore deliver bold, contemporary queer programming.</w:t>
      </w:r>
      <w:r/>
    </w:p>
    <w:p>
      <w:pPr>
        <w:pStyle w:val="ListBullet"/>
        <w:spacing w:line="240" w:lineRule="auto"/>
        <w:ind w:left="720"/>
      </w:pPr>
      <w:r/>
      <w:r>
        <w:rPr>
          <w:b/>
        </w:rPr>
        <w:t>Women-focused scene:</w:t>
      </w:r>
      <w:r>
        <w:t xml:space="preserve"> She Bar provides one of the few lesbian-focused venues in central London, intimate and lively.</w:t>
      </w:r>
      <w:r/>
    </w:p>
    <w:p>
      <w:pPr>
        <w:pStyle w:val="ListBullet"/>
        <w:spacing w:line="240" w:lineRule="auto"/>
        <w:ind w:left="720"/>
      </w:pPr>
      <w:r/>
      <w:r>
        <w:rPr>
          <w:b/>
        </w:rPr>
        <w:t>New-era venues:</w:t>
      </w:r>
      <w:r>
        <w:t xml:space="preserve"> The Divine keeps the spirit of The Glory alive with cabaret, fringe theatre and late-night discos.</w:t>
      </w:r>
      <w:r/>
      <w:r/>
    </w:p>
    <w:p>
      <w:pPr>
        <w:pStyle w:val="Heading2"/>
      </w:pPr>
      <w:r>
        <w:t>Why the Royal Vauxhall Tavern still feels like home</w:t>
      </w:r>
      <w:r/>
    </w:p>
    <w:p>
      <w:r/>
      <w:r>
        <w:t>Step inside the Royal Vauxhall Tavern and you’ll notice the theatrical hum , that soft electric buzz where drag, comedy and community collide. According to its own history, the venue’s roots stretch back to Victorian times, and it’s been an anchor of LGBTQ culture for decades. The pub’s Sunday Socials and kaleidoscopic line-ups are a reminder that for many people, a night out here is part nostalgia and part resistance. If you’re choosing where to start Pride weekend, pick a show that promises close-up, unapologetic performance , and go early if you want a seat.</w:t>
      </w:r>
      <w:r/>
    </w:p>
    <w:p>
      <w:pPr>
        <w:pStyle w:val="Heading2"/>
      </w:pPr>
      <w:r>
        <w:t>Soho’s dependable trio: Compton’s, Admiral Duncan and The Yard</w:t>
      </w:r>
      <w:r/>
    </w:p>
    <w:p>
      <w:r/>
      <w:r>
        <w:t>Soho still feels like the heart of London’s gay social life, and these three venues each offer their own flavour. Compton’s is the convivial, mahogany-lined meeting bar where conversations start easily; it’s more social than clubby. The Admiral Duncan carries a solemn civic memory but also a luminous, camp energy , its memorials are part of why Pride matters here. The Yard, by contrast, is a multi-level social hub that won a rare planning fight to stay open, which says a lot about local attachment. Together, they cover the spectrum from quiet meet-ups to full-on evening buzz.</w:t>
      </w:r>
      <w:r/>
    </w:p>
    <w:p>
      <w:pPr>
        <w:pStyle w:val="Heading2"/>
      </w:pPr>
      <w:r>
        <w:t>Camden’s Black Cap: revived and modernised</w:t>
      </w:r>
      <w:r/>
    </w:p>
    <w:p>
      <w:r/>
      <w:r>
        <w:t>When a beloved venue closes, London tends to fight to bring it back , and that’s what happened with the Black Cap. After a long campaign and a major refurbishment, Camden’s drag landmark reopened with fresh facilities and a contemporary programme. The space keeps its sense of theatricality while hosting modern queer comedians and performers, so expect a night that nods to history but feels very now. If you remember the old Palladium-of-drag stories, this reboot is your chance to see that lineage renewed.</w:t>
      </w:r>
      <w:r/>
    </w:p>
    <w:p>
      <w:pPr>
        <w:pStyle w:val="Heading2"/>
      </w:pPr>
      <w:r>
        <w:t>East London cool: Dalston Superstore and The Divine</w:t>
      </w:r>
      <w:r/>
    </w:p>
    <w:p>
      <w:r/>
      <w:r>
        <w:t>Dalston remains a creative hub for queer nights, and Dalston Superstore is a perfect example: part café, part gallery, part nightclub, it’s a day-to-night venue that suits wandering punters and late-night revels alike. When The Glory closed, founders didn’t disappear , they reinvented with The Divine, a sultry, flamboyant spot that picks up the fringe-theatre and alternative-cabaret baton. For anyone who likes their nights theatrical and slightly offbeat, this corner of town is essential.</w:t>
      </w:r>
      <w:r/>
    </w:p>
    <w:p>
      <w:pPr>
        <w:pStyle w:val="Heading2"/>
      </w:pPr>
      <w:r>
        <w:t>Spaces that matter for women and the newer crowd</w:t>
      </w:r>
      <w:r/>
    </w:p>
    <w:p>
      <w:r/>
      <w:r>
        <w:t>Lesbian-centred venues are rarer, which is why She Bar’s presence on Old Compton Street still feels important. It’s compact, lively and runs a tight programme of drag, karaoke and queer nights, offering a welcoming place specifically for women and non-binary patrons. Meanwhile, venues like Ku Bar and Village cater to a broad crowd with cocktail sophistication or multiple floors of different vibes , handy when you want to meet friends with different tastes. Choose by mood: relaxed drinks, terrace chatter, or full-on dancefloor.</w:t>
      </w:r>
      <w:r/>
    </w:p>
    <w:p>
      <w:pPr>
        <w:pStyle w:val="Heading2"/>
      </w:pPr>
      <w:r>
        <w:t>Practical tips for a smoother Pride venue hop</w:t>
      </w:r>
      <w:r/>
    </w:p>
    <w:p>
      <w:r/>
      <w:r>
        <w:t>Plan ahead and expect queues: many bars and clubs hit capacity quickly during Pride. Check door policies , some venues operate strict guest lists or security checks to keep the space safe. If a historic venue is on your list, book early for shows; if you prefer spontaneity, head to multi-level bars like Village or The Yard where you can drift between floors. And remember, small gestures matter , a friendly hello, a tip for performers, or choosing the correct pronouns keeps these spaces warm for everyone.</w:t>
      </w:r>
      <w:r/>
    </w:p>
    <w:p>
      <w:r/>
      <w:r>
        <w:t>It’s a small change that can make every night out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https://www.mylondon.news/whats-on/music-nightlife-news/12-londons-most-iconic-lgbtq-34230502</w:t>
        </w:r>
      </w:hyperlink>
      <w:r>
        <w:t xml:space="preserve"> - Please view link - unable to able to access data</w:t>
      </w:r>
      <w:r/>
    </w:p>
    <w:p>
      <w:pPr>
        <w:pStyle w:val="ListNumber"/>
        <w:spacing w:line="240" w:lineRule="auto"/>
        <w:ind w:left="720"/>
      </w:pPr>
      <w:r/>
      <w:hyperlink r:id="rId10">
        <w:r>
          <w:rPr>
            <w:color w:val="0000EE"/>
            <w:u w:val="single"/>
          </w:rPr>
          <w:t>https://www.vauxhalltavern.com/about/</w:t>
        </w:r>
      </w:hyperlink>
      <w:r>
        <w:t xml:space="preserve"> - The Royal Vauxhall Tavern (RVT), established in 1865, is London's oldest surviving LGBTQ+ venue. It has been a hub for the LGBTQ+ community since the 1980s, offering a diverse entertainment programme that includes drag shows, comedy, and music. The venue has hosted numerous renowned artists and has been a significant contributor to London's night-time economy. In 2015, it became the UK's first building to be listed for its importance to LGBTQ+ history. The RVT continues to support LGBTQ+ charitable causes, having raised over £700,000 through fundraising efforts.</w:t>
      </w:r>
      <w:r/>
    </w:p>
    <w:p>
      <w:pPr>
        <w:pStyle w:val="ListNumber"/>
        <w:spacing w:line="240" w:lineRule="auto"/>
        <w:ind w:left="720"/>
      </w:pPr>
      <w:r/>
      <w:hyperlink r:id="rId11">
        <w:r>
          <w:rPr>
            <w:color w:val="0000EE"/>
            <w:u w:val="single"/>
          </w:rPr>
          <w:t>https://www.vauxhalltavern.com/1-february-2024-royal-vauxhall-tavern-the-story-so-far/</w:t>
        </w:r>
      </w:hyperlink>
      <w:r>
        <w:t xml:space="preserve"> - The Royal Vauxhall Tavern (RVT), built around 1860, is a historic LGBTQ+ venue in London. It has been a vital part of the LGBTQ+ community since the 1950s, hosting drag performances and social events. In the 1970s, it was known as the 'Palladium of Drag,' featuring stars like Paul O'Grady as Lily Savage. The venue has a rich history, including a notable incident where Freddie Mercury and Kenny Everett reportedly took Princess Diana there in disguise. The RVT continues to be a significant cultural landmark for the LGBTQ+ community.</w:t>
      </w:r>
      <w:r/>
    </w:p>
    <w:p>
      <w:pPr>
        <w:pStyle w:val="ListNumber"/>
        <w:spacing w:line="240" w:lineRule="auto"/>
        <w:ind w:left="720"/>
      </w:pPr>
      <w:r/>
      <w:hyperlink r:id="rId15">
        <w:r>
          <w:rPr>
            <w:color w:val="0000EE"/>
            <w:u w:val="single"/>
          </w:rPr>
          <w:t>https://www.vauxhalltavern.com/2024-lgbt-history-month/</w:t>
        </w:r>
      </w:hyperlink>
      <w:r>
        <w:t xml:space="preserve"> - The Royal Vauxhall Tavern (RVT) has been a cornerstone of London's LGBTQ+ community since the 19th century. During LGBTQ+ History Month in February 2024, the RVT celebrated its rich heritage and ongoing contributions to the community. The venue has a storied past, including hosting drag performances and being a safe space before the decriminalisation of homosexuality. It continues to be a vital hub for LGBTQ+ culture, offering a platform for performers and a welcoming environment for visitors.</w:t>
      </w:r>
      <w:r/>
    </w:p>
    <w:p>
      <w:pPr>
        <w:pStyle w:val="ListNumber"/>
        <w:spacing w:line="240" w:lineRule="auto"/>
        <w:ind w:left="720"/>
      </w:pPr>
      <w:r/>
      <w:hyperlink r:id="rId14">
        <w:r>
          <w:rPr>
            <w:color w:val="0000EE"/>
            <w:u w:val="single"/>
          </w:rPr>
          <w:t>https://www.vauxhalltavern.com/lgbt-history-month/</w:t>
        </w:r>
      </w:hyperlink>
      <w:r>
        <w:t xml:space="preserve"> - The Royal Vauxhall Tavern (RVT) has been a significant part of London's LGBTQ+ community since the 19th century. During LGBTQ+ History Month in February 2021, the RVT highlighted its role in fostering a vibrant community. The venue has a rich history, including hosting drag performances and being a safe space before the decriminalisation of homosexuality. It continues to be a vital hub for LGBTQ+ culture, offering a platform for performers and a welcoming environment for visitors.</w:t>
      </w:r>
      <w:r/>
    </w:p>
    <w:p>
      <w:pPr>
        <w:pStyle w:val="ListNumber"/>
        <w:spacing w:line="240" w:lineRule="auto"/>
        <w:ind w:left="720"/>
      </w:pPr>
      <w:r/>
      <w:hyperlink r:id="rId12">
        <w:r>
          <w:rPr>
            <w:color w:val="0000EE"/>
            <w:u w:val="single"/>
          </w:rPr>
          <w:t>https://www.london.gov.uk/press-releases/mayoral/mayor-backs-campaign-to-save-royal-vauxhall-tavern-0</w:t>
        </w:r>
      </w:hyperlink>
      <w:r>
        <w:t xml:space="preserve"> - In 2016, the Mayor of London, Sadiq Khan, supported a campaign to protect the Royal Vauxhall Tavern (RVT), one of the capital's oldest LGBTQ+ venues, from potential redevelopment. The RVT, built in 1863, is a Grade II-listed building and a focal point for London's LGBTQ+ community. The Mayor called for a special planning designation to ensure the venue's continued use as an LGBTQ+ performance space, highlighting its cultural and social significance.</w:t>
      </w:r>
      <w:r/>
    </w:p>
    <w:p>
      <w:pPr>
        <w:pStyle w:val="ListNumber"/>
        <w:spacing w:line="240" w:lineRule="auto"/>
        <w:ind w:left="720"/>
      </w:pPr>
      <w:r/>
      <w:hyperlink r:id="rId13">
        <w:r>
          <w:rPr>
            <w:color w:val="0000EE"/>
            <w:u w:val="single"/>
          </w:rPr>
          <w:t>https://www.out.com/news-opinion/2015/9/10/royal-vauxhall-tavern-becomes-englands-first-lgbt-historic-site</w:t>
        </w:r>
      </w:hyperlink>
      <w:r>
        <w:t xml:space="preserve"> - In 2015, the Royal Vauxhall Tavern (RVT) became England's first LGBTQ+ historic site. Built in 1863, the RVT has been a central hub for London's LGBTQ+ community, hosting drag performances and social events. The venue's listing as a historic site recognises its cultural and social significance, ensuring its preservation for future generations. The RVT continues to be a vital part of London's nightlife and LGBTQ+ heritage.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ylondon.news/whats-on/music-nightlife-news/12-londons-most-iconic-lgbtq-34230502" TargetMode="External"/><Relationship Id="rId10" Type="http://schemas.openxmlformats.org/officeDocument/2006/relationships/hyperlink" Target="https://www.vauxhalltavern.com/about/" TargetMode="External"/><Relationship Id="rId11" Type="http://schemas.openxmlformats.org/officeDocument/2006/relationships/hyperlink" Target="https://www.vauxhalltavern.com/1-february-2024-royal-vauxhall-tavern-the-story-so-far/" TargetMode="External"/><Relationship Id="rId12" Type="http://schemas.openxmlformats.org/officeDocument/2006/relationships/hyperlink" Target="https://www.london.gov.uk/press-releases/mayoral/mayor-backs-campaign-to-save-royal-vauxhall-tavern-0" TargetMode="External"/><Relationship Id="rId13" Type="http://schemas.openxmlformats.org/officeDocument/2006/relationships/hyperlink" Target="https://www.out.com/news-opinion/2015/9/10/royal-vauxhall-tavern-becomes-englands-first-lgbt-historic-site" TargetMode="External"/><Relationship Id="rId14" Type="http://schemas.openxmlformats.org/officeDocument/2006/relationships/hyperlink" Target="https://www.vauxhalltavern.com/lgbt-history-month/" TargetMode="External"/><Relationship Id="rId15" Type="http://schemas.openxmlformats.org/officeDocument/2006/relationships/hyperlink" Target="https://www.vauxhalltavern.com/2024-lgbt-history-mon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