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Churches Supporting Pride: Why Santee United Methodist Won the Light of Pride Award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light on unexpected allies: Santee United Methodist Church in East County picked up San Diego Pride’s Light of Pride Award for visible, sustained support of LGBTQ+ people , and locals say it matters because it creates a safer, friendlier place where few other voices speak up.</w:t>
      </w:r>
      <w:r/>
      <w:r/>
    </w:p>
    <w:p>
      <w:pPr>
        <w:pStyle w:val="ListBullet"/>
        <w:spacing w:line="240" w:lineRule="auto"/>
        <w:ind w:left="720"/>
      </w:pPr>
      <w:r/>
      <w:r>
        <w:rPr>
          <w:b/>
        </w:rPr>
        <w:t>Recognition:</w:t>
      </w:r>
      <w:r>
        <w:t xml:space="preserve"> Santee United Methodist Church received the Light of Pride Award for affirming LGBTQ+ faith community members and leading Pride efforts in Santee. </w:t>
      </w:r>
      <w:r/>
    </w:p>
    <w:p>
      <w:pPr>
        <w:pStyle w:val="ListBullet"/>
        <w:spacing w:line="240" w:lineRule="auto"/>
        <w:ind w:left="720"/>
      </w:pPr>
      <w:r/>
      <w:r>
        <w:rPr>
          <w:b/>
        </w:rPr>
        <w:t>Visible support:</w:t>
      </w:r>
      <w:r>
        <w:t xml:space="preserve"> The church has hosted the Santee Pride Walk &amp; Festival since 2021, drawing music, booths, flags and family-friendly celebration. </w:t>
      </w:r>
      <w:r/>
    </w:p>
    <w:p>
      <w:pPr>
        <w:pStyle w:val="ListBullet"/>
        <w:spacing w:line="240" w:lineRule="auto"/>
        <w:ind w:left="720"/>
      </w:pPr>
      <w:r/>
      <w:r>
        <w:rPr>
          <w:b/>
        </w:rPr>
        <w:t>Ground-level warmth:</w:t>
      </w:r>
      <w:r>
        <w:t xml:space="preserve"> Locals describe the church’s presence as welcoming, passionate and brave in a conservative-leaning area. </w:t>
      </w:r>
      <w:r/>
    </w:p>
    <w:p>
      <w:pPr>
        <w:pStyle w:val="ListBullet"/>
        <w:spacing w:line="240" w:lineRule="auto"/>
        <w:ind w:left="720"/>
      </w:pPr>
      <w:r/>
      <w:r>
        <w:rPr>
          <w:b/>
        </w:rPr>
        <w:t>Practical impact:</w:t>
      </w:r>
      <w:r>
        <w:t xml:space="preserve"> The congregation belongs to the Reconciling Ministries Network, signalling formal commitment to LGBTQ+ inclusion within the United Methodist tradition. </w:t>
      </w:r>
      <w:r/>
    </w:p>
    <w:p>
      <w:pPr>
        <w:pStyle w:val="ListBullet"/>
        <w:spacing w:line="240" w:lineRule="auto"/>
        <w:ind w:left="720"/>
      </w:pPr>
      <w:r/>
      <w:r>
        <w:rPr>
          <w:b/>
        </w:rPr>
        <w:t>Atmosphere:</w:t>
      </w:r>
      <w:r>
        <w:t xml:space="preserve"> Events feel lively and celebratory, with a sturdy community vibe and lots of colourful flags and T‑shirts.</w:t>
      </w:r>
      <w:r/>
      <w:r/>
    </w:p>
    <w:p>
      <w:pPr>
        <w:pStyle w:val="Heading2"/>
      </w:pPr>
      <w:r>
        <w:t>Why this award matters , and why it surprised the pastor</w:t>
      </w:r>
      <w:r/>
    </w:p>
    <w:p>
      <w:r/>
      <w:r>
        <w:t>Santee’s pastor, the Rev. Jaime Pangman, said he was stunned when the church won the Light of Pride Award because he thought the congregation was simply showing up and caring. That humility is part of the story; the award is given to religious organisations and individuals that visibly affirm LGBTQ+ people during San Diego Pride events. According to San Diego Pride, the accolade recognises more than a single parade float , it honours ongoing work that signals safety and welcome.</w:t>
      </w:r>
      <w:r/>
    </w:p>
    <w:p>
      <w:pPr>
        <w:pStyle w:val="Heading2"/>
      </w:pPr>
      <w:r>
        <w:t>How a suburban church became a Pride hub</w:t>
      </w:r>
      <w:r/>
    </w:p>
    <w:p>
      <w:r/>
      <w:r>
        <w:t>The church joined the Reconciling Ministries Network in 2021, a formal step that tells LGBTQ+ people they’re welcome inside. Since then Santee United Methodist has hosted the annual Santee Pride Walk and Festival, bringing vendors, music and community booths to a part of East County that doesn’t see many ally-led celebrations. Organisers and attendees say the event has become a focal point for families and people who want to be publicly supportive.</w:t>
      </w:r>
      <w:r/>
    </w:p>
    <w:p>
      <w:pPr>
        <w:pStyle w:val="Heading2"/>
      </w:pPr>
      <w:r>
        <w:t>What the community says , courage and comfort in one package</w:t>
      </w:r>
      <w:r/>
    </w:p>
    <w:p>
      <w:r/>
      <w:r>
        <w:t>Speakers from St. Paul’s Episcopal Cathedral and San Diego Pride praised the church for doing its work where allies are scarce. The interim dean called their efforts brave, and San Diego Pride’s advocacy director noted the festival fills a real local need. Those on the ground describe the scene as warm and lively: people waving flags, volunteers with friendly faces, and a genuine sense of “we care” that matters more than performance.</w:t>
      </w:r>
      <w:r/>
    </w:p>
    <w:p>
      <w:pPr>
        <w:pStyle w:val="Heading2"/>
      </w:pPr>
      <w:r>
        <w:t>What joining a reconciling network actually means</w:t>
      </w:r>
      <w:r/>
    </w:p>
    <w:p>
      <w:r/>
      <w:r>
        <w:t>Membership in networks such as Reconciling Ministries signals a congregation’s commitment beyond a single Pride weekend. It’s a formal pledge to include LGBTQ+ people in worship, leadership and community life , and it can help congregations navigate denominational tensions. For parishioners and newcomers, the label offers clarity: you won’t have to guess whether a church is affirming, it’s stated openly.</w:t>
      </w:r>
      <w:r/>
    </w:p>
    <w:p>
      <w:pPr>
        <w:pStyle w:val="Heading2"/>
      </w:pPr>
      <w:r>
        <w:t>How to support local Pride efforts if you want to get involved</w:t>
      </w:r>
      <w:r/>
    </w:p>
    <w:p>
      <w:r/>
      <w:r>
        <w:t>Show up. Volunteer at the Walk and Festival, donate to local LGBTQ+ charities, or simply bring friends and family to the event to boost visibility. If you’re part of a faith community wondering how to start, consider small, consistent acts: host an informational session, display Pride signage, or explore joining a reconciling network to formalise your welcome. Even modest visibility can change someone’s sense of safety in a place where allies are rare.</w:t>
      </w:r>
      <w:r/>
    </w:p>
    <w:p>
      <w:r/>
      <w:r>
        <w:t>It's a small change that can make every local celebration feel safer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[7]</w:t>
        </w:r>
      </w:hyperlink>
      <w:r>
        <w:t xml:space="preserve">- Paragraph 3: </w:t>
      </w:r>
      <w:hyperlink r:id="rId12">
        <w:r>
          <w:rPr>
            <w:color w:val="0000EE"/>
            <w:u w:val="single"/>
          </w:rPr>
          <w:t>[3]</w:t>
        </w:r>
      </w:hyperlink>
      <w:r>
        <w:t xml:space="preserve">, </w:t>
      </w:r>
      <w:hyperlink r:id="rId10">
        <w:r>
          <w:rPr>
            <w:color w:val="0000EE"/>
            <w:u w:val="single"/>
          </w:rPr>
          <w:t>[4]</w:t>
        </w:r>
      </w:hyperlink>
      <w:r>
        <w:t xml:space="preserve">- Paragraph 4: </w:t>
      </w:r>
      <w:hyperlink r:id="rId13">
        <w:r>
          <w:rPr>
            <w:color w:val="0000EE"/>
            <w:u w:val="single"/>
          </w:rPr>
          <w:t>[5]</w:t>
        </w:r>
      </w:hyperlink>
      <w:r>
        <w:t xml:space="preserve">, </w:t>
      </w:r>
      <w:hyperlink r:id="rId9">
        <w:r>
          <w:rPr>
            <w:color w:val="0000EE"/>
            <w:u w:val="single"/>
          </w:rPr>
          <w:t>[2]</w:t>
        </w:r>
      </w:hyperlink>
      <w:r>
        <w:t xml:space="preserve">- Paragraph 5: </w:t>
      </w:r>
      <w:hyperlink r:id="rId14">
        <w:r>
          <w:rPr>
            <w:color w:val="0000EE"/>
            <w:u w:val="single"/>
          </w:rPr>
          <w:t>[6]</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https://timesofsandiego.com/life/2026/07/04/santee-united-methodist-church-light-pride-award-lgbtq/</w:t>
        </w:r>
      </w:hyperlink>
      <w:r>
        <w:t xml:space="preserve"> - Please view link - unable to able to access data</w:t>
      </w:r>
      <w:r/>
    </w:p>
    <w:p>
      <w:pPr>
        <w:pStyle w:val="ListNumber"/>
        <w:spacing w:line="240" w:lineRule="auto"/>
        <w:ind w:left="720"/>
      </w:pPr>
      <w:r/>
      <w:hyperlink r:id="rId9">
        <w:r>
          <w:rPr>
            <w:color w:val="0000EE"/>
            <w:u w:val="single"/>
          </w:rPr>
          <w:t>https://timesofsandiego.com/life/2026/07/04/santee-united-methodist-church-light-pride-award-lgbtq/</w:t>
        </w:r>
      </w:hyperlink>
      <w:r>
        <w:t xml:space="preserve"> - The Santee United Methodist Church in San Diego received the Light of Pride Award for its support of the LGBTQ+ community. Pastor Jaime Pangman expressed gratitude for the recognition, highlighting the church's commitment to inclusivity. The church has been part of the Reconciling Ministries Network since 2021, aiming to welcome all LGBTQ+ individuals. They hosted the first Santee Pride Walk in 2021, becoming a prominent supporter of LGBTQ+ rights in the conservative-leaning East County. The recent Santee Pride Festival featured a walk, music, dancing, and booths from local vendors and community organizations. Pangman emphasized the importance of visible support to let LGBTQ+ individuals know they are loved. Brock Cavett, director of advocacy and programs at San Diego Pride, praised the church for leading the way in bringing pride to Santee. Allisyn Thomas, interim dean at St. Paul’s Episcopal Cathedral, commended the church's bravery in a community with few allies for LGBTQ+ people.</w:t>
      </w:r>
      <w:r/>
    </w:p>
    <w:p>
      <w:pPr>
        <w:pStyle w:val="ListNumber"/>
        <w:spacing w:line="240" w:lineRule="auto"/>
        <w:ind w:left="720"/>
      </w:pPr>
      <w:r/>
      <w:hyperlink r:id="rId12">
        <w:r>
          <w:rPr>
            <w:color w:val="0000EE"/>
            <w:u w:val="single"/>
          </w:rPr>
          <w:t>https://www.santeeumc.org/pride</w:t>
        </w:r>
      </w:hyperlink>
      <w:r>
        <w:t xml:space="preserve"> - The Santee United Methodist Church hosts the annual Santee Pride Walk and Festival, a free, family-friendly event featuring live entertainment, children's activities, and booths from vendors and local community organizations. The 2026 event is scheduled for May 30, with the Pride Walk starting at 9:00 am and the festival opening at 10:00 am. The Pride Walk is a roughly 2-mile flat paved loop down Mission Gorge, beginning and ending at the festival. The festival will take place in the church's parking lot on Park Ave. The church encourages community involvement through volunteering and donations to support the event.</w:t>
      </w:r>
      <w:r/>
    </w:p>
    <w:p>
      <w:pPr>
        <w:pStyle w:val="ListNumber"/>
        <w:spacing w:line="240" w:lineRule="auto"/>
        <w:ind w:left="720"/>
      </w:pPr>
      <w:r/>
      <w:hyperlink r:id="rId10">
        <w:r>
          <w:rPr>
            <w:color w:val="0000EE"/>
            <w:u w:val="single"/>
          </w:rPr>
          <w:t>https://sdpride.org/event/santee-pride-walk-festival/</w:t>
        </w:r>
      </w:hyperlink>
      <w:r>
        <w:t xml:space="preserve"> - San Diego Pride promotes the Santee Pride Walk and Festival, a free, family-friendly event featuring live entertainment, children's activities, and booths from vendors and local community organizations. The 2026 event is scheduled for May 30, with the Pride Walk starting at 9:00 am and the festival opening at 10:00 am. The festival will take place in the parking lot of Santee United Methodist Church on Park Ave.</w:t>
      </w:r>
      <w:r/>
    </w:p>
    <w:p>
      <w:pPr>
        <w:pStyle w:val="ListNumber"/>
        <w:spacing w:line="240" w:lineRule="auto"/>
        <w:ind w:left="720"/>
      </w:pPr>
      <w:r/>
      <w:hyperlink r:id="rId13">
        <w:r>
          <w:rPr>
            <w:color w:val="0000EE"/>
            <w:u w:val="single"/>
          </w:rPr>
          <w:t>https://www.santeeumc.org/whatwebelieve</w:t>
        </w:r>
      </w:hyperlink>
      <w:r>
        <w:t xml:space="preserve"> - Santee United Methodist Church is part of the Reconciling Ministries Network, welcoming and affirming people of every gender identity, gender expression, and sexual orientation. They commit to the pursuit of justice and stand in solidarity with all who are marginalized and oppressed. As followers of Jesus, they are called to be the hands and feet of Christ in the world, emphasizing love as a verb and being called into action.</w:t>
      </w:r>
      <w:r/>
    </w:p>
    <w:p>
      <w:pPr>
        <w:pStyle w:val="ListNumber"/>
        <w:spacing w:line="240" w:lineRule="auto"/>
        <w:ind w:left="720"/>
      </w:pPr>
      <w:r/>
      <w:hyperlink r:id="rId14">
        <w:r>
          <w:rPr>
            <w:color w:val="0000EE"/>
            <w:u w:val="single"/>
          </w:rPr>
          <w:t>https://sdpride.org/rally-2026/</w:t>
        </w:r>
      </w:hyperlink>
      <w:r>
        <w:t xml:space="preserve"> - The Spirit of Stonewall Rally, part of San Diego Pride, honours leaders working to preserve gains and meet challenges facing the LGBTQIA+ community. The 2026 rally is scheduled for July 17 at 6 p.m. at 535 Robinson Ave, San Diego, CA. The event will feature guest speakers and a land acknowledgement. The Light of Pride Award will be presented to Santee United Methodist Church.</w:t>
      </w:r>
      <w:r/>
    </w:p>
    <w:p>
      <w:pPr>
        <w:pStyle w:val="ListNumber"/>
        <w:spacing w:line="240" w:lineRule="auto"/>
        <w:ind w:left="720"/>
      </w:pPr>
      <w:r/>
      <w:hyperlink r:id="rId11">
        <w:r>
          <w:rPr>
            <w:color w:val="0000EE"/>
            <w:u w:val="single"/>
          </w:rPr>
          <w:t>https://sdpride.org/2026-spirit-of-stonewall-awards/</w:t>
        </w:r>
      </w:hyperlink>
      <w:r>
        <w:t xml:space="preserve"> - San Diego Pride announces the 2026 Spirit of Stonewall Awards, recognising outstanding contributions to the LGBTQIA+ community. The Light of Pride Award will be presented to Santee United Methodist Church. The awards ceremony is scheduled for July 17, 2026, at 6:00 PM at 535 Robinson Ave, San Diego, CA.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life/2026/07/04/santee-united-methodist-church-light-pride-award-lgbtq/" TargetMode="External"/><Relationship Id="rId10" Type="http://schemas.openxmlformats.org/officeDocument/2006/relationships/hyperlink" Target="https://sdpride.org/event/santee-pride-walk-festival/" TargetMode="External"/><Relationship Id="rId11" Type="http://schemas.openxmlformats.org/officeDocument/2006/relationships/hyperlink" Target="https://sdpride.org/2026-spirit-of-stonewall-awards/" TargetMode="External"/><Relationship Id="rId12" Type="http://schemas.openxmlformats.org/officeDocument/2006/relationships/hyperlink" Target="https://www.santeeumc.org/pride" TargetMode="External"/><Relationship Id="rId13" Type="http://schemas.openxmlformats.org/officeDocument/2006/relationships/hyperlink" Target="https://www.santeeumc.org/whatwebelieve" TargetMode="External"/><Relationship Id="rId14" Type="http://schemas.openxmlformats.org/officeDocument/2006/relationships/hyperlink" Target="https://sdpride.org/rally-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